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AC8C" w14:textId="77777777" w:rsidR="00071B84" w:rsidRDefault="00071B8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65D0E858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D81C398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1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6397883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Unternehmensinformationen</w:t>
            </w:r>
          </w:p>
        </w:tc>
      </w:tr>
    </w:tbl>
    <w:p w14:paraId="1A6E5EFF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4"/>
        <w:gridCol w:w="5920"/>
      </w:tblGrid>
      <w:tr w:rsidR="00974B2C" w14:paraId="7052B054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3F2D1D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Unternehmensname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DB26828" w14:textId="77777777" w:rsidR="00974B2C" w:rsidRDefault="00974B2C" w:rsidP="007B0EF8">
            <w:pPr>
              <w:spacing w:line="240" w:lineRule="auto"/>
            </w:pPr>
          </w:p>
        </w:tc>
      </w:tr>
      <w:tr w:rsidR="00974B2C" w14:paraId="75E33083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4372A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Rechtsform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91B540" w14:textId="77777777" w:rsidR="00974B2C" w:rsidRDefault="00974B2C" w:rsidP="007B0EF8">
            <w:pPr>
              <w:spacing w:line="240" w:lineRule="auto"/>
            </w:pPr>
          </w:p>
        </w:tc>
      </w:tr>
      <w:tr w:rsidR="003D7F39" w:rsidRPr="00071B84" w14:paraId="3A7479AA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C910BF" w14:textId="77777777" w:rsidR="003D7F39" w:rsidRDefault="003D7F39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Eingetragene Unternehmensanschrift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942C4D" w14:textId="4B6381DC" w:rsidR="003D7F39" w:rsidRPr="001D5A8A" w:rsidRDefault="003D7F39" w:rsidP="007B0EF8">
            <w:pPr>
              <w:spacing w:line="240" w:lineRule="auto"/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«Bundesland», «PLZ»</w:t>
            </w:r>
          </w:p>
        </w:tc>
      </w:tr>
      <w:tr w:rsidR="003D7F39" w:rsidRPr="00071B84" w14:paraId="0F95B09F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6C339E" w14:textId="77777777" w:rsidR="003D7F39" w:rsidRDefault="003D7F39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Anschrift des operativen Standorts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F050B77" w14:textId="2D12CD72" w:rsidR="003D7F39" w:rsidRPr="001D5A8A" w:rsidRDefault="003D7F39" w:rsidP="007B0EF8">
            <w:pPr>
              <w:spacing w:line="240" w:lineRule="auto"/>
              <w:rPr>
                <w:lang w:val="de-DE"/>
              </w:rPr>
            </w:pPr>
            <w:r w:rsidRPr="00F620DF">
              <w:rPr>
                <w:color w:val="23374B"/>
                <w:sz w:val="16"/>
                <w:lang w:val="de-DE"/>
              </w:rPr>
              <w:t>«Straße und Hausnummer», «Stadt», « Bundesland », «PLZ»</w:t>
            </w:r>
          </w:p>
        </w:tc>
      </w:tr>
      <w:tr w:rsidR="00974B2C" w14:paraId="551058EB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A575C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URL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A59349" w14:textId="77777777" w:rsidR="00974B2C" w:rsidRDefault="00974B2C" w:rsidP="007B0EF8">
            <w:pPr>
              <w:spacing w:line="240" w:lineRule="auto"/>
            </w:pPr>
          </w:p>
        </w:tc>
      </w:tr>
      <w:tr w:rsidR="00974B2C" w14:paraId="608DE77F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3023E2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Steuernummer / USt-IdNr.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DD8040" w14:textId="77777777" w:rsidR="00974B2C" w:rsidRDefault="00974B2C" w:rsidP="007B0EF8">
            <w:pPr>
              <w:spacing w:line="240" w:lineRule="auto"/>
            </w:pPr>
          </w:p>
        </w:tc>
      </w:tr>
      <w:tr w:rsidR="00974B2C" w14:paraId="4119CF18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F6E195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Kontaktperson (Name, Vorname)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38E0EE" w14:textId="77777777" w:rsidR="00974B2C" w:rsidRDefault="00974B2C" w:rsidP="007B0EF8">
            <w:pPr>
              <w:spacing w:line="240" w:lineRule="auto"/>
            </w:pPr>
          </w:p>
        </w:tc>
      </w:tr>
      <w:tr w:rsidR="00974B2C" w14:paraId="78252FB8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2AB43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Position / Funktion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519745" w14:textId="77777777" w:rsidR="00974B2C" w:rsidRDefault="00974B2C" w:rsidP="007B0EF8">
            <w:pPr>
              <w:spacing w:line="240" w:lineRule="auto"/>
            </w:pPr>
          </w:p>
        </w:tc>
      </w:tr>
      <w:tr w:rsidR="00974B2C" w14:paraId="6732C1D0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A49736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E-Mail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49C5B6" w14:textId="77777777" w:rsidR="00974B2C" w:rsidRDefault="00974B2C" w:rsidP="007B0EF8">
            <w:pPr>
              <w:spacing w:line="240" w:lineRule="auto"/>
            </w:pPr>
          </w:p>
        </w:tc>
      </w:tr>
      <w:tr w:rsidR="00974B2C" w14:paraId="306B9602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423B94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Telefon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F46FA4" w14:textId="77777777" w:rsidR="00974B2C" w:rsidRDefault="00974B2C" w:rsidP="007B0EF8">
            <w:pPr>
              <w:spacing w:line="240" w:lineRule="auto"/>
            </w:pPr>
          </w:p>
        </w:tc>
      </w:tr>
      <w:tr w:rsidR="00974B2C" w14:paraId="481342ED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66A3BE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Mobil (freiwillig)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EA481C5" w14:textId="77777777" w:rsidR="00974B2C" w:rsidRDefault="00974B2C" w:rsidP="007B0EF8">
            <w:pPr>
              <w:spacing w:line="240" w:lineRule="auto"/>
            </w:pPr>
          </w:p>
        </w:tc>
      </w:tr>
    </w:tbl>
    <w:p w14:paraId="25FB4834" w14:textId="77777777" w:rsidR="00974B2C" w:rsidRDefault="00974B2C">
      <w:pPr>
        <w:spacing w:after="40" w:line="96" w:lineRule="auto"/>
      </w:pPr>
    </w:p>
    <w:p w14:paraId="59BB351A" w14:textId="77777777" w:rsidR="00071B84" w:rsidRDefault="00071B84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:rsidRPr="00071B84" w14:paraId="76FFA8B4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40DBF05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2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E65EB47" w14:textId="77777777" w:rsidR="00974B2C" w:rsidRPr="001D5A8A" w:rsidRDefault="00EF55BB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21"/>
                <w:lang w:val="de-DE"/>
              </w:rPr>
              <w:t>Bestehende Zertifizierungen / Wechsel der Zertifizierungsstelle</w:t>
            </w:r>
          </w:p>
        </w:tc>
      </w:tr>
    </w:tbl>
    <w:p w14:paraId="48F7FE25" w14:textId="77777777" w:rsidR="00974B2C" w:rsidRPr="001D5A8A" w:rsidRDefault="00974B2C">
      <w:pPr>
        <w:spacing w:after="20" w:line="96" w:lineRule="auto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985"/>
        <w:gridCol w:w="2859"/>
        <w:gridCol w:w="3061"/>
      </w:tblGrid>
      <w:tr w:rsidR="00974B2C" w14:paraId="3DB1E066" w14:textId="77777777" w:rsidTr="007B0EF8">
        <w:trPr>
          <w:cantSplit/>
          <w:tblHeader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CDDBBE9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Standard</w:t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17EDE1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Version</w:t>
            </w: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1C0422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Gültig bis</w:t>
            </w: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D76106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Zertifizierungsstelle</w:t>
            </w:r>
          </w:p>
        </w:tc>
      </w:tr>
      <w:tr w:rsidR="00974B2C" w14:paraId="55077DCD" w14:textId="77777777" w:rsidTr="007B0EF8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FA6BE3" w14:textId="77777777" w:rsidR="00974B2C" w:rsidRDefault="00974B2C" w:rsidP="007B0EF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09E492" w14:textId="77777777" w:rsidR="00974B2C" w:rsidRDefault="00974B2C" w:rsidP="007B0EF8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3926750" w14:textId="77777777" w:rsidR="00974B2C" w:rsidRDefault="00974B2C" w:rsidP="007B0EF8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9263B2" w14:textId="77777777" w:rsidR="00974B2C" w:rsidRDefault="00974B2C" w:rsidP="007B0EF8">
            <w:pPr>
              <w:spacing w:line="240" w:lineRule="auto"/>
            </w:pPr>
          </w:p>
        </w:tc>
      </w:tr>
      <w:tr w:rsidR="00974B2C" w14:paraId="45BD040F" w14:textId="77777777" w:rsidTr="007B0EF8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720F05" w14:textId="77777777" w:rsidR="00974B2C" w:rsidRDefault="00974B2C" w:rsidP="007B0EF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B6FBBA" w14:textId="77777777" w:rsidR="00974B2C" w:rsidRDefault="00974B2C" w:rsidP="007B0EF8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E3B7EE" w14:textId="77777777" w:rsidR="00974B2C" w:rsidRDefault="00974B2C" w:rsidP="007B0EF8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14097E" w14:textId="77777777" w:rsidR="00974B2C" w:rsidRDefault="00974B2C" w:rsidP="007B0EF8">
            <w:pPr>
              <w:spacing w:line="240" w:lineRule="auto"/>
            </w:pPr>
          </w:p>
        </w:tc>
      </w:tr>
      <w:tr w:rsidR="00974B2C" w14:paraId="722821CF" w14:textId="77777777" w:rsidTr="007B0EF8">
        <w:trPr>
          <w:cantSplit/>
          <w:jc w:val="center"/>
        </w:trPr>
        <w:tc>
          <w:tcPr>
            <w:tcW w:w="161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5192C1" w14:textId="77777777" w:rsidR="00974B2C" w:rsidRDefault="00974B2C" w:rsidP="007B0EF8">
            <w:pPr>
              <w:spacing w:line="240" w:lineRule="auto"/>
            </w:pP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77F81C" w14:textId="77777777" w:rsidR="00974B2C" w:rsidRDefault="00974B2C" w:rsidP="007B0EF8">
            <w:pPr>
              <w:spacing w:line="240" w:lineRule="auto"/>
            </w:pPr>
          </w:p>
        </w:tc>
        <w:tc>
          <w:tcPr>
            <w:tcW w:w="2859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765011" w14:textId="77777777" w:rsidR="00974B2C" w:rsidRDefault="00974B2C" w:rsidP="007B0EF8">
            <w:pPr>
              <w:spacing w:line="240" w:lineRule="auto"/>
            </w:pPr>
          </w:p>
        </w:tc>
        <w:tc>
          <w:tcPr>
            <w:tcW w:w="30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EA8CCA" w14:textId="77777777" w:rsidR="00974B2C" w:rsidRDefault="00974B2C" w:rsidP="007B0EF8">
            <w:pPr>
              <w:spacing w:line="240" w:lineRule="auto"/>
            </w:pPr>
          </w:p>
        </w:tc>
      </w:tr>
    </w:tbl>
    <w:p w14:paraId="08A5E8C8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5896"/>
      </w:tblGrid>
      <w:tr w:rsidR="00974B2C" w14:paraId="08840429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DFE764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Wechsel der Zertifizierungsstelle?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BCE403" w14:textId="016576F4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875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4536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Ja</w:t>
            </w:r>
          </w:p>
        </w:tc>
      </w:tr>
      <w:tr w:rsidR="00974B2C" w14:paraId="142D8264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A04DCB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Bisherige Zertifizierungsstelle / Zertifikat-Nr.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D547BA" w14:textId="77777777" w:rsidR="00974B2C" w:rsidRDefault="00974B2C" w:rsidP="007B0EF8">
            <w:pPr>
              <w:spacing w:line="240" w:lineRule="auto"/>
            </w:pPr>
          </w:p>
        </w:tc>
      </w:tr>
      <w:tr w:rsidR="00974B2C" w14:paraId="0001642E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EFE54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Status / Ablaufdatum des Zertifikats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3CDD44" w14:textId="77777777" w:rsidR="00974B2C" w:rsidRDefault="00974B2C" w:rsidP="007B0EF8">
            <w:pPr>
              <w:spacing w:line="240" w:lineRule="auto"/>
            </w:pPr>
          </w:p>
        </w:tc>
      </w:tr>
      <w:tr w:rsidR="00974B2C" w14:paraId="097D7A16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6CF088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Letztes Audit (Art / Datum)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54779B" w14:textId="77777777" w:rsidR="00974B2C" w:rsidRDefault="00974B2C" w:rsidP="007B0EF8">
            <w:pPr>
              <w:spacing w:line="240" w:lineRule="auto"/>
            </w:pPr>
          </w:p>
        </w:tc>
      </w:tr>
      <w:tr w:rsidR="00974B2C" w14:paraId="5196FB87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DC14C60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Offene Nichtkonformitäten?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9BC30F" w14:textId="44F20165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95239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-146488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Ja, bitte erläutern: ______________________________</w:t>
            </w:r>
          </w:p>
        </w:tc>
      </w:tr>
      <w:tr w:rsidR="00974B2C" w14:paraId="3BD5255A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3C453C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Anh. Beschwerden / sonstige offene Themen?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38C472" w14:textId="5D91036F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3501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-60573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Ja, bitte erläutern: ______________________________</w:t>
            </w:r>
          </w:p>
        </w:tc>
      </w:tr>
      <w:tr w:rsidR="00974B2C" w14:paraId="7BCD799E" w14:textId="77777777" w:rsidTr="007B0EF8">
        <w:trPr>
          <w:cantSplit/>
          <w:jc w:val="center"/>
        </w:trPr>
        <w:tc>
          <w:tcPr>
            <w:tcW w:w="362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B06C2A9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Grund für den Wechsel</w:t>
            </w:r>
          </w:p>
        </w:tc>
        <w:tc>
          <w:tcPr>
            <w:tcW w:w="589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66CCD9" w14:textId="77777777" w:rsidR="00974B2C" w:rsidRDefault="00974B2C" w:rsidP="007B0EF8">
            <w:pPr>
              <w:spacing w:line="240" w:lineRule="auto"/>
            </w:pPr>
          </w:p>
        </w:tc>
      </w:tr>
    </w:tbl>
    <w:p w14:paraId="14BFABF8" w14:textId="77777777" w:rsidR="00974B2C" w:rsidRDefault="00974B2C">
      <w:pPr>
        <w:spacing w:after="40" w:line="96" w:lineRule="auto"/>
      </w:pPr>
    </w:p>
    <w:p w14:paraId="246DA21F" w14:textId="77777777" w:rsidR="00071B84" w:rsidRDefault="00071B84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4E24E1F4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18350F74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3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69E9E1F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Tätigkeitsfelder / beabsichtigter Geltungsbereich</w:t>
            </w:r>
          </w:p>
        </w:tc>
      </w:tr>
    </w:tbl>
    <w:p w14:paraId="77FD2D8C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071B84" w14:paraId="4E80594C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C940E1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Organisationsart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CADCAB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5"/>
                <w:lang w:val="de-DE"/>
              </w:rPr>
              <w:t>☐</w:t>
            </w:r>
            <w:r w:rsidRPr="001D5A8A">
              <w:rPr>
                <w:color w:val="1F3347"/>
                <w:sz w:val="15"/>
                <w:lang w:val="de-DE"/>
              </w:rPr>
              <w:t xml:space="preserve"> Handel   ☐ Dienstleistung   ☐ Produktion   ☐ Behörde / öffentliche Verwaltung</w:t>
            </w:r>
          </w:p>
        </w:tc>
      </w:tr>
      <w:tr w:rsidR="00974B2C" w14:paraId="12B87724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CEE95E6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Branche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F95180" w14:textId="77777777" w:rsidR="00974B2C" w:rsidRDefault="00974B2C" w:rsidP="007B0EF8">
            <w:pPr>
              <w:spacing w:line="240" w:lineRule="auto"/>
            </w:pPr>
          </w:p>
        </w:tc>
      </w:tr>
      <w:tr w:rsidR="00974B2C" w14:paraId="6950032A" w14:textId="77777777" w:rsidTr="007B0EF8">
        <w:trPr>
          <w:cantSplit/>
          <w:trHeight w:val="453"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BF592C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Produkte / Dienstleistungen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CCCD68F" w14:textId="40526078" w:rsidR="00974B2C" w:rsidRDefault="00EF55BB" w:rsidP="007B0EF8">
            <w:pPr>
              <w:spacing w:line="240" w:lineRule="auto"/>
            </w:pPr>
            <w:r>
              <w:rPr>
                <w:color w:val="1F3347"/>
                <w:sz w:val="15"/>
              </w:rPr>
              <w:t xml:space="preserve">1) __________________________    2) __________________________    </w:t>
            </w:r>
            <w:r w:rsidR="001D5A8A">
              <w:rPr>
                <w:color w:val="1F3347"/>
                <w:sz w:val="15"/>
              </w:rPr>
              <w:br/>
            </w:r>
            <w:r>
              <w:rPr>
                <w:color w:val="1F3347"/>
                <w:sz w:val="15"/>
              </w:rPr>
              <w:t>3) __________________________</w:t>
            </w:r>
          </w:p>
        </w:tc>
      </w:tr>
      <w:tr w:rsidR="00974B2C" w:rsidRPr="00071B84" w14:paraId="33523173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964C95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Verantwortung für Konstruktion und Entwicklung?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04C04D" w14:textId="362C4AB2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-15083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 w:rsidRPr="00071B84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1D5A8A" w:rsidRPr="00071B84">
              <w:rPr>
                <w:color w:val="1F3347"/>
                <w:sz w:val="15"/>
                <w:lang w:val="de-DE"/>
              </w:rPr>
              <w:t xml:space="preserve"> </w:t>
            </w:r>
            <w:r w:rsidR="001D5A8A" w:rsidRPr="001D5A8A">
              <w:rPr>
                <w:color w:val="1F3347"/>
                <w:sz w:val="15"/>
                <w:lang w:val="de-DE"/>
              </w:rPr>
              <w:t xml:space="preserve">Ja   </w:t>
            </w:r>
            <w:sdt>
              <w:sdtPr>
                <w:rPr>
                  <w:color w:val="1F3347"/>
                  <w:sz w:val="15"/>
                  <w:lang w:val="de-DE"/>
                </w:rPr>
                <w:id w:val="-171272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 w:rsidRPr="00071B84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1D5A8A" w:rsidRPr="00071B84">
              <w:rPr>
                <w:color w:val="1F3347"/>
                <w:sz w:val="15"/>
                <w:lang w:val="de-DE"/>
              </w:rPr>
              <w:t xml:space="preserve"> </w:t>
            </w:r>
            <w:r w:rsidR="001D5A8A" w:rsidRPr="001D5A8A">
              <w:rPr>
                <w:color w:val="1F3347"/>
                <w:sz w:val="15"/>
                <w:lang w:val="de-DE"/>
              </w:rPr>
              <w:t>Nein. Falls Nein: Begründung / Verantwortlichkeit: __________________________</w:t>
            </w:r>
          </w:p>
        </w:tc>
      </w:tr>
      <w:tr w:rsidR="00974B2C" w14:paraId="1F7373A5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33FDCB2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Branchenspezifische regulatorische Anforderungen?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028349" w14:textId="70CA5F94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50004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Nein   </w:t>
            </w:r>
            <w:sdt>
              <w:sdtPr>
                <w:rPr>
                  <w:color w:val="1F3347"/>
                  <w:sz w:val="15"/>
                </w:rPr>
                <w:id w:val="-195724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Ja, bitte beschreiben: __________________________________________</w:t>
            </w:r>
          </w:p>
        </w:tc>
      </w:tr>
      <w:tr w:rsidR="00974B2C" w14:paraId="3954DDC3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28389D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Beabsichtigter Geltungsbereich der Zertifizierung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10B74D" w14:textId="77777777" w:rsidR="00974B2C" w:rsidRDefault="00EF55BB" w:rsidP="007B0EF8">
            <w:pPr>
              <w:spacing w:line="240" w:lineRule="auto"/>
            </w:pPr>
            <w:r w:rsidRPr="001D5A8A">
              <w:rPr>
                <w:color w:val="1F3347"/>
                <w:sz w:val="15"/>
                <w:lang w:val="de-DE"/>
              </w:rPr>
              <w:t xml:space="preserve">Produkte/Dienstleistungen, Tätigkeiten/Prozesse und ggf. </w:t>
            </w:r>
            <w:r>
              <w:rPr>
                <w:color w:val="1F3347"/>
                <w:sz w:val="15"/>
              </w:rPr>
              <w:t>Standorte:</w:t>
            </w:r>
          </w:p>
        </w:tc>
      </w:tr>
    </w:tbl>
    <w:p w14:paraId="07CC650C" w14:textId="77777777" w:rsidR="00974B2C" w:rsidRDefault="00EF55BB">
      <w:r>
        <w:br w:type="page"/>
      </w:r>
    </w:p>
    <w:p w14:paraId="41C38514" w14:textId="77777777" w:rsidR="003D7F39" w:rsidRDefault="003D7F3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79781F57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74D43B8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4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7A2BB2D2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Operative Aspekte</w:t>
            </w:r>
          </w:p>
        </w:tc>
      </w:tr>
    </w:tbl>
    <w:p w14:paraId="105752F5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071B84" w14:paraId="5B388E29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162858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Personen im Zertifizierungsumfang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16794E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Permanent: ______   Temporär: ______   Teilzeit: ______   Extern/vertraglich: ______</w:t>
            </w:r>
          </w:p>
        </w:tc>
      </w:tr>
      <w:tr w:rsidR="00974B2C" w14:paraId="2B6DD14E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B2A49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Schichtbezogene Besetzung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62268E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Früh: ______   Tag: ______   Spät: ______   Nacht: ______</w:t>
            </w:r>
          </w:p>
        </w:tc>
      </w:tr>
      <w:tr w:rsidR="00974B2C" w14:paraId="57611F37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F036E4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Saisonbetrieb / Spitzenbelegschaft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A9BA69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☐</w:t>
            </w:r>
            <w:r>
              <w:rPr>
                <w:color w:val="1F3347"/>
                <w:sz w:val="14"/>
              </w:rPr>
              <w:t xml:space="preserve"> Nein   ☐ Ja; maximale Personenzahl: ______</w:t>
            </w:r>
          </w:p>
        </w:tc>
      </w:tr>
      <w:tr w:rsidR="00974B2C" w:rsidRPr="00071B84" w14:paraId="35233BCD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F76F5A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Wesentliche Tätigkeiten / Prozesse je Schicht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6779888" w14:textId="77777777" w:rsidR="00974B2C" w:rsidRPr="001D5A8A" w:rsidRDefault="00974B2C" w:rsidP="007B0EF8">
            <w:pPr>
              <w:spacing w:line="240" w:lineRule="auto"/>
              <w:rPr>
                <w:lang w:val="de-DE"/>
              </w:rPr>
            </w:pPr>
          </w:p>
        </w:tc>
      </w:tr>
      <w:tr w:rsidR="00974B2C" w:rsidRPr="00071B84" w14:paraId="7A3CDDC8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B9E94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 xml:space="preserve">Werden Prozesse </w:t>
            </w:r>
            <w:r>
              <w:rPr>
                <w:b/>
                <w:color w:val="1F3347"/>
                <w:sz w:val="14"/>
              </w:rPr>
              <w:t>ausgelagert?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367540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☐</w:t>
            </w:r>
            <w:r w:rsidRPr="001D5A8A">
              <w:rPr>
                <w:color w:val="1F3347"/>
                <w:sz w:val="14"/>
                <w:lang w:val="de-DE"/>
              </w:rPr>
              <w:t xml:space="preserve"> Nein   ☐ Ja: ☐ Entwicklung ☐ Produktion ☐ Oberflächenbehandlung ☐ Qualitätskontrolle ☐ Reinigung ☐ Verpackung ☐ Lager ☐ Transport ☐ Andere: ______</w:t>
            </w:r>
          </w:p>
        </w:tc>
      </w:tr>
      <w:tr w:rsidR="00974B2C" w14:paraId="75AEE6F8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153114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Überwachung ausgelagerter Prozesse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0883A4" w14:textId="77777777" w:rsidR="00974B2C" w:rsidRDefault="00974B2C" w:rsidP="007B0EF8">
            <w:pPr>
              <w:spacing w:line="240" w:lineRule="auto"/>
            </w:pPr>
          </w:p>
        </w:tc>
      </w:tr>
      <w:tr w:rsidR="00974B2C" w:rsidRPr="00071B84" w14:paraId="7618A9DF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DFA15E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Wesentliche technische Ressourcen / Anlagen / Technologien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3E74EF" w14:textId="77777777" w:rsidR="00974B2C" w:rsidRPr="001D5A8A" w:rsidRDefault="00974B2C" w:rsidP="007B0EF8">
            <w:pPr>
              <w:spacing w:line="240" w:lineRule="auto"/>
              <w:rPr>
                <w:lang w:val="de-DE"/>
              </w:rPr>
            </w:pPr>
          </w:p>
        </w:tc>
      </w:tr>
      <w:tr w:rsidR="00974B2C" w14:paraId="00E1213D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39C0EE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Kontrollierte Umgebungs- oder Reinraumbedingungen?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AB3A1C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☐</w:t>
            </w:r>
            <w:r>
              <w:rPr>
                <w:color w:val="1F3347"/>
                <w:sz w:val="14"/>
              </w:rPr>
              <w:t xml:space="preserve"> Nein   ☐ Ja, bitte beschreiben: __________________________________________</w:t>
            </w:r>
          </w:p>
        </w:tc>
      </w:tr>
    </w:tbl>
    <w:p w14:paraId="57C4C533" w14:textId="77777777" w:rsidR="00974B2C" w:rsidRDefault="00974B2C">
      <w:pPr>
        <w:spacing w:after="40" w:line="96" w:lineRule="auto"/>
      </w:pPr>
    </w:p>
    <w:p w14:paraId="6E39B70D" w14:textId="77777777" w:rsidR="00071B84" w:rsidRDefault="00071B84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13CCFD3B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2CE1D88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5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84FADD8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Risikofaktoren</w:t>
            </w:r>
          </w:p>
        </w:tc>
      </w:tr>
    </w:tbl>
    <w:p w14:paraId="3A1B7808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4"/>
        <w:gridCol w:w="5920"/>
      </w:tblGrid>
      <w:tr w:rsidR="00974B2C" w14:paraId="15B4C24E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D89C34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Gefährliche Prozesse (chemisch, mechanisch, thermisch, elektrisch)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ED53CD" w14:textId="28236270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5721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141828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6A775C62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8EF44A" w14:textId="77777777" w:rsidR="001D5A8A" w:rsidRDefault="001D5A8A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Gefährliche Arbeitsumgebungen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3E9F70" w14:textId="533E3CAA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204123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21278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21BA7681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200D7F" w14:textId="77777777" w:rsidR="001D5A8A" w:rsidRPr="001D5A8A" w:rsidRDefault="001D5A8A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Produkt-/Servicekritikalität (z. B. sicherheitsrelevant)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B27835" w14:textId="6AA7EAB5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76460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-113055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74087A97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60EE49" w14:textId="77777777" w:rsidR="001D5A8A" w:rsidRPr="001D5A8A" w:rsidRDefault="001D5A8A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Erhöhte / besondere Komplexität des Prozess- oder Leistungssystems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A21B91" w14:textId="76A28540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9017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74977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55B88B5F" w14:textId="77777777" w:rsidTr="007B0EF8">
        <w:trPr>
          <w:cantSplit/>
          <w:jc w:val="center"/>
        </w:trPr>
        <w:tc>
          <w:tcPr>
            <w:tcW w:w="360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53E8CC" w14:textId="77777777" w:rsidR="001D5A8A" w:rsidRDefault="001D5A8A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Lieferkettenrisiken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1689FE" w14:textId="3D568FC1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37704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1309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</w:tbl>
    <w:p w14:paraId="23C79AE6" w14:textId="77777777" w:rsidR="00974B2C" w:rsidRDefault="00974B2C">
      <w:pPr>
        <w:spacing w:after="40" w:line="96" w:lineRule="auto"/>
      </w:pPr>
    </w:p>
    <w:p w14:paraId="55F645DD" w14:textId="77777777" w:rsidR="00071B84" w:rsidRDefault="00071B84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3AFEA55D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B8E25CC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6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574CDE72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Rechtliche &amp; regulatorische Anforderungen</w:t>
            </w:r>
          </w:p>
        </w:tc>
      </w:tr>
    </w:tbl>
    <w:p w14:paraId="561AB47B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1D5A8A" w14:paraId="29EE301A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8AA866" w14:textId="77777777" w:rsidR="001D5A8A" w:rsidRDefault="001D5A8A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Besondere gesetzliche Anforderungen?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6B4977" w14:textId="40B272E6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85637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102752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548BB534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1B80F11" w14:textId="77777777" w:rsidR="001D5A8A" w:rsidRDefault="001D5A8A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Behördliche Überwachung?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26CCCC" w14:textId="73990821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42888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181676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  <w:tr w:rsidR="001D5A8A" w14:paraId="26B95FB6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EB378EA" w14:textId="77777777" w:rsidR="001D5A8A" w:rsidRDefault="001D5A8A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Behördliche Genehmigungen erforderlich?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326780" w14:textId="012659E1" w:rsidR="001D5A8A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68843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-12534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A8A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1D5A8A">
              <w:rPr>
                <w:color w:val="1F3347"/>
                <w:sz w:val="15"/>
              </w:rPr>
              <w:t xml:space="preserve"> </w:t>
            </w:r>
            <w:r w:rsidR="001D5A8A">
              <w:rPr>
                <w:color w:val="1F3347"/>
                <w:sz w:val="14"/>
              </w:rPr>
              <w:t>Ja, Beschreibung: __________________________________________</w:t>
            </w:r>
          </w:p>
        </w:tc>
      </w:tr>
    </w:tbl>
    <w:p w14:paraId="30998429" w14:textId="77777777" w:rsidR="00974B2C" w:rsidRDefault="00974B2C">
      <w:pPr>
        <w:spacing w:after="40" w:line="96" w:lineRule="auto"/>
      </w:pPr>
    </w:p>
    <w:p w14:paraId="198E2F08" w14:textId="77777777" w:rsidR="00071B84" w:rsidRDefault="00071B84">
      <w:pPr>
        <w:spacing w:after="4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:rsidRPr="00071B84" w14:paraId="50E70F0C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0C6FF7D5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7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3E835F2D" w14:textId="77777777" w:rsidR="00974B2C" w:rsidRPr="001D5A8A" w:rsidRDefault="00EF55BB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21"/>
                <w:lang w:val="de-DE"/>
              </w:rPr>
              <w:t>Besonderheit und Entwicklungsstand des Managementsystems</w:t>
            </w:r>
          </w:p>
        </w:tc>
      </w:tr>
    </w:tbl>
    <w:p w14:paraId="4B39270F" w14:textId="77777777" w:rsidR="00974B2C" w:rsidRPr="001D5A8A" w:rsidRDefault="00974B2C">
      <w:pPr>
        <w:spacing w:after="20" w:line="96" w:lineRule="auto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5"/>
        <w:gridCol w:w="5920"/>
      </w:tblGrid>
      <w:tr w:rsidR="00974B2C" w:rsidRPr="00071B84" w14:paraId="7529871B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9C5346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Seit wann wird das Managementsystem betrieben?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A3382B1" w14:textId="77777777" w:rsidR="00974B2C" w:rsidRPr="001D5A8A" w:rsidRDefault="00974B2C" w:rsidP="007B0EF8">
            <w:pPr>
              <w:spacing w:line="240" w:lineRule="auto"/>
              <w:rPr>
                <w:lang w:val="de-DE"/>
              </w:rPr>
            </w:pPr>
          </w:p>
        </w:tc>
      </w:tr>
      <w:tr w:rsidR="00974B2C" w14:paraId="165DCACE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310999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Dokumentationsstand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4A16E9" w14:textId="306956BC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39809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Vollständig   </w:t>
            </w:r>
            <w:sdt>
              <w:sdtPr>
                <w:rPr>
                  <w:color w:val="1F3347"/>
                  <w:sz w:val="15"/>
                </w:rPr>
                <w:id w:val="-16656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Teilweise; was fehlt? ______________________________</w:t>
            </w:r>
          </w:p>
        </w:tc>
      </w:tr>
      <w:tr w:rsidR="00974B2C" w14:paraId="103DAE88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39F25E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Internes Audit durchgeführt?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13B618" w14:textId="5C8AB5A2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34922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-90668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Ja, wann? __________________</w:t>
            </w:r>
          </w:p>
        </w:tc>
      </w:tr>
      <w:tr w:rsidR="00974B2C" w14:paraId="2FB18164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5D5BF8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Managementbewertung durchgeführt?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9DF449" w14:textId="789B28FE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32943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-119669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Ja, wann? __________________</w:t>
            </w:r>
          </w:p>
        </w:tc>
      </w:tr>
      <w:tr w:rsidR="00974B2C" w14:paraId="5CAE40CA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BDB052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4"/>
              </w:rPr>
              <w:t>Integriertes Managementsystem vorhanden?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220F35" w14:textId="2BFE8138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21046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58434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Ja, welche Normen? __________________________________________</w:t>
            </w:r>
          </w:p>
        </w:tc>
      </w:tr>
      <w:tr w:rsidR="00974B2C" w14:paraId="0A9A795F" w14:textId="77777777" w:rsidTr="007B0EF8">
        <w:trPr>
          <w:cantSplit/>
          <w:jc w:val="center"/>
        </w:trPr>
        <w:tc>
          <w:tcPr>
            <w:tcW w:w="360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F86BBD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4"/>
                <w:lang w:val="de-DE"/>
              </w:rPr>
              <w:t>Externe Beratung bei Entwicklung / Implementierung genutzt?</w:t>
            </w:r>
          </w:p>
        </w:tc>
        <w:tc>
          <w:tcPr>
            <w:tcW w:w="592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49E9C9" w14:textId="3E8D6AA1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205029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-58838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Ja, welcher Berater? __________________________________________</w:t>
            </w:r>
          </w:p>
        </w:tc>
      </w:tr>
      <w:tr w:rsidR="00974B2C" w:rsidRPr="00071B84" w14:paraId="1AF679DC" w14:textId="77777777" w:rsidTr="007B0EF8">
        <w:trPr>
          <w:cantSplit/>
          <w:jc w:val="center"/>
        </w:trPr>
        <w:tc>
          <w:tcPr>
            <w:tcW w:w="9525" w:type="dxa"/>
            <w:gridSpan w:val="2"/>
            <w:tcBorders>
              <w:top w:val="single" w:sz="4" w:space="0" w:color="9BBFD8"/>
              <w:left w:val="single" w:sz="4" w:space="0" w:color="9BBFD8"/>
              <w:bottom w:val="single" w:sz="4" w:space="0" w:color="9BBFD8"/>
              <w:right w:val="single" w:sz="4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5BCA85" w14:textId="77777777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r w:rsidRPr="001D5A8A">
              <w:rPr>
                <w:i/>
                <w:color w:val="6E7B87"/>
                <w:sz w:val="16"/>
                <w:lang w:val="de-DE"/>
              </w:rPr>
              <w:t xml:space="preserve">Bei integriertem Managementsystem bitte die nachfolgenden Kriterien ankreuzen: </w:t>
            </w:r>
          </w:p>
          <w:p w14:paraId="3EE7B1D1" w14:textId="32D292DF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3575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integrierte Managementbewertung  </w:t>
            </w:r>
          </w:p>
          <w:p w14:paraId="07433EFE" w14:textId="00A5C67D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124546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 integrierte interne Audits  </w:t>
            </w:r>
          </w:p>
          <w:p w14:paraId="222C24C2" w14:textId="7F02EEB7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214322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integrierte Richtlinien/Ziele  </w:t>
            </w:r>
          </w:p>
          <w:p w14:paraId="75BE0174" w14:textId="2E8CE289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-51268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integrierte Systemprozesse  </w:t>
            </w:r>
          </w:p>
          <w:p w14:paraId="6EA70FC8" w14:textId="6DDB6594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-92896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weitgehend integrierte Systemdokumentation  </w:t>
            </w:r>
          </w:p>
          <w:p w14:paraId="3FDDEB04" w14:textId="14D4C75E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-144639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integrierter Verbesserungsansatz  </w:t>
            </w:r>
          </w:p>
          <w:p w14:paraId="3DBE04F2" w14:textId="41F12A81" w:rsidR="000932F3" w:rsidRDefault="00EF55BB" w:rsidP="007B0EF8">
            <w:pPr>
              <w:spacing w:line="240" w:lineRule="auto"/>
              <w:rPr>
                <w:i/>
                <w:color w:val="6E7B87"/>
                <w:sz w:val="16"/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153985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 xml:space="preserve">integrierte Planung einschließlich Risikomanagement  </w:t>
            </w:r>
          </w:p>
          <w:p w14:paraId="632EF193" w14:textId="5BF86A08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sdt>
              <w:sdtPr>
                <w:rPr>
                  <w:color w:val="1F3347"/>
                  <w:sz w:val="15"/>
                  <w:lang w:val="de-DE"/>
                </w:rPr>
                <w:id w:val="60045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 w:rsidRPr="000932F3">
                  <w:rPr>
                    <w:rFonts w:ascii="MS Gothic" w:eastAsia="MS Gothic" w:hAnsi="MS Gothic" w:hint="eastAsia"/>
                    <w:color w:val="1F3347"/>
                    <w:sz w:val="15"/>
                    <w:lang w:val="de-DE"/>
                  </w:rPr>
                  <w:t>☐</w:t>
                </w:r>
              </w:sdtContent>
            </w:sdt>
            <w:r w:rsidR="000932F3" w:rsidRPr="000932F3">
              <w:rPr>
                <w:color w:val="1F3347"/>
                <w:sz w:val="14"/>
                <w:lang w:val="de-DE"/>
              </w:rPr>
              <w:t xml:space="preserve"> </w:t>
            </w:r>
            <w:r w:rsidR="000932F3" w:rsidRPr="001D5A8A">
              <w:rPr>
                <w:i/>
                <w:color w:val="6E7B87"/>
                <w:sz w:val="16"/>
                <w:lang w:val="de-DE"/>
              </w:rPr>
              <w:t>einheitliche Systemverantwortung und klare Verantwortlichkeiten</w:t>
            </w:r>
          </w:p>
        </w:tc>
      </w:tr>
    </w:tbl>
    <w:p w14:paraId="7CAD9E25" w14:textId="77777777" w:rsidR="00974B2C" w:rsidRPr="001D5A8A" w:rsidRDefault="00EF55BB">
      <w:pPr>
        <w:rPr>
          <w:lang w:val="de-DE"/>
        </w:rPr>
      </w:pPr>
      <w:r w:rsidRPr="001D5A8A">
        <w:rPr>
          <w:lang w:val="de-DE"/>
        </w:rPr>
        <w:br w:type="page"/>
      </w:r>
    </w:p>
    <w:p w14:paraId="12D2F311" w14:textId="77777777" w:rsidR="003D7F39" w:rsidRDefault="003D7F3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0401A783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B98FE9C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8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276C623E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Standortspezifische Besonderheiten / Multisite</w:t>
            </w:r>
          </w:p>
        </w:tc>
      </w:tr>
    </w:tbl>
    <w:p w14:paraId="4E840EE7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8"/>
        <w:gridCol w:w="5727"/>
      </w:tblGrid>
      <w:tr w:rsidR="00974B2C" w14:paraId="65D78C14" w14:textId="77777777" w:rsidTr="007B0EF8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B3C843E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Mehrere Standorte im Zertifizierungsumfang?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AA0D93" w14:textId="66A9A19E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54633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 xml:space="preserve">Nein  </w:t>
            </w:r>
            <w:sdt>
              <w:sdtPr>
                <w:rPr>
                  <w:color w:val="1F3347"/>
                  <w:sz w:val="15"/>
                </w:rPr>
                <w:id w:val="181051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</w:t>
            </w:r>
            <w:r w:rsidR="000932F3">
              <w:rPr>
                <w:color w:val="1F3347"/>
                <w:sz w:val="14"/>
              </w:rPr>
              <w:t>Ja</w:t>
            </w:r>
          </w:p>
        </w:tc>
      </w:tr>
      <w:tr w:rsidR="00974B2C" w14:paraId="5DA6787D" w14:textId="77777777" w:rsidTr="007B0EF8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25C6A4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Anzahl Standorte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424038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5"/>
              </w:rPr>
              <w:t>Permanent: ______   Temporär: ______   Virtuell: ______</w:t>
            </w:r>
          </w:p>
        </w:tc>
      </w:tr>
      <w:tr w:rsidR="00974B2C" w14:paraId="77179B1B" w14:textId="77777777" w:rsidTr="007B0EF8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692C9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Zentrale Funktion / zentrale Steuerung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DFE317" w14:textId="47ABAC18" w:rsidR="00974B2C" w:rsidRDefault="00EF55BB" w:rsidP="007B0EF8">
            <w:pPr>
              <w:spacing w:line="240" w:lineRule="auto"/>
            </w:pPr>
            <w:r>
              <w:rPr>
                <w:color w:val="1F3347"/>
                <w:sz w:val="15"/>
              </w:rPr>
              <w:t>Organisationseinheit / Standort: _______________________________________</w:t>
            </w:r>
          </w:p>
        </w:tc>
      </w:tr>
      <w:tr w:rsidR="00974B2C" w14:paraId="0FE05EF8" w14:textId="77777777" w:rsidTr="007B0EF8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A64C06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Sind Prozesse/Tätigkeiten an den Standorten im Wesentlichen gleichartig?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BF6DB5" w14:textId="519EC41C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99917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Ja   </w:t>
            </w:r>
            <w:sdt>
              <w:sdtPr>
                <w:rPr>
                  <w:color w:val="1F3347"/>
                  <w:sz w:val="15"/>
                </w:rPr>
                <w:id w:val="3721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Nein; Unterschiede: __________________________________________</w:t>
            </w:r>
          </w:p>
        </w:tc>
      </w:tr>
      <w:tr w:rsidR="00974B2C" w14:paraId="2AFAFCDD" w14:textId="77777777" w:rsidTr="007B0EF8">
        <w:trPr>
          <w:cantSplit/>
          <w:jc w:val="center"/>
        </w:trPr>
        <w:tc>
          <w:tcPr>
            <w:tcW w:w="379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DA81BFF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Sind alle Standorte in das interne Auditprogramm einbezogen?</w:t>
            </w:r>
          </w:p>
        </w:tc>
        <w:tc>
          <w:tcPr>
            <w:tcW w:w="572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46DF8D" w14:textId="62FD3D5E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535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Ja   </w:t>
            </w:r>
            <w:sdt>
              <w:sdtPr>
                <w:rPr>
                  <w:color w:val="1F3347"/>
                  <w:sz w:val="15"/>
                </w:rPr>
                <w:id w:val="183255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Nein; Erläuterung: __________________________________________</w:t>
            </w:r>
          </w:p>
        </w:tc>
      </w:tr>
      <w:tr w:rsidR="00974B2C" w:rsidRPr="00071B84" w14:paraId="5C01392F" w14:textId="77777777" w:rsidTr="007B0EF8">
        <w:trPr>
          <w:cantSplit/>
          <w:jc w:val="center"/>
        </w:trPr>
        <w:tc>
          <w:tcPr>
            <w:tcW w:w="9525" w:type="dxa"/>
            <w:gridSpan w:val="2"/>
            <w:tcBorders>
              <w:top w:val="single" w:sz="4" w:space="0" w:color="9BBFD8"/>
              <w:left w:val="single" w:sz="4" w:space="0" w:color="9BBFD8"/>
              <w:bottom w:val="single" w:sz="4" w:space="0" w:color="9BBFD8"/>
              <w:right w:val="single" w:sz="4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C37F8D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i/>
                <w:color w:val="6E7B87"/>
                <w:sz w:val="16"/>
                <w:lang w:val="de-DE"/>
              </w:rPr>
              <w:t>Bei Multisite-Strukturen bitte für jeden Standort einen eigenen Standortblock ausfüllen. Den Standortblock auf der folgenden Seite können Sie in Word vollständig markieren, kopieren und für weitere Standorte einfügen.</w:t>
            </w:r>
          </w:p>
        </w:tc>
      </w:tr>
    </w:tbl>
    <w:p w14:paraId="35FBAEBF" w14:textId="77777777" w:rsidR="00974B2C" w:rsidRPr="001D5A8A" w:rsidRDefault="00974B2C">
      <w:pPr>
        <w:spacing w:after="60" w:line="96" w:lineRule="auto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7"/>
        <w:gridCol w:w="5778"/>
      </w:tblGrid>
      <w:tr w:rsidR="00974B2C" w14:paraId="210F2535" w14:textId="77777777" w:rsidTr="007B0EF8">
        <w:trPr>
          <w:cantSplit/>
          <w:jc w:val="center"/>
        </w:trPr>
        <w:tc>
          <w:tcPr>
            <w:tcW w:w="9525" w:type="dxa"/>
            <w:gridSpan w:val="2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0070C0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6B93BB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FFFFFF"/>
                <w:sz w:val="18"/>
              </w:rPr>
              <w:t>Zentrale Funktion / Hauptstandort</w:t>
            </w:r>
          </w:p>
        </w:tc>
      </w:tr>
      <w:tr w:rsidR="00974B2C" w14:paraId="4269F2A1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D13258A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Unternehmens-/Standortname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93FD51" w14:textId="77777777" w:rsidR="00974B2C" w:rsidRDefault="00974B2C" w:rsidP="007B0EF8">
            <w:pPr>
              <w:spacing w:line="240" w:lineRule="auto"/>
            </w:pPr>
          </w:p>
        </w:tc>
      </w:tr>
      <w:tr w:rsidR="00974B2C" w14:paraId="785F8C88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8DDB09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Anschrift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18CC39" w14:textId="77777777" w:rsidR="00974B2C" w:rsidRDefault="00974B2C" w:rsidP="007B0EF8">
            <w:pPr>
              <w:spacing w:line="240" w:lineRule="auto"/>
            </w:pPr>
          </w:p>
        </w:tc>
      </w:tr>
      <w:tr w:rsidR="00974B2C" w:rsidRPr="00071B84" w14:paraId="5F93FE84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9F37D8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Personen im Zertifizierungsumfang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2E0573" w14:textId="7513FF52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5"/>
                <w:lang w:val="de-DE"/>
              </w:rPr>
              <w:t>Permanent: ______   Temporär</w:t>
            </w:r>
            <w:r w:rsidRPr="001D5A8A">
              <w:rPr>
                <w:color w:val="1F3347"/>
                <w:sz w:val="15"/>
                <w:lang w:val="de-DE"/>
              </w:rPr>
              <w:t xml:space="preserve">: ______   Teilzeit: ______   </w:t>
            </w:r>
            <w:r w:rsidR="001D5A8A">
              <w:rPr>
                <w:color w:val="1F3347"/>
                <w:sz w:val="15"/>
                <w:lang w:val="de-DE"/>
              </w:rPr>
              <w:br/>
            </w:r>
            <w:r w:rsidRPr="001D5A8A">
              <w:rPr>
                <w:color w:val="1F3347"/>
                <w:sz w:val="15"/>
                <w:lang w:val="de-DE"/>
              </w:rPr>
              <w:t>Extern/vertraglich: ______</w:t>
            </w:r>
          </w:p>
        </w:tc>
      </w:tr>
      <w:tr w:rsidR="00974B2C" w14:paraId="351AF127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B9803F7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Schichtbezogene Besetzung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DCF7CB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5"/>
              </w:rPr>
              <w:t>Früh: ______   Tag: ______   Spät: ______   Nacht: ______</w:t>
            </w:r>
          </w:p>
        </w:tc>
      </w:tr>
      <w:tr w:rsidR="00974B2C" w:rsidRPr="00071B84" w14:paraId="5462E4C2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A226CE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Wesentliche Tätigkeiten/Prozesse je Schicht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8B78B2C" w14:textId="77777777" w:rsidR="00974B2C" w:rsidRPr="001D5A8A" w:rsidRDefault="00974B2C" w:rsidP="007B0EF8">
            <w:pPr>
              <w:spacing w:line="240" w:lineRule="auto"/>
              <w:rPr>
                <w:lang w:val="de-DE"/>
              </w:rPr>
            </w:pPr>
          </w:p>
        </w:tc>
      </w:tr>
      <w:tr w:rsidR="00974B2C" w14:paraId="172B5714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EED525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Nutzung mobiler oder temporärer Arbeitsplätze?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73D126" w14:textId="2406969C" w:rsidR="00974B2C" w:rsidRDefault="00EF55BB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40803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932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0932F3">
              <w:rPr>
                <w:color w:val="1F3347"/>
                <w:sz w:val="15"/>
              </w:rPr>
              <w:t xml:space="preserve"> Ja, bitte erläutern: ______________________________</w:t>
            </w:r>
          </w:p>
        </w:tc>
      </w:tr>
      <w:tr w:rsidR="00974B2C" w14:paraId="26BA240F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B85D8C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Standortspezifische Prozesse/Aktivitäten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E9C868" w14:textId="77777777" w:rsidR="00974B2C" w:rsidRDefault="00974B2C" w:rsidP="007B0EF8">
            <w:pPr>
              <w:spacing w:line="240" w:lineRule="auto"/>
            </w:pPr>
          </w:p>
        </w:tc>
      </w:tr>
    </w:tbl>
    <w:p w14:paraId="4E062AF7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474"/>
        <w:gridCol w:w="1587"/>
        <w:gridCol w:w="1360"/>
      </w:tblGrid>
      <w:tr w:rsidR="00974B2C" w14:paraId="70402069" w14:textId="77777777" w:rsidTr="007B0EF8">
        <w:trPr>
          <w:cantSplit/>
          <w:tblHeader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DAB2590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Gemeinsame / standortübergreifende Funktionen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CCEB5E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nur dieser Standort</w:t>
            </w:r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6E37C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auch andere Standorte</w:t>
            </w:r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5DF9AC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Nein</w:t>
            </w:r>
          </w:p>
        </w:tc>
      </w:tr>
      <w:tr w:rsidR="000932F3" w14:paraId="4B79F57A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284FAF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Richtlinie, Ziele, Managementbewertung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85CA03" w14:textId="0482B22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530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A39BF8" w14:textId="3151065E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87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AA372DA" w14:textId="40BCB3DD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41477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5C41564A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CB32D2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Design- und Entwicklungstätigkeiten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69728A" w14:textId="42CD0A02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501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5BE037" w14:textId="38FDB3C3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9230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B56DC7" w14:textId="533185D6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2622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723C70F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1983D68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Einkauf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78A788" w14:textId="53B855CA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203464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BFE3B3" w14:textId="74D6A93F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1283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78F14F6" w14:textId="653A82FB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6386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3268A44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984BF0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Personalmanagement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A60696" w14:textId="557C23FB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2760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577E82" w14:textId="351BB898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464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9D2F25" w14:textId="1DF3B89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6494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47BDC093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9314DD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Dokumentenlenkung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944B09" w14:textId="1365ADDE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74193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0F6F8F" w14:textId="30C26173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51102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37B23D" w14:textId="0B173EE2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58150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02563652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91AF41" w14:textId="77777777" w:rsidR="000932F3" w:rsidRPr="001D5A8A" w:rsidRDefault="000932F3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Überprüfung der Einhaltung gesetzlicher Vorschriften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FD2103" w14:textId="23E0D65C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6336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E8461C" w14:textId="1F14FEB4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8597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ED667BA" w14:textId="3516975B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9102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1561E807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6EA30F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Vertrieb / Kundenservice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7243ED" w14:textId="0DC4EA65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81094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DA4C4E6" w14:textId="0878AE82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13401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227151" w14:textId="0D60A905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4087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2853F5B7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0EFF7A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Instandhaltung / Facility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6BC83C" w14:textId="7F4FEFDD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03703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ED6244" w14:textId="4FF63585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96254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DF9494" w14:textId="5FFBF9CE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54806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71EF0049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064260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Kalibrierung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2D2EFF" w14:textId="209F150D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31429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70C979" w14:textId="3BAE5B4D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9814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CEE02D2" w14:textId="2E9B512F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43981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43298A3B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EAF417" w14:textId="77777777" w:rsidR="000932F3" w:rsidRDefault="000932F3" w:rsidP="007B0EF8">
            <w:pPr>
              <w:spacing w:line="240" w:lineRule="auto"/>
            </w:pPr>
            <w:r>
              <w:rPr>
                <w:color w:val="1F3347"/>
                <w:sz w:val="14"/>
              </w:rPr>
              <w:t>Logistische Unterstützung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A3150F" w14:textId="52168E8E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6889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6BC048" w14:textId="214ED1E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1625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BC7035" w14:textId="29249ED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0972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932F3" w14:paraId="64295553" w14:textId="77777777" w:rsidTr="007B0EF8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A8BF45" w14:textId="77777777" w:rsidR="000932F3" w:rsidRPr="001D5A8A" w:rsidRDefault="000932F3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Planung und Durchführung interner Audits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BE78A3" w14:textId="56C0C03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96516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D26AC07" w14:textId="71440D8D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2703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A265D5" w14:textId="7D68C390" w:rsidR="000932F3" w:rsidRDefault="00EF55BB" w:rsidP="007B0EF8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3196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2F3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</w:tbl>
    <w:p w14:paraId="20BB2CCB" w14:textId="40608B7B" w:rsidR="00974B2C" w:rsidRDefault="00974B2C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7"/>
        <w:gridCol w:w="5778"/>
      </w:tblGrid>
      <w:tr w:rsidR="00974B2C" w:rsidRPr="00071B84" w14:paraId="17A2C1AF" w14:textId="77777777" w:rsidTr="007B0EF8">
        <w:trPr>
          <w:cantSplit/>
          <w:jc w:val="center"/>
        </w:trPr>
        <w:tc>
          <w:tcPr>
            <w:tcW w:w="9525" w:type="dxa"/>
            <w:gridSpan w:val="2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0070C0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B220D7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FFFFFF"/>
                <w:sz w:val="18"/>
                <w:lang w:val="de-DE"/>
              </w:rPr>
              <w:t>Standort 1 (bei weiteren Standorten bitte gesamten Block kopieren)</w:t>
            </w:r>
          </w:p>
        </w:tc>
      </w:tr>
      <w:tr w:rsidR="00974B2C" w14:paraId="1E6F8FE9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ED076D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Unternehmens-/Standortname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42CAEB" w14:textId="77777777" w:rsidR="00974B2C" w:rsidRDefault="00974B2C" w:rsidP="007B0EF8">
            <w:pPr>
              <w:spacing w:line="240" w:lineRule="auto"/>
            </w:pPr>
          </w:p>
        </w:tc>
      </w:tr>
      <w:tr w:rsidR="00974B2C" w14:paraId="49977D18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F09EE8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Anschrift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0D0C24" w14:textId="77777777" w:rsidR="00974B2C" w:rsidRDefault="00974B2C" w:rsidP="007B0EF8">
            <w:pPr>
              <w:spacing w:line="240" w:lineRule="auto"/>
            </w:pPr>
          </w:p>
        </w:tc>
      </w:tr>
      <w:tr w:rsidR="00974B2C" w:rsidRPr="00071B84" w14:paraId="4DA9A1C9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A6EE84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Personen im Zertifizierungsumfang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1924E8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5"/>
                <w:lang w:val="de-DE"/>
              </w:rPr>
              <w:t>Permanent: ______   Temporär: ______   Teilzeit: ______   Extern/vertraglich: ______</w:t>
            </w:r>
          </w:p>
        </w:tc>
      </w:tr>
      <w:tr w:rsidR="00974B2C" w14:paraId="6236A213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FB07D1F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Schichtbezogene Besetzung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BD1E0D" w14:textId="77777777" w:rsidR="00974B2C" w:rsidRDefault="00EF55BB" w:rsidP="007B0EF8">
            <w:pPr>
              <w:spacing w:line="240" w:lineRule="auto"/>
            </w:pPr>
            <w:r>
              <w:rPr>
                <w:color w:val="1F3347"/>
                <w:sz w:val="15"/>
              </w:rPr>
              <w:t>Früh: ______   Tag: ______   Spät: ______   Nacht: ______</w:t>
            </w:r>
          </w:p>
        </w:tc>
      </w:tr>
      <w:tr w:rsidR="00974B2C" w:rsidRPr="00071B84" w14:paraId="13DA4BCF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F4AC6F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Wesentliche Tätigkeiten/Prozesse je Schicht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880FFE" w14:textId="77777777" w:rsidR="00974B2C" w:rsidRPr="001D5A8A" w:rsidRDefault="00974B2C" w:rsidP="007B0EF8">
            <w:pPr>
              <w:spacing w:line="240" w:lineRule="auto"/>
              <w:rPr>
                <w:lang w:val="de-DE"/>
              </w:rPr>
            </w:pPr>
          </w:p>
        </w:tc>
      </w:tr>
      <w:tr w:rsidR="00974B2C" w14:paraId="733A5653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9AF115" w14:textId="77777777" w:rsidR="00974B2C" w:rsidRPr="001D5A8A" w:rsidRDefault="00EF55BB" w:rsidP="007B0EF8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Nutzung mobiler oder temporärer Arbeitsplätze?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1F84E7" w14:textId="1726C489" w:rsidR="00974B2C" w:rsidRDefault="007B0EF8" w:rsidP="007B0EF8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17090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EF55BB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180265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EF55BB">
              <w:rPr>
                <w:color w:val="1F3347"/>
                <w:sz w:val="15"/>
              </w:rPr>
              <w:t xml:space="preserve"> Ja, bitte erläutern: ______________________________</w:t>
            </w:r>
          </w:p>
        </w:tc>
      </w:tr>
      <w:tr w:rsidR="00974B2C" w14:paraId="74254C65" w14:textId="77777777" w:rsidTr="007B0EF8">
        <w:trPr>
          <w:cantSplit/>
          <w:jc w:val="center"/>
        </w:trPr>
        <w:tc>
          <w:tcPr>
            <w:tcW w:w="374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0EA823" w14:textId="77777777" w:rsidR="00974B2C" w:rsidRDefault="00EF55BB" w:rsidP="007B0EF8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Standortspezifische Prozesse/Aktivitäten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D551576" w14:textId="77777777" w:rsidR="00974B2C" w:rsidRDefault="00974B2C" w:rsidP="007B0EF8">
            <w:pPr>
              <w:spacing w:line="240" w:lineRule="auto"/>
            </w:pPr>
          </w:p>
        </w:tc>
      </w:tr>
    </w:tbl>
    <w:p w14:paraId="55F0BAB2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474"/>
        <w:gridCol w:w="1587"/>
        <w:gridCol w:w="1360"/>
      </w:tblGrid>
      <w:tr w:rsidR="00974B2C" w14:paraId="4E550F9E" w14:textId="77777777" w:rsidTr="00AB551A">
        <w:trPr>
          <w:cantSplit/>
          <w:tblHeader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37302F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lastRenderedPageBreak/>
              <w:t>Gemeinsame / standortübergreifende Funktionen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4035AB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nur dieser Standort</w:t>
            </w:r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57BC9B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auch andere Standorte</w:t>
            </w:r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D9EC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EB7E31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6"/>
              </w:rPr>
              <w:t>Nein</w:t>
            </w:r>
          </w:p>
        </w:tc>
      </w:tr>
      <w:tr w:rsidR="000658A5" w14:paraId="43CE2143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44F6F1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Richtlinie, Ziele, Managementbewertung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C24D85" w14:textId="26746D53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1556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24DC95" w14:textId="6BBBCE0A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8539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62EFDDF" w14:textId="033802B3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4005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DF8978C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DEEB98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Design- und Entwicklungstätigkeiten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010168" w14:textId="1775D5F5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84597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9FCECC" w14:textId="29AC3B46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43987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CD1DAF" w14:textId="2CCF8FD1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2318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37779E38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4DA8897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Einkauf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B6BB36" w14:textId="4946C998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10500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38BC7D" w14:textId="595B8E3F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959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2A3F841" w14:textId="5E96736B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42620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486CEF37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FDA490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Personalmanagement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9ED019" w14:textId="2BDCD6F1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91963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A23A3C" w14:textId="44D6CA1C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04998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A0D089" w14:textId="2DAC2279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3809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5C81BB4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21DA7D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Dokumentenlenkung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C7A828" w14:textId="69FE7919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9074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58AC998" w14:textId="0D1F614A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83012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64957F" w14:textId="0AF91978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61651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D7A4D52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8DB97D1" w14:textId="77777777" w:rsidR="000658A5" w:rsidRPr="001D5A8A" w:rsidRDefault="000658A5" w:rsidP="00AB551A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Überprüfung der Einhaltung gesetzlicher Vorschriften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5BF514" w14:textId="114B4612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26774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D5FD65" w14:textId="6089304E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88883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966F2B8" w14:textId="3D1B3181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2647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F4CED95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F4F96A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Vertrieb / Kundenservice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111AF1" w14:textId="73CDE750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32951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437BAC" w14:textId="0D83E3B8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0057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EC5385" w14:textId="38615F75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70793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6C061FDE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4345EB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Instandhaltung / Facility Management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DE2B93" w14:textId="7D8B13F0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7227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3A9320" w14:textId="00279864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56406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2AFBAE" w14:textId="12176D8B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58630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291F1D79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0189CD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Kalibrierung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104494" w14:textId="4255C1A5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93119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23CA12" w14:textId="031E353A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60412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70BC205" w14:textId="33D035AE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8001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5217A426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BA74C3" w14:textId="77777777" w:rsidR="000658A5" w:rsidRDefault="000658A5" w:rsidP="00AB551A">
            <w:pPr>
              <w:spacing w:line="240" w:lineRule="auto"/>
            </w:pPr>
            <w:r>
              <w:rPr>
                <w:color w:val="1F3347"/>
                <w:sz w:val="14"/>
              </w:rPr>
              <w:t>Logistische Unterstützung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1E3374" w14:textId="093BBC04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49513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A8E872" w14:textId="78114220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13045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EA2845" w14:textId="21B99747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4288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  <w:tr w:rsidR="000658A5" w14:paraId="0828FE94" w14:textId="77777777" w:rsidTr="00AB551A">
        <w:trPr>
          <w:cantSplit/>
          <w:jc w:val="center"/>
        </w:trPr>
        <w:tc>
          <w:tcPr>
            <w:tcW w:w="5103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0131C6" w14:textId="77777777" w:rsidR="000658A5" w:rsidRPr="001D5A8A" w:rsidRDefault="000658A5" w:rsidP="00AB551A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4"/>
                <w:lang w:val="de-DE"/>
              </w:rPr>
              <w:t>Planung und Durchführung interner Audits</w:t>
            </w:r>
          </w:p>
        </w:tc>
        <w:tc>
          <w:tcPr>
            <w:tcW w:w="1474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DF6F50" w14:textId="027DC043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74431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58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BE4FF7" w14:textId="5968EE87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-117611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  <w:tc>
          <w:tcPr>
            <w:tcW w:w="1360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0E92F7" w14:textId="0806C2D4" w:rsidR="000658A5" w:rsidRDefault="00EF55BB" w:rsidP="00AB551A">
            <w:pPr>
              <w:spacing w:line="240" w:lineRule="auto"/>
              <w:jc w:val="center"/>
            </w:pPr>
            <w:sdt>
              <w:sdtPr>
                <w:rPr>
                  <w:color w:val="1F3347"/>
                  <w:sz w:val="15"/>
                </w:rPr>
                <w:id w:val="94990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A5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</w:p>
        </w:tc>
      </w:tr>
    </w:tbl>
    <w:p w14:paraId="27BB1602" w14:textId="77777777" w:rsidR="00974B2C" w:rsidRDefault="00974B2C">
      <w:pPr>
        <w:spacing w:after="60" w:line="96" w:lineRule="auto"/>
      </w:pPr>
    </w:p>
    <w:p w14:paraId="7927D5A5" w14:textId="77777777" w:rsidR="003D7F39" w:rsidRDefault="003D7F39">
      <w:pPr>
        <w:spacing w:after="6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9015"/>
      </w:tblGrid>
      <w:tr w:rsidR="00974B2C" w14:paraId="1D07612D" w14:textId="7777777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4F4824F1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9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EAF4FB"/>
            <w:tcMar>
              <w:top w:w="45" w:type="dxa"/>
              <w:left w:w="50" w:type="dxa"/>
              <w:bottom w:w="45" w:type="dxa"/>
              <w:right w:w="50" w:type="dxa"/>
            </w:tcMar>
          </w:tcPr>
          <w:p w14:paraId="1DBDFFB4" w14:textId="77777777" w:rsidR="00974B2C" w:rsidRDefault="00EF55BB">
            <w:pPr>
              <w:spacing w:line="240" w:lineRule="auto"/>
            </w:pPr>
            <w:r>
              <w:rPr>
                <w:b/>
                <w:color w:val="1F3347"/>
                <w:sz w:val="21"/>
              </w:rPr>
              <w:t>Sprache / besondere Anforderungen</w:t>
            </w:r>
          </w:p>
        </w:tc>
      </w:tr>
    </w:tbl>
    <w:p w14:paraId="3F27CB72" w14:textId="77777777" w:rsidR="00974B2C" w:rsidRDefault="00974B2C">
      <w:pPr>
        <w:spacing w:after="20" w:line="96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5778"/>
      </w:tblGrid>
      <w:tr w:rsidR="00974B2C" w14:paraId="7A512B40" w14:textId="77777777" w:rsidTr="00AB551A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B4B4EB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Auditsprache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8D99C6" w14:textId="5C8447D0" w:rsidR="00974B2C" w:rsidRDefault="00EF55BB" w:rsidP="00AB551A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69026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Deutsch   </w:t>
            </w:r>
            <w:sdt>
              <w:sdtPr>
                <w:rPr>
                  <w:color w:val="1F3347"/>
                  <w:sz w:val="15"/>
                </w:rPr>
                <w:id w:val="2489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Englisch   </w:t>
            </w:r>
            <w:sdt>
              <w:sdtPr>
                <w:rPr>
                  <w:color w:val="1F3347"/>
                  <w:sz w:val="15"/>
                </w:rPr>
                <w:id w:val="38414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Andere: __________________</w:t>
            </w:r>
          </w:p>
        </w:tc>
      </w:tr>
      <w:tr w:rsidR="00974B2C" w14:paraId="38A655CC" w14:textId="77777777" w:rsidTr="00AB551A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6F52CCA" w14:textId="77777777" w:rsidR="00974B2C" w:rsidRPr="001D5A8A" w:rsidRDefault="00EF55BB" w:rsidP="00AB551A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Besondere Sicherheits-, Zugangs-, Arbeitsschutz-, Geheimhaltungs- oder sonstige Anforderungen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C402A5" w14:textId="4DB80AB6" w:rsidR="00974B2C" w:rsidRDefault="00EF55BB" w:rsidP="00AB551A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153969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-7835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Ja, bitte beschreiben: __________________________________________</w:t>
            </w:r>
          </w:p>
        </w:tc>
      </w:tr>
      <w:tr w:rsidR="00974B2C" w14:paraId="3AEE8634" w14:textId="77777777" w:rsidTr="00AB551A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036557D" w14:textId="77777777" w:rsidR="00974B2C" w:rsidRPr="001D5A8A" w:rsidRDefault="00EF55BB" w:rsidP="00AB551A">
            <w:pPr>
              <w:spacing w:line="240" w:lineRule="auto"/>
              <w:rPr>
                <w:lang w:val="de-DE"/>
              </w:rPr>
            </w:pPr>
            <w:r w:rsidRPr="001D5A8A">
              <w:rPr>
                <w:b/>
                <w:color w:val="1F3347"/>
                <w:sz w:val="15"/>
                <w:lang w:val="de-DE"/>
              </w:rPr>
              <w:t>Zertifizierungsrelevante Bereiche / Dokumente mit Zugangsbeschränkungen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F7A8935" w14:textId="79E2479F" w:rsidR="00974B2C" w:rsidRDefault="00EF55BB" w:rsidP="00AB551A">
            <w:pPr>
              <w:spacing w:line="240" w:lineRule="auto"/>
            </w:pPr>
            <w:sdt>
              <w:sdtPr>
                <w:rPr>
                  <w:color w:val="1F3347"/>
                  <w:sz w:val="15"/>
                </w:rPr>
                <w:id w:val="-179297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Nein    </w:t>
            </w:r>
            <w:sdt>
              <w:sdtPr>
                <w:rPr>
                  <w:color w:val="1F3347"/>
                  <w:sz w:val="15"/>
                </w:rPr>
                <w:id w:val="-51870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41F">
                  <w:rPr>
                    <w:rFonts w:ascii="MS Gothic" w:eastAsia="MS Gothic" w:hAnsi="MS Gothic" w:hint="eastAsia"/>
                    <w:color w:val="1F3347"/>
                    <w:sz w:val="15"/>
                  </w:rPr>
                  <w:t>☐</w:t>
                </w:r>
              </w:sdtContent>
            </w:sdt>
            <w:r w:rsidR="00D5141F">
              <w:rPr>
                <w:color w:val="1F3347"/>
                <w:sz w:val="15"/>
              </w:rPr>
              <w:t xml:space="preserve"> Ja, bitte angeben: __________________________________________</w:t>
            </w:r>
          </w:p>
        </w:tc>
      </w:tr>
      <w:tr w:rsidR="00974B2C" w:rsidRPr="00071B84" w14:paraId="0DD77162" w14:textId="77777777" w:rsidTr="00AB551A">
        <w:trPr>
          <w:cantSplit/>
          <w:jc w:val="center"/>
        </w:trPr>
        <w:tc>
          <w:tcPr>
            <w:tcW w:w="3746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EAF4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B9F4B76" w14:textId="77777777" w:rsidR="00974B2C" w:rsidRDefault="00EF55BB" w:rsidP="00AB551A">
            <w:pPr>
              <w:spacing w:line="240" w:lineRule="auto"/>
            </w:pPr>
            <w:r>
              <w:rPr>
                <w:b/>
                <w:color w:val="1F3347"/>
                <w:sz w:val="15"/>
              </w:rPr>
              <w:t>Gewünschter Zeitraum</w:t>
            </w:r>
          </w:p>
        </w:tc>
        <w:tc>
          <w:tcPr>
            <w:tcW w:w="5778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1ECE26" w14:textId="77777777" w:rsidR="00974B2C" w:rsidRPr="001D5A8A" w:rsidRDefault="00EF55BB" w:rsidP="00AB551A">
            <w:pPr>
              <w:spacing w:line="240" w:lineRule="auto"/>
              <w:rPr>
                <w:lang w:val="de-DE"/>
              </w:rPr>
            </w:pPr>
            <w:r w:rsidRPr="001D5A8A">
              <w:rPr>
                <w:color w:val="1F3347"/>
                <w:sz w:val="15"/>
                <w:lang w:val="de-DE"/>
              </w:rPr>
              <w:t>Stufe 1 (Erstzertifizierung) bzw. nächstes planmäßiges Audit (Transfer): __________________</w:t>
            </w:r>
          </w:p>
        </w:tc>
      </w:tr>
    </w:tbl>
    <w:p w14:paraId="1D256D75" w14:textId="77777777" w:rsidR="00974B2C" w:rsidRPr="001D5A8A" w:rsidRDefault="00974B2C">
      <w:pPr>
        <w:spacing w:after="60" w:line="96" w:lineRule="auto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61"/>
        <w:gridCol w:w="1985"/>
        <w:gridCol w:w="3397"/>
        <w:gridCol w:w="2381"/>
      </w:tblGrid>
      <w:tr w:rsidR="00974B2C" w14:paraId="32F041CC" w14:textId="77777777" w:rsidTr="001D5A8A">
        <w:trPr>
          <w:cantSplit/>
          <w:jc w:val="center"/>
        </w:trPr>
        <w:tc>
          <w:tcPr>
            <w:tcW w:w="17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E4E577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Ort, Datum</w:t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43D667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Vorname, Nachname</w:t>
            </w:r>
          </w:p>
        </w:tc>
        <w:tc>
          <w:tcPr>
            <w:tcW w:w="339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8514E6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Funktion</w:t>
            </w:r>
          </w:p>
        </w:tc>
        <w:tc>
          <w:tcPr>
            <w:tcW w:w="238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shd w:val="clear" w:color="auto" w:fill="F6FAFD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7F691E" w14:textId="77777777" w:rsidR="00974B2C" w:rsidRDefault="00EF55BB">
            <w:pPr>
              <w:spacing w:line="240" w:lineRule="auto"/>
              <w:jc w:val="center"/>
            </w:pPr>
            <w:r>
              <w:rPr>
                <w:b/>
                <w:color w:val="6E7B87"/>
                <w:sz w:val="14"/>
              </w:rPr>
              <w:t>Unterschrift</w:t>
            </w:r>
          </w:p>
        </w:tc>
      </w:tr>
      <w:tr w:rsidR="00974B2C" w14:paraId="47A15FE5" w14:textId="77777777" w:rsidTr="001D5A8A">
        <w:trPr>
          <w:cantSplit/>
          <w:jc w:val="center"/>
        </w:trPr>
        <w:tc>
          <w:tcPr>
            <w:tcW w:w="176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18F4CB" w14:textId="77777777" w:rsidR="00974B2C" w:rsidRDefault="00EF55B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1985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73F23D" w14:textId="77777777" w:rsidR="00974B2C" w:rsidRDefault="00EF55B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3397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20F243" w14:textId="77777777" w:rsidR="00974B2C" w:rsidRDefault="00EF55B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  <w:tc>
          <w:tcPr>
            <w:tcW w:w="2381" w:type="dxa"/>
            <w:tcBorders>
              <w:top w:val="single" w:sz="6" w:space="0" w:color="9BBFD8"/>
              <w:left w:val="single" w:sz="6" w:space="0" w:color="9BBFD8"/>
              <w:bottom w:val="single" w:sz="6" w:space="0" w:color="9BBFD8"/>
              <w:right w:val="single" w:sz="6" w:space="0" w:color="9BBFD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FAE7F5" w14:textId="77777777" w:rsidR="00974B2C" w:rsidRDefault="00EF55BB">
            <w:pPr>
              <w:spacing w:line="240" w:lineRule="auto"/>
            </w:pPr>
            <w:r>
              <w:rPr>
                <w:color w:val="1F3347"/>
                <w:sz w:val="16"/>
              </w:rPr>
              <w:br/>
            </w:r>
          </w:p>
        </w:tc>
      </w:tr>
    </w:tbl>
    <w:p w14:paraId="14E8AF62" w14:textId="77777777" w:rsidR="00974B2C" w:rsidRPr="001D5A8A" w:rsidRDefault="00EF55BB">
      <w:pPr>
        <w:spacing w:before="100"/>
        <w:jc w:val="center"/>
        <w:rPr>
          <w:lang w:val="de-DE"/>
        </w:rPr>
      </w:pPr>
      <w:r w:rsidRPr="001D5A8A">
        <w:rPr>
          <w:color w:val="1F3347"/>
          <w:sz w:val="15"/>
          <w:lang w:val="de-DE"/>
        </w:rPr>
        <w:t xml:space="preserve">Bitte senden Sie das ausgefüllte und unterschriebene Formular an: </w:t>
      </w:r>
      <w:r w:rsidRPr="001D5A8A">
        <w:rPr>
          <w:b/>
          <w:color w:val="0070C0"/>
          <w:sz w:val="15"/>
          <w:lang w:val="de-DE"/>
        </w:rPr>
        <w:t>sales@intellcert.com</w:t>
      </w:r>
    </w:p>
    <w:sectPr w:rsidR="00974B2C" w:rsidRPr="001D5A8A" w:rsidSect="00034616">
      <w:headerReference w:type="default" r:id="rId8"/>
      <w:footerReference w:type="default" r:id="rId9"/>
      <w:pgSz w:w="12240" w:h="15840"/>
      <w:pgMar w:top="879" w:right="709" w:bottom="765" w:left="709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EBF3" w14:textId="77777777" w:rsidR="00EF55BB" w:rsidRDefault="00EF55BB">
      <w:pPr>
        <w:spacing w:line="240" w:lineRule="auto"/>
      </w:pPr>
      <w:r>
        <w:separator/>
      </w:r>
    </w:p>
  </w:endnote>
  <w:endnote w:type="continuationSeparator" w:id="0">
    <w:p w14:paraId="3E89FAA3" w14:textId="77777777" w:rsidR="00EF55BB" w:rsidRDefault="00EF55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1ECC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122B24BE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5C3C340D" w14:textId="0E3D7F4E" w:rsidR="00974B2C" w:rsidRDefault="00EF55BB">
          <w:pPr>
            <w:spacing w:line="240" w:lineRule="auto"/>
          </w:pPr>
          <w:r>
            <w:rPr>
              <w:color w:val="6E7B87"/>
              <w:sz w:val="14"/>
            </w:rPr>
            <w:t>IQM_011160  |  Revision 0</w:t>
          </w:r>
          <w:r w:rsidR="00D5141F">
            <w:rPr>
              <w:color w:val="6E7B87"/>
              <w:sz w:val="14"/>
            </w:rPr>
            <w:t>1</w:t>
          </w:r>
          <w:r>
            <w:rPr>
              <w:color w:val="6E7B87"/>
              <w:sz w:val="14"/>
            </w:rPr>
            <w:t>.</w:t>
          </w:r>
          <w:r w:rsidR="00D5141F">
            <w:rPr>
              <w:color w:val="6E7B87"/>
              <w:sz w:val="14"/>
            </w:rPr>
            <w:t>3</w:t>
          </w:r>
          <w:r>
            <w:rPr>
              <w:color w:val="6E7B87"/>
              <w:sz w:val="14"/>
            </w:rPr>
            <w:t>0  |  2026-09-07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0CA5BC8E" w14:textId="77777777" w:rsidR="00974B2C" w:rsidRDefault="00EF55BB">
          <w:pPr>
            <w:spacing w:line="240" w:lineRule="auto"/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4D3F584B" w14:textId="77777777" w:rsidR="00974B2C" w:rsidRDefault="00EF55BB">
          <w:pPr>
            <w:jc w:val="right"/>
          </w:pPr>
          <w:r>
            <w:rPr>
              <w:color w:val="6E7B87"/>
              <w:sz w:val="14"/>
            </w:rPr>
            <w:t xml:space="preserve">Seite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von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B1F2" w14:textId="77777777" w:rsidR="00EF55BB" w:rsidRDefault="00EF55BB">
      <w:pPr>
        <w:spacing w:line="240" w:lineRule="auto"/>
      </w:pPr>
      <w:r>
        <w:separator/>
      </w:r>
    </w:p>
  </w:footnote>
  <w:footnote w:type="continuationSeparator" w:id="0">
    <w:p w14:paraId="079A5CC2" w14:textId="77777777" w:rsidR="00EF55BB" w:rsidRDefault="00EF55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8F3F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1A311C70" w14:textId="77777777" w:rsidTr="001D5A8A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D730D06" w14:textId="77777777" w:rsidR="00974B2C" w:rsidRDefault="00EF55BB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1C76E4E" w14:textId="77777777" w:rsidR="00974B2C" w:rsidRDefault="00EF55BB" w:rsidP="001D5A8A">
          <w:pPr>
            <w:jc w:val="right"/>
          </w:pPr>
          <w:r>
            <w:rPr>
              <w:b/>
              <w:color w:val="1F3347"/>
              <w:sz w:val="26"/>
            </w:rPr>
            <w:t>Fragebogen zur Serviceanforderung</w:t>
          </w:r>
        </w:p>
        <w:p w14:paraId="6ADF78FB" w14:textId="77777777" w:rsidR="00974B2C" w:rsidRDefault="00EF55BB" w:rsidP="001D5A8A">
          <w:pPr>
            <w:jc w:val="right"/>
          </w:pPr>
          <w:r>
            <w:rPr>
              <w:b/>
              <w:color w:val="0070C0"/>
              <w:sz w:val="20"/>
            </w:rPr>
            <w:t>ISO 9001:2015</w:t>
          </w:r>
        </w:p>
      </w:tc>
    </w:tr>
  </w:tbl>
  <w:p w14:paraId="691CB3DA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A5"/>
    <w:rsid w:val="00071B84"/>
    <w:rsid w:val="000932F3"/>
    <w:rsid w:val="0015074B"/>
    <w:rsid w:val="001D5A8A"/>
    <w:rsid w:val="0029639D"/>
    <w:rsid w:val="00326F90"/>
    <w:rsid w:val="003D7F39"/>
    <w:rsid w:val="007B0EF8"/>
    <w:rsid w:val="00920867"/>
    <w:rsid w:val="00974B2C"/>
    <w:rsid w:val="009D723C"/>
    <w:rsid w:val="00AA1D8D"/>
    <w:rsid w:val="00AB551A"/>
    <w:rsid w:val="00B47730"/>
    <w:rsid w:val="00BC42CE"/>
    <w:rsid w:val="00C14708"/>
    <w:rsid w:val="00CB0664"/>
    <w:rsid w:val="00D5141F"/>
    <w:rsid w:val="00EF55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F3CD6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/>
    </w:pPr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IQM_011160 Fragebogen zur Serviceanforderung ISO 9001:2015</vt:lpstr>
      <vt:lpstr/>
    </vt:vector>
  </TitlesOfParts>
  <Manager/>
  <Company/>
  <LinksUpToDate>false</LinksUpToDate>
  <CharactersWithSpaces>8045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7</cp:revision>
  <dcterms:created xsi:type="dcterms:W3CDTF">2026-09-07T13:49:00Z</dcterms:created>
  <dcterms:modified xsi:type="dcterms:W3CDTF">2026-09-08T18:20:00Z</dcterms:modified>
  <cp:category/>
</cp:coreProperties>
</file>