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620F" w14:textId="77777777" w:rsidR="00E4324C" w:rsidRDefault="00E4324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44"/>
      </w:tblGrid>
      <w:tr w:rsidR="002A2C79" w:rsidRPr="00DE6179" w14:paraId="388827E9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81C98D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1</w:t>
            </w:r>
          </w:p>
        </w:tc>
        <w:tc>
          <w:tcPr>
            <w:tcW w:w="9744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1DF68C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Unternehmensinformationen</w:t>
            </w:r>
          </w:p>
        </w:tc>
      </w:tr>
    </w:tbl>
    <w:p w14:paraId="5A6FE152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4"/>
        <w:gridCol w:w="5954"/>
      </w:tblGrid>
      <w:tr w:rsidR="002A2C79" w:rsidRPr="00DE6179" w14:paraId="515292B3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23F22A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Unternehmensname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B0DF3E6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50704E29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7D2B631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Rechtsform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A4557D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E36160" w14:paraId="5705EE85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F736C1C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Eingetragene Unternehmensanschrift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A07599F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sz w:val="15"/>
                <w:lang w:val="de-DE"/>
              </w:rPr>
              <w:t>«Straße und Hausnummer», «Stadt», «Bundesland», «PLZ»</w:t>
            </w:r>
          </w:p>
        </w:tc>
      </w:tr>
      <w:tr w:rsidR="002A2C79" w:rsidRPr="00E36160" w14:paraId="245DA245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9C4247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Anschrift des operativen Standorts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A76F18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sz w:val="15"/>
                <w:lang w:val="de-DE"/>
              </w:rPr>
              <w:t>«Straße und Hausnummer», «Stadt», « Bundesland », «PLZ»</w:t>
            </w:r>
          </w:p>
        </w:tc>
      </w:tr>
      <w:tr w:rsidR="002A2C79" w:rsidRPr="00DE6179" w14:paraId="45CF3FE4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726ED89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URL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736AA6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7BE36459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D2E2B9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Steuernummer / USt-</w:t>
            </w:r>
            <w:proofErr w:type="spellStart"/>
            <w:r w:rsidRPr="00DE6179">
              <w:rPr>
                <w:b/>
                <w:sz w:val="15"/>
                <w:lang w:val="de-DE"/>
              </w:rPr>
              <w:t>IdNr</w:t>
            </w:r>
            <w:proofErr w:type="spellEnd"/>
            <w:r w:rsidRPr="00DE6179">
              <w:rPr>
                <w:b/>
                <w:sz w:val="15"/>
                <w:lang w:val="de-DE"/>
              </w:rPr>
              <w:t>.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50A554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6BA0823A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D8DAC8E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Kontaktperson (Name, Vorname)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21B81A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64EB0EEB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7B0E189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Position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C8FEFE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5B340A57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A83380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E-Mail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7CC7F14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3C0AC6BB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7D90E8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Telefon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2D044C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2B76846F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76B5B9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Mobil (freiwillig)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926401D" w14:textId="77777777" w:rsidR="002A2C79" w:rsidRPr="00DE6179" w:rsidRDefault="002A2C79">
            <w:pPr>
              <w:rPr>
                <w:lang w:val="de-DE"/>
              </w:rPr>
            </w:pPr>
          </w:p>
        </w:tc>
      </w:tr>
    </w:tbl>
    <w:p w14:paraId="73ED454A" w14:textId="77777777" w:rsidR="00E4324C" w:rsidRDefault="00E4324C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44"/>
      </w:tblGrid>
      <w:tr w:rsidR="002A2C79" w:rsidRPr="00DE6179" w14:paraId="7D7CCED0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E2EE9E5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2</w:t>
            </w:r>
          </w:p>
        </w:tc>
        <w:tc>
          <w:tcPr>
            <w:tcW w:w="9744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8CFF87F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Verfügbare Zertifizierungen</w:t>
            </w:r>
          </w:p>
        </w:tc>
      </w:tr>
    </w:tbl>
    <w:p w14:paraId="381707FC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4"/>
        <w:gridCol w:w="3119"/>
        <w:gridCol w:w="2829"/>
      </w:tblGrid>
      <w:tr w:rsidR="002A2C79" w:rsidRPr="00DE6179" w14:paraId="54110FBF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69A234A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lang w:val="de-DE"/>
              </w:rPr>
              <w:t>Standard</w:t>
            </w:r>
          </w:p>
        </w:tc>
        <w:tc>
          <w:tcPr>
            <w:tcW w:w="311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48B86E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lang w:val="de-DE"/>
              </w:rPr>
              <w:t>Standard: Version</w:t>
            </w:r>
          </w:p>
        </w:tc>
        <w:tc>
          <w:tcPr>
            <w:tcW w:w="282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D83909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lang w:val="de-DE"/>
              </w:rPr>
              <w:t>Gültig bis</w:t>
            </w:r>
          </w:p>
        </w:tc>
      </w:tr>
      <w:tr w:rsidR="002A2C79" w:rsidRPr="00DE6179" w14:paraId="73621BD4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D95E76F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lang w:val="de-DE"/>
              </w:rPr>
              <w:t>Standard 1</w:t>
            </w:r>
          </w:p>
        </w:tc>
        <w:tc>
          <w:tcPr>
            <w:tcW w:w="311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DC4704" w14:textId="77777777" w:rsidR="002A2C79" w:rsidRPr="00DE6179" w:rsidRDefault="002A2C79">
            <w:pPr>
              <w:rPr>
                <w:lang w:val="de-DE"/>
              </w:rPr>
            </w:pPr>
          </w:p>
        </w:tc>
        <w:tc>
          <w:tcPr>
            <w:tcW w:w="282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9D5F6A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04D81075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5D2884F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lang w:val="de-DE"/>
              </w:rPr>
              <w:t>Standard 2</w:t>
            </w:r>
          </w:p>
        </w:tc>
        <w:tc>
          <w:tcPr>
            <w:tcW w:w="311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8C3EE94" w14:textId="77777777" w:rsidR="002A2C79" w:rsidRPr="00DE6179" w:rsidRDefault="002A2C79">
            <w:pPr>
              <w:rPr>
                <w:lang w:val="de-DE"/>
              </w:rPr>
            </w:pPr>
          </w:p>
        </w:tc>
        <w:tc>
          <w:tcPr>
            <w:tcW w:w="282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A4803B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153A171A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FFC14BE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lang w:val="de-DE"/>
              </w:rPr>
              <w:t>Standard 3</w:t>
            </w:r>
          </w:p>
        </w:tc>
        <w:tc>
          <w:tcPr>
            <w:tcW w:w="311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B4BEBA" w14:textId="77777777" w:rsidR="002A2C79" w:rsidRPr="00DE6179" w:rsidRDefault="002A2C79">
            <w:pPr>
              <w:rPr>
                <w:lang w:val="de-DE"/>
              </w:rPr>
            </w:pPr>
          </w:p>
        </w:tc>
        <w:tc>
          <w:tcPr>
            <w:tcW w:w="282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505A93C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69AFCD32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94EBAD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lang w:val="de-DE"/>
              </w:rPr>
              <w:t>Wechsel der Zertifizierungsstelle?</w:t>
            </w:r>
          </w:p>
        </w:tc>
        <w:tc>
          <w:tcPr>
            <w:tcW w:w="5948" w:type="dxa"/>
            <w:gridSpan w:val="2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2244A2" w14:textId="171A76DC" w:rsidR="002A2C79" w:rsidRPr="00DE6179" w:rsidRDefault="00994DB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35242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1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751B7" w:rsidRPr="00DE6179">
              <w:rPr>
                <w:lang w:val="de-DE"/>
              </w:rPr>
              <w:t xml:space="preserve"> Nein     </w:t>
            </w:r>
            <w:sdt>
              <w:sdtPr>
                <w:rPr>
                  <w:lang w:val="de-DE"/>
                </w:rPr>
                <w:id w:val="54110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1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751B7" w:rsidRPr="00DE6179">
              <w:rPr>
                <w:lang w:val="de-DE"/>
              </w:rPr>
              <w:t xml:space="preserve"> Ja, warum?</w:t>
            </w:r>
          </w:p>
        </w:tc>
      </w:tr>
    </w:tbl>
    <w:p w14:paraId="2F2F4B81" w14:textId="77777777" w:rsidR="00E4324C" w:rsidRDefault="00E4324C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44"/>
      </w:tblGrid>
      <w:tr w:rsidR="002A2C79" w:rsidRPr="00DE6179" w14:paraId="1740094E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76DBC8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3</w:t>
            </w:r>
          </w:p>
        </w:tc>
        <w:tc>
          <w:tcPr>
            <w:tcW w:w="9744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DA56C9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Tätigkeitsfelder / Geltungsbereich</w:t>
            </w:r>
          </w:p>
        </w:tc>
      </w:tr>
    </w:tbl>
    <w:p w14:paraId="0EB1B63A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53"/>
      </w:tblGrid>
      <w:tr w:rsidR="002A2C79" w:rsidRPr="00DE6179" w14:paraId="1D541BF6" w14:textId="77777777" w:rsidTr="00C70136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2A88E16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Organisationsart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5FB29E" w14:textId="5628891C" w:rsidR="002A2C79" w:rsidRPr="00DE6179" w:rsidRDefault="00994DB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27679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1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751B7" w:rsidRPr="00DE6179">
              <w:rPr>
                <w:lang w:val="de-DE"/>
              </w:rPr>
              <w:t xml:space="preserve"> </w:t>
            </w:r>
            <w:r w:rsidR="00A751B7" w:rsidRPr="00DE6179">
              <w:rPr>
                <w:sz w:val="15"/>
                <w:lang w:val="de-DE"/>
              </w:rPr>
              <w:t xml:space="preserve">Handel   </w:t>
            </w:r>
            <w:sdt>
              <w:sdtPr>
                <w:rPr>
                  <w:lang w:val="de-DE"/>
                </w:rPr>
                <w:id w:val="118547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1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751B7" w:rsidRPr="00DE6179">
              <w:rPr>
                <w:lang w:val="de-DE"/>
              </w:rPr>
              <w:t xml:space="preserve"> </w:t>
            </w:r>
            <w:r w:rsidR="00A751B7" w:rsidRPr="00DE6179">
              <w:rPr>
                <w:sz w:val="15"/>
                <w:lang w:val="de-DE"/>
              </w:rPr>
              <w:t xml:space="preserve">Dienstleistungserbringung   </w:t>
            </w:r>
            <w:sdt>
              <w:sdtPr>
                <w:rPr>
                  <w:lang w:val="de-DE"/>
                </w:rPr>
                <w:id w:val="836421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1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751B7" w:rsidRPr="00DE6179">
              <w:rPr>
                <w:lang w:val="de-DE"/>
              </w:rPr>
              <w:t xml:space="preserve"> </w:t>
            </w:r>
            <w:r w:rsidR="00A751B7" w:rsidRPr="00DE6179">
              <w:rPr>
                <w:sz w:val="15"/>
                <w:lang w:val="de-DE"/>
              </w:rPr>
              <w:t xml:space="preserve">Produktion   </w:t>
            </w:r>
            <w:sdt>
              <w:sdtPr>
                <w:rPr>
                  <w:lang w:val="de-DE"/>
                </w:rPr>
                <w:id w:val="-178264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1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751B7" w:rsidRPr="00DE6179">
              <w:rPr>
                <w:lang w:val="de-DE"/>
              </w:rPr>
              <w:t xml:space="preserve"> </w:t>
            </w:r>
            <w:r w:rsidR="00A751B7" w:rsidRPr="00DE6179">
              <w:rPr>
                <w:sz w:val="15"/>
                <w:lang w:val="de-DE"/>
              </w:rPr>
              <w:t>Behördlich</w:t>
            </w:r>
          </w:p>
        </w:tc>
      </w:tr>
      <w:tr w:rsidR="002A2C79" w:rsidRPr="00DE6179" w14:paraId="77E7E034" w14:textId="77777777" w:rsidTr="00C70136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C16790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Branche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AEC5D3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16BC1B36" w14:textId="77777777" w:rsidTr="00C70136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5911FB5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Produkte / Services (Gruppe / Kategorie 1)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B7A1D1F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392C6B98" w14:textId="77777777" w:rsidTr="00C70136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6C9E4A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Produkte / Services (Gruppe / Kategorie 2)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7015525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42BEE00F" w14:textId="77777777" w:rsidTr="00C70136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28896C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Produkte / Services (Gruppe / Kategorie 3)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62CE0F5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E36160" w14:paraId="0F528267" w14:textId="77777777" w:rsidTr="00C70136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A67D1C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Beabsichtigter Geltungsbereich (Prozesse, die im Geltungsbereich enthalten sein sollen)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1A76F6" w14:textId="77777777" w:rsidR="002A2C79" w:rsidRPr="00DE6179" w:rsidRDefault="002A2C79">
            <w:pPr>
              <w:rPr>
                <w:lang w:val="de-DE"/>
              </w:rPr>
            </w:pPr>
          </w:p>
        </w:tc>
      </w:tr>
    </w:tbl>
    <w:p w14:paraId="25870296" w14:textId="77777777" w:rsidR="00E4324C" w:rsidRPr="00DE6179" w:rsidRDefault="00E4324C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44"/>
      </w:tblGrid>
      <w:tr w:rsidR="002A2C79" w:rsidRPr="00DE6179" w14:paraId="163B0818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5501EF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4</w:t>
            </w:r>
          </w:p>
        </w:tc>
        <w:tc>
          <w:tcPr>
            <w:tcW w:w="9744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37EAE4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Operative Aspekte</w:t>
            </w:r>
          </w:p>
        </w:tc>
      </w:tr>
    </w:tbl>
    <w:p w14:paraId="71B23D55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53"/>
      </w:tblGrid>
      <w:tr w:rsidR="002A2C79" w:rsidRPr="00DE6179" w14:paraId="37038951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DE7E40F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Anzahl der Mitarbeiter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424E8CB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sz w:val="15"/>
                <w:lang w:val="de-DE"/>
              </w:rPr>
              <w:t>Gesamt: ____________________</w:t>
            </w:r>
            <w:r w:rsidRPr="00DE6179">
              <w:rPr>
                <w:sz w:val="15"/>
                <w:lang w:val="de-DE"/>
              </w:rPr>
              <w:br/>
              <w:t>Einschließlich Teilzeitkräfte: ____________________</w:t>
            </w:r>
          </w:p>
        </w:tc>
      </w:tr>
      <w:tr w:rsidR="002A2C79" w:rsidRPr="00DE6179" w14:paraId="2E8053F9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DB7AC8A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Andere Mitarbeiter, die einfache Tätigkeiten mit geringem Umwelteinfluss (z. B. Verpackung, Fließbandarbeit) ausführen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62E1E2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sz w:val="15"/>
                <w:lang w:val="de-DE"/>
              </w:rPr>
              <w:t>Anzahl: ____________________</w:t>
            </w:r>
            <w:r w:rsidRPr="00DE6179">
              <w:rPr>
                <w:sz w:val="15"/>
                <w:lang w:val="de-DE"/>
              </w:rPr>
              <w:br/>
              <w:t>Tätigkeit: __________________________________________</w:t>
            </w:r>
          </w:p>
        </w:tc>
      </w:tr>
      <w:tr w:rsidR="002A2C79" w:rsidRPr="00DE6179" w14:paraId="1D84F318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224C21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Standortgröße in qm (ca.)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CF4B35" w14:textId="77777777" w:rsidR="002A2C79" w:rsidRPr="00DE6179" w:rsidRDefault="002A2C79">
            <w:pPr>
              <w:rPr>
                <w:lang w:val="de-DE"/>
              </w:rPr>
            </w:pPr>
          </w:p>
        </w:tc>
      </w:tr>
    </w:tbl>
    <w:p w14:paraId="28A73A50" w14:textId="77777777" w:rsidR="00737135" w:rsidRDefault="00737135">
      <w:pPr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44"/>
      </w:tblGrid>
      <w:tr w:rsidR="002A2C79" w:rsidRPr="00DE6179" w14:paraId="5D1EEE15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343548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5</w:t>
            </w:r>
          </w:p>
        </w:tc>
        <w:tc>
          <w:tcPr>
            <w:tcW w:w="9744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ECFFD2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Risiken &amp; Chancen</w:t>
            </w:r>
          </w:p>
        </w:tc>
      </w:tr>
    </w:tbl>
    <w:p w14:paraId="06A090D2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53"/>
      </w:tblGrid>
      <w:tr w:rsidR="002A2C79" w:rsidRPr="00DE6179" w14:paraId="78CBA0F3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E07F0F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Umweltbezogene Risiken (Gefahrstoffe, Lärm, Emissionen, Abfälle, Wasser)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7775A2F" w14:textId="54EE2EFF" w:rsidR="002A2C79" w:rsidRPr="00DE6179" w:rsidRDefault="00994DB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30548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 xml:space="preserve">Nein   </w:t>
            </w:r>
            <w:sdt>
              <w:sdtPr>
                <w:rPr>
                  <w:lang w:val="de-DE"/>
                </w:rPr>
                <w:id w:val="-125118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>Ja, Bitte beschreiben: _______________________________________</w:t>
            </w:r>
          </w:p>
        </w:tc>
      </w:tr>
      <w:tr w:rsidR="00635B7D" w:rsidRPr="00DE6179" w14:paraId="54DDF957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EA8F5A" w14:textId="77777777" w:rsidR="00635B7D" w:rsidRPr="00DE6179" w:rsidRDefault="00635B7D" w:rsidP="00635B7D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Chancen zur Verbesserung (Ressourceneffizienz, Kreislaufwirtschaft, Energieeinsparungen)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F8A39F3" w14:textId="6B1D3058" w:rsidR="00635B7D" w:rsidRPr="00DE6179" w:rsidRDefault="00994DB8" w:rsidP="00635B7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93572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 xml:space="preserve">Nein   </w:t>
            </w:r>
            <w:sdt>
              <w:sdtPr>
                <w:rPr>
                  <w:lang w:val="de-DE"/>
                </w:rPr>
                <w:id w:val="-105146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>Ja, Bitte beschreiben: _______________________________________</w:t>
            </w:r>
          </w:p>
        </w:tc>
      </w:tr>
      <w:tr w:rsidR="00635B7D" w:rsidRPr="00DE6179" w14:paraId="2EC179CC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B3652E" w14:textId="77777777" w:rsidR="00635B7D" w:rsidRPr="00DE6179" w:rsidRDefault="00635B7D" w:rsidP="00635B7D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Notfallbereitschaft und Reaktionspläne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73D891A" w14:textId="1A832839" w:rsidR="00635B7D" w:rsidRPr="00DE6179" w:rsidRDefault="00994DB8" w:rsidP="00635B7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72112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 xml:space="preserve">Nein   </w:t>
            </w:r>
            <w:sdt>
              <w:sdtPr>
                <w:rPr>
                  <w:lang w:val="de-DE"/>
                </w:rPr>
                <w:id w:val="4672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>Ja, Bitte beschreiben: _______________________________________</w:t>
            </w:r>
          </w:p>
        </w:tc>
      </w:tr>
      <w:tr w:rsidR="00635B7D" w:rsidRPr="00DE6179" w14:paraId="15BCFCA4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6A484C" w14:textId="77777777" w:rsidR="00635B7D" w:rsidRPr="00DE6179" w:rsidRDefault="00635B7D" w:rsidP="00635B7D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Komplexität des Prozesssystems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64667F" w14:textId="5C8702E8" w:rsidR="00635B7D" w:rsidRPr="00DE6179" w:rsidRDefault="00994DB8" w:rsidP="00635B7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90665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 xml:space="preserve">Nein   </w:t>
            </w:r>
            <w:sdt>
              <w:sdtPr>
                <w:rPr>
                  <w:lang w:val="de-DE"/>
                </w:rPr>
                <w:id w:val="9784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>Ja, Bitte beschreiben: _______________________________________</w:t>
            </w:r>
          </w:p>
        </w:tc>
      </w:tr>
      <w:tr w:rsidR="00635B7D" w:rsidRPr="00DE6179" w14:paraId="0EC82DC1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E34E5A4" w14:textId="77777777" w:rsidR="00635B7D" w:rsidRPr="00DE6179" w:rsidRDefault="00635B7D" w:rsidP="00635B7D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Lieferkettenrisiken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5A71B0" w14:textId="7E3159D5" w:rsidR="00635B7D" w:rsidRPr="00DE6179" w:rsidRDefault="00994DB8" w:rsidP="00635B7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08499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 xml:space="preserve">Nein   </w:t>
            </w:r>
            <w:sdt>
              <w:sdtPr>
                <w:rPr>
                  <w:lang w:val="de-DE"/>
                </w:rPr>
                <w:id w:val="172294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>Ja, Bitte beschreiben: _______________________________________</w:t>
            </w:r>
          </w:p>
        </w:tc>
      </w:tr>
    </w:tbl>
    <w:p w14:paraId="308FFD29" w14:textId="0CE7FB28" w:rsidR="00737135" w:rsidRDefault="00737135">
      <w:pPr>
        <w:spacing w:after="40"/>
        <w:rPr>
          <w:lang w:val="de-DE"/>
        </w:rPr>
      </w:pPr>
    </w:p>
    <w:p w14:paraId="0DABA50F" w14:textId="77777777" w:rsidR="002A2C79" w:rsidRPr="00DE6179" w:rsidRDefault="002A2C79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44"/>
      </w:tblGrid>
      <w:tr w:rsidR="002A2C79" w:rsidRPr="00DE6179" w14:paraId="04D72AEC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EFE2A4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lastRenderedPageBreak/>
              <w:t>6</w:t>
            </w:r>
          </w:p>
        </w:tc>
        <w:tc>
          <w:tcPr>
            <w:tcW w:w="9744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3D671C3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Externe Dienstleistungen &amp; ausgelagerte Prozesse</w:t>
            </w:r>
          </w:p>
        </w:tc>
      </w:tr>
    </w:tbl>
    <w:p w14:paraId="4D96548F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35"/>
      </w:tblGrid>
      <w:tr w:rsidR="002A2C79" w:rsidRPr="00E36160" w14:paraId="23FEAF4F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36CDF7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Sind irgendwelche Prozesse ausgelagert und haben diese umweltrelevanten Auswirkungen?</w:t>
            </w:r>
            <w:r w:rsidRPr="00DE6179">
              <w:rPr>
                <w:b/>
                <w:sz w:val="14"/>
                <w:lang w:val="de-DE"/>
              </w:rPr>
              <w:br/>
              <w:t>(z. B. Entsorgung, Transport, Reinigung, Logistik, Produktionsteile)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88324E" w14:textId="6B827A95" w:rsidR="002A2C79" w:rsidRPr="00DE6179" w:rsidRDefault="00994DB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44943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C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BD4CB7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5"/>
                <w:lang w:val="de-DE"/>
              </w:rPr>
              <w:t xml:space="preserve">Nein   </w:t>
            </w:r>
            <w:sdt>
              <w:sdtPr>
                <w:rPr>
                  <w:lang w:val="de-DE"/>
                </w:rPr>
                <w:id w:val="-52170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C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BD4CB7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5"/>
                <w:lang w:val="de-DE"/>
              </w:rPr>
              <w:t>Ja</w:t>
            </w:r>
            <w:r w:rsidR="00BD4CB7" w:rsidRPr="00DE6179">
              <w:rPr>
                <w:sz w:val="14"/>
                <w:lang w:val="de-DE"/>
              </w:rPr>
              <w:t>, bitte angeben:</w:t>
            </w:r>
            <w:r w:rsidR="00BD4CB7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76489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4"/>
                <w:lang w:val="de-DE"/>
              </w:rPr>
              <w:t xml:space="preserve">Designentwicklung   </w:t>
            </w:r>
            <w:sdt>
              <w:sdtPr>
                <w:rPr>
                  <w:lang w:val="de-DE"/>
                </w:rPr>
                <w:id w:val="-85811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4"/>
                <w:lang w:val="de-DE"/>
              </w:rPr>
              <w:t xml:space="preserve">Produktion   </w:t>
            </w:r>
            <w:sdt>
              <w:sdtPr>
                <w:rPr>
                  <w:lang w:val="de-DE"/>
                </w:rPr>
                <w:id w:val="99761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4"/>
                <w:lang w:val="de-DE"/>
              </w:rPr>
              <w:t>Oberflächenbehandlung</w:t>
            </w:r>
            <w:r w:rsidR="00BD4CB7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116312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4"/>
                <w:lang w:val="de-DE"/>
              </w:rPr>
              <w:t xml:space="preserve">Qualitätskontrolle   </w:t>
            </w:r>
            <w:sdt>
              <w:sdtPr>
                <w:rPr>
                  <w:lang w:val="de-DE"/>
                </w:rPr>
                <w:id w:val="93401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4"/>
                <w:lang w:val="de-DE"/>
              </w:rPr>
              <w:t xml:space="preserve">Reinigung   </w:t>
            </w:r>
            <w:sdt>
              <w:sdtPr>
                <w:rPr>
                  <w:lang w:val="de-DE"/>
                </w:rPr>
                <w:id w:val="-21913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4"/>
                <w:lang w:val="de-DE"/>
              </w:rPr>
              <w:t xml:space="preserve">Verpackung   </w:t>
            </w:r>
            <w:sdt>
              <w:sdtPr>
                <w:rPr>
                  <w:lang w:val="de-DE"/>
                </w:rPr>
                <w:id w:val="-164666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4"/>
                <w:lang w:val="de-DE"/>
              </w:rPr>
              <w:t>Lager</w:t>
            </w:r>
            <w:r w:rsidR="00BD4CB7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210916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4"/>
                <w:lang w:val="de-DE"/>
              </w:rPr>
              <w:t xml:space="preserve">Transport   </w:t>
            </w:r>
            <w:sdt>
              <w:sdtPr>
                <w:rPr>
                  <w:lang w:val="de-DE"/>
                </w:rPr>
                <w:id w:val="131613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4"/>
                <w:lang w:val="de-DE"/>
              </w:rPr>
              <w:t>Andere, ......</w:t>
            </w:r>
          </w:p>
        </w:tc>
      </w:tr>
      <w:tr w:rsidR="002A2C79" w:rsidRPr="00E36160" w14:paraId="4DA08B4C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C981C6C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Wie wird die Kontrolle über diese Prozesse sichergestellt?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875A4F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4779D07E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0CD387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Werden gefährliche oder umweltkritische Prozesse extern durchgeführt?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1BB19E" w14:textId="2D62FEDA" w:rsidR="002A2C79" w:rsidRPr="00DE6179" w:rsidRDefault="00994DB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41220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C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BD4CB7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5"/>
                <w:lang w:val="de-DE"/>
              </w:rPr>
              <w:t xml:space="preserve">Nein   </w:t>
            </w:r>
            <w:sdt>
              <w:sdtPr>
                <w:rPr>
                  <w:lang w:val="de-DE"/>
                </w:rPr>
                <w:id w:val="-186751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C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BD4CB7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5"/>
                <w:lang w:val="de-DE"/>
              </w:rPr>
              <w:t>Ja</w:t>
            </w:r>
            <w:r w:rsidR="00BD4CB7" w:rsidRPr="00DE6179">
              <w:rPr>
                <w:sz w:val="14"/>
                <w:lang w:val="de-DE"/>
              </w:rPr>
              <w:t>, bitte beschreiben: _______________________________________</w:t>
            </w:r>
          </w:p>
        </w:tc>
      </w:tr>
      <w:tr w:rsidR="002A2C79" w:rsidRPr="00DE6179" w14:paraId="0EBD5EA8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40404D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Haben Dienstleister Zutritt zu Anlagen/Flächen?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6EF8B3C" w14:textId="09DAF829" w:rsidR="002A2C79" w:rsidRPr="00DE6179" w:rsidRDefault="00994DB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33191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C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BD4CB7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5"/>
                <w:lang w:val="de-DE"/>
              </w:rPr>
              <w:t xml:space="preserve">Nein   </w:t>
            </w:r>
            <w:sdt>
              <w:sdtPr>
                <w:rPr>
                  <w:lang w:val="de-DE"/>
                </w:rPr>
                <w:id w:val="80227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C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BD4CB7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5"/>
                <w:lang w:val="de-DE"/>
              </w:rPr>
              <w:t>Ja</w:t>
            </w:r>
            <w:r w:rsidR="00BD4CB7" w:rsidRPr="00DE6179">
              <w:rPr>
                <w:sz w:val="14"/>
                <w:lang w:val="de-DE"/>
              </w:rPr>
              <w:t>, bitte beschreiben: _______________________________________</w:t>
            </w:r>
          </w:p>
        </w:tc>
      </w:tr>
    </w:tbl>
    <w:p w14:paraId="4CBF4EE8" w14:textId="77777777" w:rsidR="00E4324C" w:rsidRPr="00DE6179" w:rsidRDefault="00E4324C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20"/>
      </w:tblGrid>
      <w:tr w:rsidR="002A2C79" w:rsidRPr="00DE6179" w14:paraId="09DDA342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7F2C28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7</w:t>
            </w:r>
          </w:p>
        </w:tc>
        <w:tc>
          <w:tcPr>
            <w:tcW w:w="9720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CDCA7A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Umweltrechtliche &amp; regulatorische Anforderungen</w:t>
            </w:r>
          </w:p>
        </w:tc>
      </w:tr>
    </w:tbl>
    <w:p w14:paraId="16CCD50D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35"/>
      </w:tblGrid>
      <w:tr w:rsidR="002A2C79" w:rsidRPr="00E36160" w14:paraId="054F75B7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B15FE6E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Welche rechtlichen Verpflichtungen gelten für das Unternehmen?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5CEB055" w14:textId="014B6C58" w:rsidR="002A2C79" w:rsidRPr="00DE6179" w:rsidRDefault="00994DB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36359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DE6179" w:rsidRPr="00DE6179">
              <w:rPr>
                <w:sz w:val="14"/>
                <w:lang w:val="de-DE"/>
              </w:rPr>
              <w:t xml:space="preserve">Umweltrecht   </w:t>
            </w:r>
            <w:sdt>
              <w:sdtPr>
                <w:rPr>
                  <w:lang w:val="de-DE"/>
                </w:rPr>
                <w:id w:val="-174996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DE6179" w:rsidRPr="00DE6179">
              <w:rPr>
                <w:sz w:val="14"/>
                <w:lang w:val="de-DE"/>
              </w:rPr>
              <w:t xml:space="preserve">Abfallrecht   </w:t>
            </w:r>
            <w:sdt>
              <w:sdtPr>
                <w:rPr>
                  <w:lang w:val="de-DE"/>
                </w:rPr>
                <w:id w:val="-84701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DE6179" w:rsidRPr="00DE6179">
              <w:rPr>
                <w:sz w:val="14"/>
                <w:lang w:val="de-DE"/>
              </w:rPr>
              <w:t>Wasserrecht</w:t>
            </w:r>
            <w:r w:rsidR="00DE6179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31870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DE6179" w:rsidRPr="00DE6179">
              <w:rPr>
                <w:sz w:val="14"/>
                <w:lang w:val="de-DE"/>
              </w:rPr>
              <w:t>Emissionsschutz / immissionsrechtliche Genehmigungen</w:t>
            </w:r>
            <w:r w:rsidR="00DE6179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-78495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DE6179" w:rsidRPr="00DE6179">
              <w:rPr>
                <w:sz w:val="14"/>
                <w:lang w:val="de-DE"/>
              </w:rPr>
              <w:t xml:space="preserve">Gefahrstoffverordnung   </w:t>
            </w:r>
            <w:sdt>
              <w:sdtPr>
                <w:rPr>
                  <w:lang w:val="de-DE"/>
                </w:rPr>
                <w:id w:val="-52061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DE6179" w:rsidRPr="00DE6179">
              <w:rPr>
                <w:sz w:val="14"/>
                <w:lang w:val="de-DE"/>
              </w:rPr>
              <w:t>Energie- und Klimavorgaben</w:t>
            </w:r>
          </w:p>
        </w:tc>
      </w:tr>
      <w:tr w:rsidR="002A2C79" w:rsidRPr="00DE6179" w14:paraId="4EF77F2A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4638FDF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Liegen Genehmigungen nach BImSchG o. ä. vor (falls zutreffend)?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A93462A" w14:textId="104E7BD3" w:rsidR="002A2C79" w:rsidRPr="00DE6179" w:rsidRDefault="00994DB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74445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DE6179" w:rsidRPr="00DE6179">
              <w:rPr>
                <w:sz w:val="14"/>
                <w:lang w:val="de-DE"/>
              </w:rPr>
              <w:t xml:space="preserve">Nein   </w:t>
            </w:r>
            <w:sdt>
              <w:sdtPr>
                <w:rPr>
                  <w:lang w:val="de-DE"/>
                </w:rPr>
                <w:id w:val="2260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DE6179" w:rsidRPr="00DE6179">
              <w:rPr>
                <w:sz w:val="14"/>
                <w:lang w:val="de-DE"/>
              </w:rPr>
              <w:t xml:space="preserve">Ja   </w:t>
            </w:r>
            <w:sdt>
              <w:sdtPr>
                <w:rPr>
                  <w:lang w:val="de-DE"/>
                </w:rPr>
                <w:id w:val="-171749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DE6179" w:rsidRPr="00DE6179">
              <w:rPr>
                <w:sz w:val="14"/>
                <w:lang w:val="de-DE"/>
              </w:rPr>
              <w:t xml:space="preserve">nichtzutreffend </w:t>
            </w:r>
          </w:p>
        </w:tc>
      </w:tr>
      <w:tr w:rsidR="0018552F" w:rsidRPr="00DE6179" w14:paraId="483E4D27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7D65A29" w14:textId="77777777" w:rsidR="0018552F" w:rsidRPr="00DE6179" w:rsidRDefault="0018552F" w:rsidP="0018552F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Bestehen behördliche Auflagen, Bescheide, Prüfberichte?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4D7996" w14:textId="400F6603" w:rsidR="0018552F" w:rsidRPr="00DE6179" w:rsidRDefault="00994DB8" w:rsidP="0018552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2231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 xml:space="preserve">Nein   </w:t>
            </w:r>
            <w:sdt>
              <w:sdtPr>
                <w:rPr>
                  <w:lang w:val="de-DE"/>
                </w:rPr>
                <w:id w:val="-71642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>Ja, bitte angeben: .............................................</w:t>
            </w:r>
          </w:p>
        </w:tc>
      </w:tr>
      <w:tr w:rsidR="0018552F" w:rsidRPr="00DE6179" w14:paraId="7DF20C99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22ACF5" w14:textId="77777777" w:rsidR="0018552F" w:rsidRPr="00DE6179" w:rsidRDefault="0018552F" w:rsidP="0018552F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Wird Ihr Umweltmanagementsystem extern (z. B. durch Behörden, Versicherer, Feuerwehr ...) überwacht/kontrolliert?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51FA09" w14:textId="033B7F87" w:rsidR="0018552F" w:rsidRPr="00DE6179" w:rsidRDefault="00994DB8" w:rsidP="0018552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64847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 xml:space="preserve">Nein   </w:t>
            </w:r>
            <w:sdt>
              <w:sdtPr>
                <w:rPr>
                  <w:lang w:val="de-DE"/>
                </w:rPr>
                <w:id w:val="103045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>Ja, bitte angeben: .............................................</w:t>
            </w:r>
          </w:p>
        </w:tc>
      </w:tr>
    </w:tbl>
    <w:p w14:paraId="49DA47E9" w14:textId="293E8A94" w:rsidR="002A2C79" w:rsidRPr="00DE6179" w:rsidRDefault="002A2C79">
      <w:pPr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20"/>
      </w:tblGrid>
      <w:tr w:rsidR="002A2C79" w:rsidRPr="00E36160" w14:paraId="17D9B33E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059913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8</w:t>
            </w:r>
          </w:p>
        </w:tc>
        <w:tc>
          <w:tcPr>
            <w:tcW w:w="9720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CE492B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Besonderheit und Entwicklungsstand des Managementsystems</w:t>
            </w:r>
          </w:p>
        </w:tc>
      </w:tr>
    </w:tbl>
    <w:p w14:paraId="15BE02FB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35"/>
      </w:tblGrid>
      <w:tr w:rsidR="002A2C79" w:rsidRPr="00E36160" w14:paraId="7CBEDF1F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85062A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Seit wann das Managementsystem betrieben?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B4A4ED3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4D414113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82ACBC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Wie weit ist die Dokumentation entwickelt?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298788" w14:textId="352E1497" w:rsidR="002A2C79" w:rsidRPr="00DE6179" w:rsidRDefault="00994DB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32775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 xml:space="preserve">Vollständig   </w:t>
            </w:r>
            <w:sdt>
              <w:sdtPr>
                <w:rPr>
                  <w:lang w:val="de-DE"/>
                </w:rPr>
                <w:id w:val="-163328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>Teilweise, was fehlt?.......</w:t>
            </w:r>
          </w:p>
        </w:tc>
      </w:tr>
      <w:tr w:rsidR="002A2C79" w:rsidRPr="00DE6179" w14:paraId="4DB034D7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B6A597B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Wurde ein internes Audit durchgeführt?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F7ACE3" w14:textId="181D3CED" w:rsidR="002A2C79" w:rsidRPr="00DE6179" w:rsidRDefault="00994DB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74178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 xml:space="preserve">Nein   </w:t>
            </w:r>
            <w:sdt>
              <w:sdtPr>
                <w:rPr>
                  <w:lang w:val="de-DE"/>
                </w:rPr>
                <w:id w:val="47641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>Ja, wann? ……..</w:t>
            </w:r>
          </w:p>
        </w:tc>
      </w:tr>
      <w:tr w:rsidR="0018552F" w:rsidRPr="00DE6179" w14:paraId="466949D1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BE7F4AB" w14:textId="77777777" w:rsidR="0018552F" w:rsidRPr="00DE6179" w:rsidRDefault="0018552F" w:rsidP="0018552F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Wurde eine Managementbewertung durchgeführt?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A238CA" w14:textId="48170F7E" w:rsidR="0018552F" w:rsidRPr="00DE6179" w:rsidRDefault="00994DB8" w:rsidP="0018552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27606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 xml:space="preserve">Nein   </w:t>
            </w:r>
            <w:sdt>
              <w:sdtPr>
                <w:rPr>
                  <w:lang w:val="de-DE"/>
                </w:rPr>
                <w:id w:val="58465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>Ja, wann? ……..</w:t>
            </w:r>
          </w:p>
        </w:tc>
      </w:tr>
      <w:tr w:rsidR="002A2C79" w:rsidRPr="00E36160" w14:paraId="3CB63CD6" w14:textId="77777777" w:rsidTr="00800605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041A5C0" w14:textId="77777777" w:rsidR="002A2C79" w:rsidRPr="00DE6179" w:rsidRDefault="003375EC" w:rsidP="00800605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Ist ein integriertes Managementsystem vorhanden (z. B. ISO 9001, ISO 45001)?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8093E4" w14:textId="079D1222" w:rsidR="002A2C79" w:rsidRPr="00DE6179" w:rsidRDefault="00994DB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55828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800605" w:rsidRPr="00DE6179">
              <w:rPr>
                <w:lang w:val="de-DE"/>
              </w:rPr>
              <w:t xml:space="preserve"> </w:t>
            </w:r>
            <w:r w:rsidR="00800605" w:rsidRPr="00DE6179">
              <w:rPr>
                <w:sz w:val="14"/>
                <w:lang w:val="de-DE"/>
              </w:rPr>
              <w:t xml:space="preserve">Nein   </w:t>
            </w:r>
            <w:sdt>
              <w:sdtPr>
                <w:rPr>
                  <w:lang w:val="de-DE"/>
                </w:rPr>
                <w:id w:val="169110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800605" w:rsidRPr="00DE6179">
              <w:rPr>
                <w:lang w:val="de-DE"/>
              </w:rPr>
              <w:t xml:space="preserve"> </w:t>
            </w:r>
            <w:r w:rsidR="00800605" w:rsidRPr="00DE6179">
              <w:rPr>
                <w:sz w:val="14"/>
                <w:lang w:val="de-DE"/>
              </w:rPr>
              <w:t>Ja, welche Normen:</w:t>
            </w:r>
            <w:r w:rsidR="00800605" w:rsidRPr="00DE6179">
              <w:rPr>
                <w:sz w:val="14"/>
                <w:lang w:val="de-DE"/>
              </w:rPr>
              <w:br/>
              <w:t>Je nach Integrationsgerad bitte wählen, welche der folgenden Kriterien erfüllt sind:</w:t>
            </w:r>
            <w:r w:rsidR="00800605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128283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800605" w:rsidRPr="00DE6179">
              <w:rPr>
                <w:lang w:val="de-DE"/>
              </w:rPr>
              <w:t xml:space="preserve"> </w:t>
            </w:r>
            <w:r w:rsidR="00800605" w:rsidRPr="00DE6179">
              <w:rPr>
                <w:sz w:val="14"/>
                <w:lang w:val="de-DE"/>
              </w:rPr>
              <w:t>Integrierte Managementbewertung</w:t>
            </w:r>
            <w:r w:rsidR="00800605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169426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800605" w:rsidRPr="00DE6179">
              <w:rPr>
                <w:lang w:val="de-DE"/>
              </w:rPr>
              <w:t xml:space="preserve"> </w:t>
            </w:r>
            <w:r w:rsidR="00800605" w:rsidRPr="00DE6179">
              <w:rPr>
                <w:sz w:val="14"/>
                <w:lang w:val="de-DE"/>
              </w:rPr>
              <w:t>Integraler Ansatz für interne Audits</w:t>
            </w:r>
            <w:r w:rsidR="00800605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36271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800605" w:rsidRPr="00DE6179">
              <w:rPr>
                <w:lang w:val="de-DE"/>
              </w:rPr>
              <w:t xml:space="preserve"> </w:t>
            </w:r>
            <w:r w:rsidR="00800605" w:rsidRPr="00DE6179">
              <w:rPr>
                <w:sz w:val="14"/>
                <w:lang w:val="de-DE"/>
              </w:rPr>
              <w:t>Integraler Ansatz für Richtlinien und Ziele</w:t>
            </w:r>
            <w:r w:rsidR="00800605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128954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800605" w:rsidRPr="00DE6179">
              <w:rPr>
                <w:lang w:val="de-DE"/>
              </w:rPr>
              <w:t xml:space="preserve"> </w:t>
            </w:r>
            <w:r w:rsidR="00800605" w:rsidRPr="00DE6179">
              <w:rPr>
                <w:sz w:val="14"/>
                <w:lang w:val="de-DE"/>
              </w:rPr>
              <w:t>Integraler Ansatz für die Systemprozesse</w:t>
            </w:r>
            <w:r w:rsidR="00800605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-82535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800605" w:rsidRPr="00DE6179">
              <w:rPr>
                <w:lang w:val="de-DE"/>
              </w:rPr>
              <w:t xml:space="preserve"> </w:t>
            </w:r>
            <w:r w:rsidR="00800605" w:rsidRPr="00DE6179">
              <w:rPr>
                <w:sz w:val="14"/>
                <w:lang w:val="de-DE"/>
              </w:rPr>
              <w:t>Höchstmögliche integrierte Systemdokumentation</w:t>
            </w:r>
            <w:r w:rsidR="00800605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-62122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800605" w:rsidRPr="00DE6179">
              <w:rPr>
                <w:lang w:val="de-DE"/>
              </w:rPr>
              <w:t xml:space="preserve"> </w:t>
            </w:r>
            <w:r w:rsidR="00800605" w:rsidRPr="00DE6179">
              <w:rPr>
                <w:sz w:val="14"/>
                <w:lang w:val="de-DE"/>
              </w:rPr>
              <w:t>Integraler Ansatz für Verbesserungen:</w:t>
            </w:r>
            <w:r w:rsidR="00800605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44574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800605" w:rsidRPr="00DE6179">
              <w:rPr>
                <w:lang w:val="de-DE"/>
              </w:rPr>
              <w:t xml:space="preserve"> </w:t>
            </w:r>
            <w:r w:rsidR="00800605" w:rsidRPr="00DE6179">
              <w:rPr>
                <w:sz w:val="14"/>
                <w:lang w:val="de-DE"/>
              </w:rPr>
              <w:t>Integraler Ansatz für die Planung, einschließlich Maßnahmen zum Risikomanagement</w:t>
            </w:r>
            <w:r w:rsidR="00800605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96562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800605" w:rsidRPr="00DE6179">
              <w:rPr>
                <w:lang w:val="de-DE"/>
              </w:rPr>
              <w:t xml:space="preserve"> </w:t>
            </w:r>
            <w:r w:rsidR="00800605" w:rsidRPr="00DE6179">
              <w:rPr>
                <w:sz w:val="14"/>
                <w:lang w:val="de-DE"/>
              </w:rPr>
              <w:t>Einheitlicher beruflicher Status (Systembeauftragter) und klare Verantwortlichkeiten</w:t>
            </w:r>
          </w:p>
        </w:tc>
      </w:tr>
      <w:tr w:rsidR="002A2C79" w:rsidRPr="00E36160" w14:paraId="4033EB6D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48C1A0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Wurde bei der Entwicklung und Implementierung des Managementsystems die Unterstützung eines externen Beraters in Anspruch genommen?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38DAF0" w14:textId="73EB7BCA" w:rsidR="002A2C79" w:rsidRPr="00DE6179" w:rsidRDefault="00994DB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48701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800605" w:rsidRPr="00DE6179">
              <w:rPr>
                <w:lang w:val="de-DE"/>
              </w:rPr>
              <w:t xml:space="preserve"> </w:t>
            </w:r>
            <w:r w:rsidR="00800605" w:rsidRPr="00DE6179">
              <w:rPr>
                <w:sz w:val="14"/>
                <w:lang w:val="de-DE"/>
              </w:rPr>
              <w:t>Nein</w:t>
            </w:r>
            <w:r w:rsidR="00800605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-187669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800605" w:rsidRPr="00DE6179">
              <w:rPr>
                <w:lang w:val="de-DE"/>
              </w:rPr>
              <w:t xml:space="preserve"> </w:t>
            </w:r>
            <w:r w:rsidR="00800605" w:rsidRPr="00DE6179">
              <w:rPr>
                <w:sz w:val="14"/>
                <w:lang w:val="de-DE"/>
              </w:rPr>
              <w:t>Ja, welcher Berater leistete die Unterstützung:…..</w:t>
            </w:r>
          </w:p>
        </w:tc>
      </w:tr>
    </w:tbl>
    <w:p w14:paraId="40341D0F" w14:textId="77777777" w:rsidR="00E4324C" w:rsidRPr="00DE6179" w:rsidRDefault="00E4324C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20"/>
      </w:tblGrid>
      <w:tr w:rsidR="002A2C79" w:rsidRPr="00E36160" w14:paraId="5C79972D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97BCCCF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9</w:t>
            </w:r>
          </w:p>
        </w:tc>
        <w:tc>
          <w:tcPr>
            <w:tcW w:w="9720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6D12DD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Umweltaspekte in der Lieferkette / Lebensweganalyse</w:t>
            </w:r>
          </w:p>
        </w:tc>
      </w:tr>
    </w:tbl>
    <w:p w14:paraId="3FA992F5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35"/>
      </w:tblGrid>
      <w:tr w:rsidR="002A2C79" w:rsidRPr="00E36160" w14:paraId="1D6ED183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7779346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Umweltbelastungen durch Beschaffung, Logistik, Transport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59CF33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E36160" w14:paraId="0344896D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685D57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Einfluss auf Lieferanten (Umweltanforderungen, Code of Conduct)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D1A8C6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4B5AD3B1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758D7BC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Lebenszyklusbetrachtungen (falls vorhanden)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594FE5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65DE95D9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77FC6C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Nachhaltigkeitsprogramme oder -bericht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41BB43E" w14:textId="77777777" w:rsidR="002A2C79" w:rsidRPr="00DE6179" w:rsidRDefault="002A2C79">
            <w:pPr>
              <w:rPr>
                <w:lang w:val="de-DE"/>
              </w:rPr>
            </w:pPr>
          </w:p>
        </w:tc>
      </w:tr>
    </w:tbl>
    <w:p w14:paraId="27279241" w14:textId="77777777" w:rsidR="002A2C79" w:rsidRDefault="002A2C79">
      <w:pPr>
        <w:spacing w:after="40"/>
        <w:rPr>
          <w:lang w:val="de-DE"/>
        </w:rPr>
      </w:pPr>
    </w:p>
    <w:p w14:paraId="339D970C" w14:textId="77777777" w:rsidR="00E4324C" w:rsidRPr="00DE6179" w:rsidRDefault="00E4324C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20"/>
      </w:tblGrid>
      <w:tr w:rsidR="002A2C79" w:rsidRPr="00DE6179" w14:paraId="7262CC3E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229B16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10</w:t>
            </w:r>
          </w:p>
        </w:tc>
        <w:tc>
          <w:tcPr>
            <w:tcW w:w="9720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A45BCE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Umweltleistung &amp; Monitoring</w:t>
            </w:r>
          </w:p>
        </w:tc>
      </w:tr>
    </w:tbl>
    <w:p w14:paraId="534261A1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35"/>
      </w:tblGrid>
      <w:tr w:rsidR="002A2C79" w:rsidRPr="00E36160" w14:paraId="4809A956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A8481D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Gibt es Messungen oder regelmäßiges Monitoring?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E34638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6E4B68CF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B21DA9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Abfallmengen, Energiedaten, Emissionsdaten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D28B8EF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340462D6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E00D20C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Umweltziele und Programme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086F225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E36160" w14:paraId="4D58CCEE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508D13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lastRenderedPageBreak/>
              <w:t>Maßnahmen zur Verbesserung der Umweltleistung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40E9DE" w14:textId="77777777" w:rsidR="002A2C79" w:rsidRPr="00DE6179" w:rsidRDefault="002A2C79">
            <w:pPr>
              <w:rPr>
                <w:lang w:val="de-DE"/>
              </w:rPr>
            </w:pPr>
          </w:p>
        </w:tc>
      </w:tr>
    </w:tbl>
    <w:p w14:paraId="28EA8A46" w14:textId="77777777" w:rsidR="00737135" w:rsidRDefault="00737135">
      <w:pPr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20"/>
      </w:tblGrid>
      <w:tr w:rsidR="002A2C79" w:rsidRPr="00DE6179" w14:paraId="25BD333E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C4713E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11</w:t>
            </w:r>
          </w:p>
        </w:tc>
        <w:tc>
          <w:tcPr>
            <w:tcW w:w="9720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392E97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Standortspezifische Besonderheiten</w:t>
            </w:r>
          </w:p>
        </w:tc>
      </w:tr>
    </w:tbl>
    <w:p w14:paraId="6663A9F0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2"/>
        <w:gridCol w:w="1944"/>
        <w:gridCol w:w="2015"/>
        <w:gridCol w:w="1972"/>
      </w:tblGrid>
      <w:tr w:rsidR="002A2C79" w:rsidRPr="00DE6179" w14:paraId="0EFD4891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87B42EB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Unternehmensname (Zentrale)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BC2E5F8" w14:textId="77777777" w:rsidR="002A2C79" w:rsidRPr="00DE6179" w:rsidRDefault="002A2C79" w:rsidP="00E4324C">
            <w:pPr>
              <w:rPr>
                <w:lang w:val="de-DE"/>
              </w:rPr>
            </w:pPr>
          </w:p>
        </w:tc>
      </w:tr>
      <w:tr w:rsidR="002A2C79" w:rsidRPr="00E36160" w14:paraId="27911165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5D5A49D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Anschrift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018EEE2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«Straße und Hausnummer», «Stadt», «Bundesland», «PLZ»</w:t>
            </w:r>
          </w:p>
        </w:tc>
      </w:tr>
      <w:tr w:rsidR="002A2C79" w:rsidRPr="00DE6179" w14:paraId="48F70C0E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3551980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Standorttätigkeiten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2BFF3C0" w14:textId="6916BF93" w:rsidR="002A2C79" w:rsidRPr="00DE6179" w:rsidRDefault="00994DB8" w:rsidP="00E4324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210394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sz w:val="14"/>
                <w:lang w:val="de-DE"/>
              </w:rPr>
              <w:t xml:space="preserve"> Bürotätigkeit   </w:t>
            </w:r>
            <w:sdt>
              <w:sdtPr>
                <w:rPr>
                  <w:lang w:val="de-DE"/>
                </w:rPr>
                <w:id w:val="57694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 xml:space="preserve">Entwicklung   </w:t>
            </w:r>
            <w:sdt>
              <w:sdtPr>
                <w:rPr>
                  <w:lang w:val="de-DE"/>
                </w:rPr>
                <w:id w:val="118517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>Mechanische Produktion</w:t>
            </w:r>
            <w:r w:rsidR="00AB72AE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90056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 xml:space="preserve">Chemische Produktion   </w:t>
            </w:r>
            <w:sdt>
              <w:sdtPr>
                <w:rPr>
                  <w:lang w:val="de-DE"/>
                </w:rPr>
                <w:id w:val="153369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>Andere Produktionsprozesse (bitte angeben: .......................)</w:t>
            </w:r>
            <w:r w:rsidR="00AB72AE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-104035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 xml:space="preserve">Transport   </w:t>
            </w:r>
            <w:sdt>
              <w:sdtPr>
                <w:rPr>
                  <w:lang w:val="de-DE"/>
                </w:rPr>
                <w:id w:val="16513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 xml:space="preserve">Lager ohne Gefahrstoffe   </w:t>
            </w:r>
            <w:sdt>
              <w:sdtPr>
                <w:rPr>
                  <w:lang w:val="de-DE"/>
                </w:rPr>
                <w:id w:val="-97497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 xml:space="preserve">Lager mit Gefahrstoffen   </w:t>
            </w:r>
            <w:sdt>
              <w:sdtPr>
                <w:rPr>
                  <w:lang w:val="de-DE"/>
                </w:rPr>
                <w:id w:val="-133737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>Sonstiges:</w:t>
            </w:r>
          </w:p>
        </w:tc>
      </w:tr>
      <w:tr w:rsidR="002A2C79" w:rsidRPr="00DE6179" w14:paraId="7918565D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89656DE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Anzahl der Mitarbeiter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A8F5E10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Gesamt: ____________________     Einschließlich Teilzeitkräfte: ____________________</w:t>
            </w:r>
          </w:p>
        </w:tc>
      </w:tr>
      <w:tr w:rsidR="002A2C79" w:rsidRPr="00DE6179" w14:paraId="3EEC863D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5B623B9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Andere Mitarbeiter, die einfache Tätigkeiten mit geringem Umwelteinfluss (z. B. Verpackung, Fließbandarbeit) ausführen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7854674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Anzahl: ____________________    Tätigkeit: __________________________________________</w:t>
            </w:r>
          </w:p>
        </w:tc>
      </w:tr>
      <w:tr w:rsidR="002A2C79" w:rsidRPr="00DE6179" w14:paraId="2E4834C9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2E6B18C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Nutzung mobiler oder temporärer Arbeitsplätze?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736041A" w14:textId="74472FDE" w:rsidR="002A2C79" w:rsidRPr="00DE6179" w:rsidRDefault="00994DB8" w:rsidP="00E4324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28843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 xml:space="preserve">Ja        </w:t>
            </w:r>
            <w:sdt>
              <w:sdtPr>
                <w:rPr>
                  <w:lang w:val="de-DE"/>
                </w:rPr>
                <w:id w:val="119704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>Nein</w:t>
            </w:r>
          </w:p>
        </w:tc>
      </w:tr>
      <w:tr w:rsidR="002A2C79" w:rsidRPr="00DE6179" w14:paraId="18C88815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31DC69B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Arbeitsschichten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858FC01" w14:textId="1187A17D" w:rsidR="002A2C79" w:rsidRPr="00DE6179" w:rsidRDefault="00994DB8" w:rsidP="00E4324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202631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 xml:space="preserve">Früh        </w:t>
            </w:r>
            <w:sdt>
              <w:sdtPr>
                <w:rPr>
                  <w:lang w:val="de-DE"/>
                </w:rPr>
                <w:id w:val="-82758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 xml:space="preserve">Tag        </w:t>
            </w:r>
            <w:sdt>
              <w:sdtPr>
                <w:rPr>
                  <w:lang w:val="de-DE"/>
                </w:rPr>
                <w:id w:val="340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 xml:space="preserve">Spät        </w:t>
            </w:r>
            <w:sdt>
              <w:sdtPr>
                <w:rPr>
                  <w:lang w:val="de-DE"/>
                </w:rPr>
                <w:id w:val="-131864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>Nacht</w:t>
            </w:r>
          </w:p>
        </w:tc>
      </w:tr>
      <w:tr w:rsidR="002A2C79" w:rsidRPr="00DE6179" w14:paraId="075B914B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0195FAC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Gemeinsame (Standort übergreifende) Funktionen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87845B7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Ja, nur für diesen Standort</w:t>
            </w:r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9175D77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Ja, auch für andere Standorte</w:t>
            </w:r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0696BDC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Nein</w:t>
            </w:r>
          </w:p>
        </w:tc>
      </w:tr>
      <w:tr w:rsidR="002A2C79" w:rsidRPr="00DE6179" w14:paraId="62D208D3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EE1B0D4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Richtlinie, Ziele, Managementbewertung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34992E7" w14:textId="3D5DFA72" w:rsidR="002A2C79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32778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8957240" w14:textId="6B517EA5" w:rsidR="002A2C79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5846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84CBBEB" w14:textId="7B4E68C9" w:rsidR="002A2C79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0474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7291DD3C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EA97A6B" w14:textId="77777777" w:rsidR="00AB72AE" w:rsidRPr="00DE6179" w:rsidRDefault="00AB72AE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Design- und Entwicklungstätigkeiten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6CA26B3" w14:textId="6C33E7E2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82650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43B73FA" w14:textId="42035D28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71678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7DCF437" w14:textId="6FD4F0BE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207781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1B06C644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0E13F5B" w14:textId="77777777" w:rsidR="00AB72AE" w:rsidRPr="00DE6179" w:rsidRDefault="00AB72AE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Einkauf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C4869F0" w14:textId="2689B4C3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68540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114FAE6" w14:textId="3E05B014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70601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CEA13CF" w14:textId="3DCB1E96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633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5A0F6CFB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DF0DEEA" w14:textId="77777777" w:rsidR="00AB72AE" w:rsidRPr="00DE6179" w:rsidRDefault="00AB72AE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Personalmanagement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CA4AA66" w14:textId="3B8CAD4F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52321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429DA67" w14:textId="6693BB38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816948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4AC88F8" w14:textId="33889807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203776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11F00E09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CD4BFB0" w14:textId="77777777" w:rsidR="00AB72AE" w:rsidRPr="00DE6179" w:rsidRDefault="00AB72AE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Dokumentenlenkung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8CA88FF" w14:textId="1724F20B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71200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CF6721A" w14:textId="3568D7F3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58372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5845CFD" w14:textId="42060252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36356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4C878DDB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157249E" w14:textId="77777777" w:rsidR="00AB72AE" w:rsidRPr="00DE6179" w:rsidRDefault="00AB72AE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Überprüfung der Einhaltung gesetzlicher Vorschriften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724A7D3" w14:textId="67E4C687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47915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4472F1A" w14:textId="2E3EAA41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66289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9E6F667" w14:textId="4211DEEC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80088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6737ABD2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759EC7E" w14:textId="77777777" w:rsidR="00AB72AE" w:rsidRPr="00DE6179" w:rsidRDefault="00AB72AE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Vertrieb / Kundenservice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FD260C3" w14:textId="4599D262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42363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4D6DB26" w14:textId="1AB9778A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56040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1A2377E" w14:textId="7898B12B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01580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183BADD4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DC78954" w14:textId="77777777" w:rsidR="00AB72AE" w:rsidRPr="00DE6179" w:rsidRDefault="00AB72AE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Instandhaltung und Facility Management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AEC46E3" w14:textId="7F598BE3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65444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5685777" w14:textId="4ABC3E2E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2125297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EF06ABC" w14:textId="257DFD95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86658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3D6BD616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488577C" w14:textId="77777777" w:rsidR="00AB72AE" w:rsidRPr="00DE6179" w:rsidRDefault="00AB72AE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Logistische Unterstützung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D91161A" w14:textId="375C59BC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34838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209A610" w14:textId="776E5C6C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89725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7345348" w14:textId="304253F4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52860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698D1B83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D00EE2B" w14:textId="77777777" w:rsidR="00AB72AE" w:rsidRPr="00DE6179" w:rsidRDefault="00AB72AE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Planung und Durchführung interner Audits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7BDE234" w14:textId="0DAFAD9F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734208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A9BC506" w14:textId="0229F8C7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707253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4E252BE" w14:textId="515F2164" w:rsidR="00AB72AE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7409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2A2C79" w:rsidRPr="00DE6179" w14:paraId="0F44D045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5655E48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Standortspezifische Prozesse/Aktivitäten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CDEED5C" w14:textId="77777777" w:rsidR="002A2C79" w:rsidRPr="00DE6179" w:rsidRDefault="002A2C79" w:rsidP="00E4324C">
            <w:pPr>
              <w:rPr>
                <w:lang w:val="de-DE"/>
              </w:rPr>
            </w:pPr>
          </w:p>
        </w:tc>
      </w:tr>
    </w:tbl>
    <w:p w14:paraId="5DF6A5A1" w14:textId="77777777" w:rsidR="002A2C79" w:rsidRPr="00DE6179" w:rsidRDefault="003375EC">
      <w:pPr>
        <w:rPr>
          <w:lang w:val="de-DE"/>
        </w:rPr>
      </w:pPr>
      <w:r w:rsidRPr="00DE6179">
        <w:rPr>
          <w:color w:val="6C7A89"/>
          <w:sz w:val="14"/>
          <w:lang w:val="de-DE"/>
        </w:rPr>
        <w:t>Bitte kopieren Sie die Tabelle und verwenden Sie die entsprechende Anzahl (wie die Anzahl der Standorte).</w:t>
      </w:r>
    </w:p>
    <w:p w14:paraId="18C5F2C7" w14:textId="77777777" w:rsidR="00737135" w:rsidRDefault="00737135">
      <w:pPr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2"/>
        <w:gridCol w:w="1944"/>
        <w:gridCol w:w="2015"/>
        <w:gridCol w:w="1972"/>
      </w:tblGrid>
      <w:tr w:rsidR="002A2C79" w:rsidRPr="00DE6179" w14:paraId="02B2E9CB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1F6BAD3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Standort 1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16A3654" w14:textId="77777777" w:rsidR="002A2C79" w:rsidRPr="00DE6179" w:rsidRDefault="002A2C79" w:rsidP="00E4324C">
            <w:pPr>
              <w:rPr>
                <w:lang w:val="de-DE"/>
              </w:rPr>
            </w:pPr>
          </w:p>
        </w:tc>
      </w:tr>
      <w:tr w:rsidR="002A2C79" w:rsidRPr="00E36160" w14:paraId="166BCF6F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4BFC9D8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Anschrift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CAF26AE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«Straße und Hausnummer», «Stadt», «Bundesland», «PLZ»</w:t>
            </w:r>
          </w:p>
        </w:tc>
      </w:tr>
      <w:tr w:rsidR="002A2C79" w:rsidRPr="00DE6179" w14:paraId="277CABE6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101904B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Standorttätigkeiten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4096536" w14:textId="38B0495C" w:rsidR="002A2C79" w:rsidRPr="00DE6179" w:rsidRDefault="00994DB8" w:rsidP="00E4324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03006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Bürotätigkeit   </w:t>
            </w:r>
            <w:sdt>
              <w:sdtPr>
                <w:rPr>
                  <w:lang w:val="de-DE"/>
                </w:rPr>
                <w:id w:val="83758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Entwicklung   </w:t>
            </w:r>
            <w:sdt>
              <w:sdtPr>
                <w:rPr>
                  <w:lang w:val="de-DE"/>
                </w:rPr>
                <w:id w:val="80389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Mechanische Produktion</w:t>
            </w:r>
            <w:r w:rsidR="000729A7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1339653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Chemische Produktion   </w:t>
            </w:r>
            <w:sdt>
              <w:sdtPr>
                <w:rPr>
                  <w:lang w:val="de-DE"/>
                </w:rPr>
                <w:id w:val="66535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Andere Produktionsprozesse (bitte angeben: .......................)</w:t>
            </w:r>
            <w:r w:rsidR="000729A7" w:rsidRPr="00DE6179">
              <w:rPr>
                <w:sz w:val="14"/>
                <w:lang w:val="de-DE"/>
              </w:rPr>
              <w:br/>
            </w:r>
            <w:sdt>
              <w:sdtPr>
                <w:rPr>
                  <w:lang w:val="de-DE"/>
                </w:rPr>
                <w:id w:val="-166314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Transport   </w:t>
            </w:r>
            <w:sdt>
              <w:sdtPr>
                <w:rPr>
                  <w:lang w:val="de-DE"/>
                </w:rPr>
                <w:id w:val="-14428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Lager ohne Gefahrstoffe   </w:t>
            </w:r>
            <w:sdt>
              <w:sdtPr>
                <w:rPr>
                  <w:lang w:val="de-DE"/>
                </w:rPr>
                <w:id w:val="-48354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Lager mit Gefahrstoffen   </w:t>
            </w:r>
            <w:sdt>
              <w:sdtPr>
                <w:rPr>
                  <w:lang w:val="de-DE"/>
                </w:rPr>
                <w:id w:val="3178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Sonstiges:</w:t>
            </w:r>
          </w:p>
        </w:tc>
      </w:tr>
      <w:tr w:rsidR="002A2C79" w:rsidRPr="00DE6179" w14:paraId="6ACCB352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4DB63F4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Anzahl der Mitarbeiter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F9679D5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Gesamt: ____________________     Einschließlich Teilzeitkräfte: ____________________</w:t>
            </w:r>
          </w:p>
        </w:tc>
      </w:tr>
      <w:tr w:rsidR="002A2C79" w:rsidRPr="00DE6179" w14:paraId="4A698BC8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A0853EA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Andere Mitarbeiter, die einfache Tätigkeiten mit geringem Umwelteinfluss (z. B. Verpackung, Fließbandarbeit) ausführen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C880D0D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Anzahl: ____________________    Tätigkeit: __________________________________________</w:t>
            </w:r>
          </w:p>
        </w:tc>
      </w:tr>
      <w:tr w:rsidR="002A2C79" w:rsidRPr="00DE6179" w14:paraId="2203583F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E244C40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Nutzung mobiler oder temporärer Arbeitsplätze?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18E0FDC" w14:textId="60E11F95" w:rsidR="002A2C79" w:rsidRPr="00DE6179" w:rsidRDefault="00994DB8" w:rsidP="00E4324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21219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Ja        </w:t>
            </w:r>
            <w:sdt>
              <w:sdtPr>
                <w:rPr>
                  <w:lang w:val="de-DE"/>
                </w:rPr>
                <w:id w:val="-177000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Nein</w:t>
            </w:r>
          </w:p>
        </w:tc>
      </w:tr>
      <w:tr w:rsidR="002A2C79" w:rsidRPr="00DE6179" w14:paraId="38306034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55D1CE2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Arbeitsschichten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02A0C8E" w14:textId="5F51309D" w:rsidR="002A2C79" w:rsidRPr="00DE6179" w:rsidRDefault="00994DB8" w:rsidP="00E4324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06906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Früh        </w:t>
            </w:r>
            <w:sdt>
              <w:sdtPr>
                <w:rPr>
                  <w:lang w:val="de-DE"/>
                </w:rPr>
                <w:id w:val="-77741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Tag        </w:t>
            </w:r>
            <w:sdt>
              <w:sdtPr>
                <w:rPr>
                  <w:lang w:val="de-DE"/>
                </w:rPr>
                <w:id w:val="122325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Spät        </w:t>
            </w:r>
            <w:sdt>
              <w:sdtPr>
                <w:rPr>
                  <w:lang w:val="de-DE"/>
                </w:rPr>
                <w:id w:val="17677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Nacht</w:t>
            </w:r>
          </w:p>
        </w:tc>
      </w:tr>
      <w:tr w:rsidR="002A2C79" w:rsidRPr="00DE6179" w14:paraId="1FADF126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2E782B5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Gemeinsame (Standort übergreifende) Funktionen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68E2F18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Ja, nur für diesen Standort</w:t>
            </w:r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7B1A7A6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Ja, auch für andere Standorte</w:t>
            </w:r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57975EE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Nein</w:t>
            </w:r>
          </w:p>
        </w:tc>
      </w:tr>
      <w:tr w:rsidR="000729A7" w:rsidRPr="00DE6179" w14:paraId="113D1B9C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F08EF6E" w14:textId="77777777" w:rsidR="000729A7" w:rsidRPr="00DE6179" w:rsidRDefault="000729A7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Richtlinie, Ziele, Managementbewertung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4D64ABE" w14:textId="76B6E16C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50448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BFE378F" w14:textId="3A1E64E7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36596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2A64F4E" w14:textId="3624333E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55681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08E1F779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058F2F4" w14:textId="77777777" w:rsidR="000729A7" w:rsidRPr="00DE6179" w:rsidRDefault="000729A7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Design- und Entwicklungstätigkeiten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F6D7F31" w14:textId="2776351A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0986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6B53AB7" w14:textId="0AC52EDF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85406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19A55FF" w14:textId="74164C82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57762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3EBF0377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FDF9CA5" w14:textId="77777777" w:rsidR="000729A7" w:rsidRPr="00DE6179" w:rsidRDefault="000729A7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Einkauf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0894EEB" w14:textId="7D226D79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80343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EA55334" w14:textId="1F54144A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67068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775D6D2" w14:textId="16882BE1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78577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5001F484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0F4C984" w14:textId="77777777" w:rsidR="000729A7" w:rsidRPr="00DE6179" w:rsidRDefault="000729A7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Personalmanagement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9E3AC44" w14:textId="5DD7DD29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572549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E5461F9" w14:textId="2ECF88B4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79818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63F9348" w14:textId="02BB739C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61065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3E15690A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60E511A" w14:textId="77777777" w:rsidR="000729A7" w:rsidRPr="00DE6179" w:rsidRDefault="000729A7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Dokumentenlenkung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E4A5AE4" w14:textId="377DD7A4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31283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58DADD4" w14:textId="1A112E3F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87932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7525F0E" w14:textId="2F7E532E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76465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49353982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66B6D03" w14:textId="77777777" w:rsidR="000729A7" w:rsidRPr="00DE6179" w:rsidRDefault="000729A7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Überprüfung der Einhaltung gesetzlicher Vorschriften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241F7C2" w14:textId="5EA4F793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40953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7CACE5A" w14:textId="09A96633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26088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A5B3CB7" w14:textId="5380B56A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757084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4B98D2FD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9EC01D3" w14:textId="77777777" w:rsidR="000729A7" w:rsidRPr="00DE6179" w:rsidRDefault="000729A7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Vertrieb / Kundenservice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E0ECE14" w14:textId="161C39A9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17912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904813F" w14:textId="40E92F2D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37499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CDF3FA0" w14:textId="746B718B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37604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5F03520D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0E3031C" w14:textId="77777777" w:rsidR="000729A7" w:rsidRPr="00DE6179" w:rsidRDefault="000729A7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Instandhaltung und Facility Management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FFB22C9" w14:textId="23276ADB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20021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0725C26" w14:textId="389D349A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270979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E46038E" w14:textId="114A47C6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89146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771B7749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D6F931E" w14:textId="77777777" w:rsidR="000729A7" w:rsidRPr="00DE6179" w:rsidRDefault="000729A7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Logistische Unterstützung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C6BA9EF" w14:textId="03D682A4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23265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9630CF8" w14:textId="54047823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135252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7F54316" w14:textId="2E0BAD03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69113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3FF80503" w14:textId="77777777" w:rsidTr="00F2548B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3BC129E" w14:textId="77777777" w:rsidR="000729A7" w:rsidRPr="00DE6179" w:rsidRDefault="000729A7" w:rsidP="00E4324C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lastRenderedPageBreak/>
              <w:t>Planung und Durchführung interner Audits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1233535" w14:textId="506C3B09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213127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EBCE4D5" w14:textId="05F51664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01056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FA38A27" w14:textId="08C1D4AF" w:rsidR="000729A7" w:rsidRPr="00DE6179" w:rsidRDefault="00994DB8" w:rsidP="00F2548B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84221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2A2C79" w:rsidRPr="00DE6179" w14:paraId="64873E23" w14:textId="77777777" w:rsidTr="00E4324C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8E50DE5" w14:textId="77777777" w:rsidR="002A2C79" w:rsidRPr="00DE6179" w:rsidRDefault="003375EC" w:rsidP="00E4324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Standortspezifische Prozesse/Aktivitäten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652E0CE" w14:textId="77777777" w:rsidR="002A2C79" w:rsidRPr="00DE6179" w:rsidRDefault="002A2C79" w:rsidP="00E4324C">
            <w:pPr>
              <w:rPr>
                <w:lang w:val="de-DE"/>
              </w:rPr>
            </w:pPr>
          </w:p>
        </w:tc>
      </w:tr>
    </w:tbl>
    <w:p w14:paraId="20F71918" w14:textId="77777777" w:rsidR="00E4324C" w:rsidRPr="00DE6179" w:rsidRDefault="00E4324C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20"/>
      </w:tblGrid>
      <w:tr w:rsidR="002A2C79" w:rsidRPr="00DE6179" w14:paraId="271E03A3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CBB56E9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12</w:t>
            </w:r>
          </w:p>
        </w:tc>
        <w:tc>
          <w:tcPr>
            <w:tcW w:w="9720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01EE41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Sprache / Besondere Anforderungen</w:t>
            </w:r>
          </w:p>
        </w:tc>
      </w:tr>
    </w:tbl>
    <w:p w14:paraId="457E5DC1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35"/>
      </w:tblGrid>
      <w:tr w:rsidR="002A2C79" w:rsidRPr="00DE6179" w14:paraId="0B78C111" w14:textId="77777777" w:rsidTr="000729A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DF9147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In welcher Sprache soll das Audit durchgeführt werden?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D5144D" w14:textId="2EE4AD8B" w:rsidR="002A2C79" w:rsidRPr="00DE6179" w:rsidRDefault="00994DB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741298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Deutsch      </w:t>
            </w:r>
            <w:sdt>
              <w:sdtPr>
                <w:rPr>
                  <w:lang w:val="de-DE"/>
                </w:rPr>
                <w:id w:val="-29398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Englisch      </w:t>
            </w:r>
            <w:sdt>
              <w:sdtPr>
                <w:rPr>
                  <w:lang w:val="de-DE"/>
                </w:rPr>
                <w:id w:val="185475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Andere:</w:t>
            </w:r>
          </w:p>
        </w:tc>
      </w:tr>
      <w:tr w:rsidR="002A2C79" w:rsidRPr="00DE6179" w14:paraId="3A8896FF" w14:textId="77777777" w:rsidTr="000729A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935CA7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Gibt es Bereiche oder Dokumente, die für den Geltungsbereich der Zertifizierung relevant sind, jedoch aus Vertraulichkeitsgründen von den Auditoren nicht betreten bzw. eingesehen werden dürfen?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564457" w14:textId="6DFB3F49" w:rsidR="002A2C79" w:rsidRPr="00DE6179" w:rsidRDefault="00994DB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52521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Nein   </w:t>
            </w:r>
            <w:sdt>
              <w:sdtPr>
                <w:rPr>
                  <w:lang w:val="de-DE"/>
                </w:rPr>
                <w:id w:val="-165059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Ja, bitte angeben:</w:t>
            </w:r>
          </w:p>
        </w:tc>
      </w:tr>
      <w:tr w:rsidR="002A2C79" w:rsidRPr="00DE6179" w14:paraId="48555F9C" w14:textId="77777777" w:rsidTr="000729A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51582DD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Gewünschter Starttermin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4A240A" w14:textId="77777777" w:rsidR="002A2C79" w:rsidRPr="00DE6179" w:rsidRDefault="002A2C79">
            <w:pPr>
              <w:rPr>
                <w:lang w:val="de-DE"/>
              </w:rPr>
            </w:pPr>
          </w:p>
        </w:tc>
      </w:tr>
    </w:tbl>
    <w:p w14:paraId="0E41C48F" w14:textId="77777777" w:rsidR="002A2C79" w:rsidRPr="00DE6179" w:rsidRDefault="002A2C79">
      <w:pPr>
        <w:spacing w:before="60" w:after="2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94"/>
        <w:gridCol w:w="2195"/>
        <w:gridCol w:w="3387"/>
        <w:gridCol w:w="2548"/>
      </w:tblGrid>
      <w:tr w:rsidR="002A2C79" w:rsidRPr="00DE6179" w14:paraId="7EFB437A" w14:textId="77777777" w:rsidTr="000729A7">
        <w:tc>
          <w:tcPr>
            <w:tcW w:w="21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1E501C" w14:textId="77777777" w:rsidR="002A2C79" w:rsidRPr="00DE6179" w:rsidRDefault="002A2C79">
            <w:pPr>
              <w:rPr>
                <w:lang w:val="de-DE"/>
              </w:rPr>
            </w:pPr>
          </w:p>
        </w:tc>
        <w:tc>
          <w:tcPr>
            <w:tcW w:w="219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F3F175" w14:textId="77777777" w:rsidR="002A2C79" w:rsidRPr="00DE6179" w:rsidRDefault="002A2C79">
            <w:pPr>
              <w:rPr>
                <w:lang w:val="de-DE"/>
              </w:rPr>
            </w:pPr>
          </w:p>
        </w:tc>
        <w:tc>
          <w:tcPr>
            <w:tcW w:w="3387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82BA39" w14:textId="77777777" w:rsidR="002A2C79" w:rsidRPr="00DE6179" w:rsidRDefault="002A2C79">
            <w:pPr>
              <w:rPr>
                <w:lang w:val="de-DE"/>
              </w:rPr>
            </w:pPr>
          </w:p>
        </w:tc>
        <w:tc>
          <w:tcPr>
            <w:tcW w:w="2548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02ED055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39D1D0B4" w14:textId="77777777" w:rsidTr="000729A7">
        <w:tc>
          <w:tcPr>
            <w:tcW w:w="21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858A4D9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Ort, Datum</w:t>
            </w:r>
          </w:p>
        </w:tc>
        <w:tc>
          <w:tcPr>
            <w:tcW w:w="219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BB8C052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Vorname, Nachname</w:t>
            </w:r>
          </w:p>
        </w:tc>
        <w:tc>
          <w:tcPr>
            <w:tcW w:w="3387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B6D911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Funktion</w:t>
            </w:r>
          </w:p>
        </w:tc>
        <w:tc>
          <w:tcPr>
            <w:tcW w:w="2548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6B21B65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Unterschrift</w:t>
            </w:r>
          </w:p>
        </w:tc>
      </w:tr>
    </w:tbl>
    <w:p w14:paraId="41404928" w14:textId="77777777" w:rsidR="002A2C79" w:rsidRPr="00DE6179" w:rsidRDefault="003375EC">
      <w:pPr>
        <w:spacing w:before="60"/>
        <w:rPr>
          <w:lang w:val="de-DE"/>
        </w:rPr>
      </w:pPr>
      <w:r w:rsidRPr="00DE6179">
        <w:rPr>
          <w:b/>
          <w:lang w:val="de-DE"/>
        </w:rPr>
        <w:t>Bitte senden Sie das ausgefüllte und unterschriebene Formular an: sales@intellcert.com</w:t>
      </w:r>
    </w:p>
    <w:sectPr w:rsidR="002A2C79" w:rsidRPr="00DE6179" w:rsidSect="00A557F7">
      <w:headerReference w:type="default" r:id="rId8"/>
      <w:footerReference w:type="default" r:id="rId9"/>
      <w:pgSz w:w="12240" w:h="15840"/>
      <w:pgMar w:top="879" w:right="709" w:bottom="765" w:left="1134" w:header="255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B04F1" w14:textId="77777777" w:rsidR="00994DB8" w:rsidRDefault="00994DB8">
      <w:r>
        <w:separator/>
      </w:r>
    </w:p>
  </w:endnote>
  <w:endnote w:type="continuationSeparator" w:id="0">
    <w:p w14:paraId="17438170" w14:textId="77777777" w:rsidR="00994DB8" w:rsidRDefault="0099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24FBC" w14:textId="77777777" w:rsidR="00974B2C" w:rsidRDefault="00974B2C">
    <w:pPr>
      <w:pStyle w:val="Fuzeil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3515"/>
      <w:gridCol w:w="3515"/>
      <w:gridCol w:w="3458"/>
    </w:tblGrid>
    <w:tr w:rsidR="00974B2C" w14:paraId="13627896" w14:textId="77777777">
      <w:trPr>
        <w:jc w:val="center"/>
      </w:trPr>
      <w:tc>
        <w:tcPr>
          <w:tcW w:w="3515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3409A428" w14:textId="40310F06" w:rsidR="002A2C79" w:rsidRDefault="003375EC">
          <w:r>
            <w:rPr>
              <w:color w:val="6C7A89"/>
              <w:sz w:val="14"/>
            </w:rPr>
            <w:t>IQM_011161  |  Revision 01.</w:t>
          </w:r>
          <w:r w:rsidR="00E05F87">
            <w:rPr>
              <w:color w:val="6C7A89"/>
              <w:sz w:val="14"/>
            </w:rPr>
            <w:t>3</w:t>
          </w:r>
          <w:r>
            <w:rPr>
              <w:color w:val="6C7A89"/>
              <w:sz w:val="14"/>
            </w:rPr>
            <w:t>0  |  202</w:t>
          </w:r>
          <w:r w:rsidR="00E05F87">
            <w:rPr>
              <w:color w:val="6C7A89"/>
              <w:sz w:val="14"/>
            </w:rPr>
            <w:t>6</w:t>
          </w:r>
          <w:r>
            <w:rPr>
              <w:color w:val="6C7A89"/>
              <w:sz w:val="14"/>
            </w:rPr>
            <w:t>-</w:t>
          </w:r>
          <w:r w:rsidR="00E05F87">
            <w:rPr>
              <w:color w:val="6C7A89"/>
              <w:sz w:val="14"/>
            </w:rPr>
            <w:t>09</w:t>
          </w:r>
          <w:r>
            <w:rPr>
              <w:color w:val="6C7A89"/>
              <w:sz w:val="14"/>
            </w:rPr>
            <w:t>-</w:t>
          </w:r>
          <w:r w:rsidR="00E05F87">
            <w:rPr>
              <w:color w:val="6C7A89"/>
              <w:sz w:val="14"/>
            </w:rPr>
            <w:t>07</w:t>
          </w:r>
        </w:p>
      </w:tc>
      <w:tc>
        <w:tcPr>
          <w:tcW w:w="3515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70EB6998" w14:textId="77777777" w:rsidR="00974B2C" w:rsidRDefault="003375EC">
          <w:pPr>
            <w:jc w:val="center"/>
          </w:pPr>
          <w:r>
            <w:rPr>
              <w:color w:val="6E7B87"/>
              <w:sz w:val="14"/>
            </w:rPr>
            <w:t>intellcert is a registered trademark.</w:t>
          </w:r>
        </w:p>
      </w:tc>
      <w:tc>
        <w:tcPr>
          <w:tcW w:w="3458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123EEEF9" w14:textId="77777777" w:rsidR="00974B2C" w:rsidRDefault="003375EC">
          <w:pPr>
            <w:jc w:val="right"/>
          </w:pPr>
          <w:proofErr w:type="spellStart"/>
          <w:r>
            <w:rPr>
              <w:color w:val="6E7B87"/>
              <w:sz w:val="14"/>
            </w:rPr>
            <w:t>Seite</w:t>
          </w:r>
          <w:proofErr w:type="spellEnd"/>
          <w:r>
            <w:rPr>
              <w:color w:val="6E7B87"/>
              <w:sz w:val="14"/>
            </w:rPr>
            <w:t xml:space="preserve">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1D5A8A">
            <w:rPr>
              <w:noProof/>
            </w:rPr>
            <w:t>1</w:t>
          </w:r>
          <w:r>
            <w:fldChar w:fldCharType="end"/>
          </w:r>
          <w:r>
            <w:rPr>
              <w:color w:val="6E7B87"/>
              <w:sz w:val="14"/>
            </w:rPr>
            <w:t xml:space="preserve"> von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1D5A8A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9F2F" w14:textId="77777777" w:rsidR="00994DB8" w:rsidRDefault="00994DB8">
      <w:r>
        <w:separator/>
      </w:r>
    </w:p>
  </w:footnote>
  <w:footnote w:type="continuationSeparator" w:id="0">
    <w:p w14:paraId="35DDC3A6" w14:textId="77777777" w:rsidR="00994DB8" w:rsidRDefault="00994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E43CE" w14:textId="77777777" w:rsidR="00974B2C" w:rsidRDefault="00974B2C">
    <w:pPr>
      <w:pStyle w:val="Kopfzeil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835"/>
      <w:gridCol w:w="6690"/>
    </w:tblGrid>
    <w:tr w:rsidR="00974B2C" w14:paraId="556955DD" w14:textId="77777777" w:rsidTr="00C70136">
      <w:trPr>
        <w:jc w:val="center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6DDC119F" w14:textId="77777777" w:rsidR="00974B2C" w:rsidRDefault="003375EC">
          <w:r>
            <w:rPr>
              <w:noProof/>
            </w:rPr>
            <w:drawing>
              <wp:inline distT="0" distB="0" distL="0" distR="0" wp14:anchorId="051641A2" wp14:editId="41E09B4C">
                <wp:extent cx="1512000" cy="63749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tellcert_logo_mast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6374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9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2E9CEE29" w14:textId="77777777" w:rsidR="002A2C79" w:rsidRDefault="003375EC" w:rsidP="00C70136">
          <w:pPr>
            <w:jc w:val="right"/>
          </w:pPr>
          <w:proofErr w:type="spellStart"/>
          <w:r>
            <w:rPr>
              <w:b/>
              <w:sz w:val="30"/>
            </w:rPr>
            <w:t>Fragebogen</w:t>
          </w:r>
          <w:proofErr w:type="spellEnd"/>
          <w:r>
            <w:rPr>
              <w:b/>
              <w:sz w:val="30"/>
            </w:rPr>
            <w:t xml:space="preserve"> </w:t>
          </w:r>
          <w:proofErr w:type="spellStart"/>
          <w:r>
            <w:rPr>
              <w:b/>
              <w:sz w:val="30"/>
            </w:rPr>
            <w:t>zur</w:t>
          </w:r>
          <w:proofErr w:type="spellEnd"/>
          <w:r>
            <w:rPr>
              <w:b/>
              <w:sz w:val="30"/>
            </w:rPr>
            <w:t xml:space="preserve"> </w:t>
          </w:r>
          <w:proofErr w:type="spellStart"/>
          <w:r>
            <w:rPr>
              <w:b/>
              <w:sz w:val="30"/>
            </w:rPr>
            <w:t>Serviceanforderung</w:t>
          </w:r>
          <w:proofErr w:type="spellEnd"/>
          <w:r>
            <w:rPr>
              <w:b/>
              <w:color w:val="0070C0"/>
              <w:sz w:val="22"/>
            </w:rPr>
            <w:br/>
            <w:t>ISO 14001:2015</w:t>
          </w:r>
        </w:p>
      </w:tc>
    </w:tr>
  </w:tbl>
  <w:p w14:paraId="450FD740" w14:textId="77777777" w:rsidR="00974B2C" w:rsidRDefault="00974B2C">
    <w:pPr>
      <w:pBdr>
        <w:bottom w:val="single" w:sz="16" w:space="1" w:color="0070C0"/>
      </w:pBdr>
      <w:spacing w:after="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8979252">
    <w:abstractNumId w:val="8"/>
  </w:num>
  <w:num w:numId="2" w16cid:durableId="605116660">
    <w:abstractNumId w:val="6"/>
  </w:num>
  <w:num w:numId="3" w16cid:durableId="645167399">
    <w:abstractNumId w:val="5"/>
  </w:num>
  <w:num w:numId="4" w16cid:durableId="555510499">
    <w:abstractNumId w:val="4"/>
  </w:num>
  <w:num w:numId="5" w16cid:durableId="1819346027">
    <w:abstractNumId w:val="7"/>
  </w:num>
  <w:num w:numId="6" w16cid:durableId="337462491">
    <w:abstractNumId w:val="3"/>
  </w:num>
  <w:num w:numId="7" w16cid:durableId="118375729">
    <w:abstractNumId w:val="2"/>
  </w:num>
  <w:num w:numId="8" w16cid:durableId="800343183">
    <w:abstractNumId w:val="1"/>
  </w:num>
  <w:num w:numId="9" w16cid:durableId="954795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8A5"/>
    <w:rsid w:val="000729A7"/>
    <w:rsid w:val="000932F3"/>
    <w:rsid w:val="0015074B"/>
    <w:rsid w:val="0018552F"/>
    <w:rsid w:val="001D5A8A"/>
    <w:rsid w:val="0029639D"/>
    <w:rsid w:val="002A2C79"/>
    <w:rsid w:val="00326F90"/>
    <w:rsid w:val="003375EC"/>
    <w:rsid w:val="003E525D"/>
    <w:rsid w:val="004148A0"/>
    <w:rsid w:val="005014FF"/>
    <w:rsid w:val="00635B7D"/>
    <w:rsid w:val="00683507"/>
    <w:rsid w:val="006A3BC6"/>
    <w:rsid w:val="006C1FEB"/>
    <w:rsid w:val="00737135"/>
    <w:rsid w:val="00800605"/>
    <w:rsid w:val="00974B2C"/>
    <w:rsid w:val="00994DB8"/>
    <w:rsid w:val="009D723C"/>
    <w:rsid w:val="00A557F7"/>
    <w:rsid w:val="00A751B7"/>
    <w:rsid w:val="00AA1D8D"/>
    <w:rsid w:val="00AB72AE"/>
    <w:rsid w:val="00B47730"/>
    <w:rsid w:val="00BC42CE"/>
    <w:rsid w:val="00BD4CB7"/>
    <w:rsid w:val="00BD7DF6"/>
    <w:rsid w:val="00C70136"/>
    <w:rsid w:val="00CB0664"/>
    <w:rsid w:val="00D5141F"/>
    <w:rsid w:val="00DE6179"/>
    <w:rsid w:val="00E05F87"/>
    <w:rsid w:val="00E36160"/>
    <w:rsid w:val="00E4231F"/>
    <w:rsid w:val="00E4324C"/>
    <w:rsid w:val="00F2548B"/>
    <w:rsid w:val="00FC46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89DCE"/>
  <w14:defaultImageDpi w14:val="300"/>
  <w15:docId w15:val="{4D57F10A-EA27-4DEF-B0FB-438DB468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0" w:line="240" w:lineRule="auto"/>
    </w:pPr>
    <w:rPr>
      <w:rFonts w:ascii="Arial" w:eastAsia="Arial" w:hAnsi="Arial"/>
      <w:color w:val="20364A"/>
      <w:sz w:val="1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1175</Words>
  <Characters>7405</Characters>
  <Application>Microsoft Office Word</Application>
  <DocSecurity>0</DocSecurity>
  <Lines>61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IQM_011160 Fragebogen zur Serviceanforderung ISO 9001:2015</vt:lpstr>
      <vt:lpstr/>
    </vt:vector>
  </TitlesOfParts>
  <Manager/>
  <Company/>
  <LinksUpToDate>false</LinksUpToDate>
  <CharactersWithSpaces>8563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IQM_011160 Fragebogen zur Serviceanforderung ISO 9001:2015</dc:title>
  <dc:subject>Service Request Form ISO 9001</dc:subject>
  <dc:creator>intellcert GmbH</dc:creator>
  <cp:keywords/>
  <dc:description>Modernisierte Word-Vorlage; Revision 02.00</dc:description>
  <cp:lastModifiedBy>Hamid Rezvani</cp:lastModifiedBy>
  <cp:revision>15</cp:revision>
  <dcterms:created xsi:type="dcterms:W3CDTF">2026-09-07T15:27:00Z</dcterms:created>
  <dcterms:modified xsi:type="dcterms:W3CDTF">2026-09-08T20:55:00Z</dcterms:modified>
  <cp:category/>
</cp:coreProperties>
</file>