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365AA" w14:textId="77777777" w:rsidR="000B39B9" w:rsidRDefault="000B39B9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321FBC48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1FC91A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72D9F0" w14:textId="77777777" w:rsidR="000B39B9" w:rsidRDefault="00000000">
            <w:r>
              <w:rPr>
                <w:b/>
                <w:color w:val="23374B"/>
                <w:sz w:val="22"/>
              </w:rPr>
              <w:t>Company Information</w:t>
            </w:r>
          </w:p>
        </w:tc>
      </w:tr>
    </w:tbl>
    <w:p w14:paraId="0686E5CF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0B39B9" w14:paraId="64F18801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2AECE7" w14:textId="77777777" w:rsidR="000B39B9" w:rsidRDefault="00000000" w:rsidP="001E63D7">
            <w:r>
              <w:rPr>
                <w:b/>
                <w:color w:val="23374B"/>
                <w:sz w:val="16"/>
              </w:rPr>
              <w:t>Company Name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CEFDF6" w14:textId="77777777" w:rsidR="000B39B9" w:rsidRDefault="000B39B9" w:rsidP="001E63D7"/>
        </w:tc>
      </w:tr>
      <w:tr w:rsidR="000B39B9" w14:paraId="197A1CF7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FB7B14" w14:textId="77777777" w:rsidR="000B39B9" w:rsidRDefault="00000000" w:rsidP="001E63D7">
            <w:r>
              <w:rPr>
                <w:b/>
                <w:color w:val="23374B"/>
                <w:sz w:val="16"/>
              </w:rPr>
              <w:t>Legal Form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AD67F5" w14:textId="77777777" w:rsidR="000B39B9" w:rsidRDefault="000B39B9" w:rsidP="001E63D7"/>
        </w:tc>
      </w:tr>
      <w:tr w:rsidR="000B39B9" w14:paraId="071A6085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B5E5FA" w14:textId="77777777" w:rsidR="000B39B9" w:rsidRDefault="00000000" w:rsidP="001E63D7">
            <w:r>
              <w:rPr>
                <w:b/>
                <w:color w:val="23374B"/>
                <w:sz w:val="16"/>
              </w:rPr>
              <w:t>Registered Company Address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449523" w14:textId="77777777" w:rsidR="000B39B9" w:rsidRDefault="00000000" w:rsidP="001E63D7">
            <w:r>
              <w:rPr>
                <w:color w:val="23374B"/>
                <w:sz w:val="16"/>
              </w:rPr>
              <w:t>«Street and house number», «City», «State/Province», «Postal Code»</w:t>
            </w:r>
          </w:p>
        </w:tc>
      </w:tr>
      <w:tr w:rsidR="000B39B9" w14:paraId="41B434D0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F58B03" w14:textId="77777777" w:rsidR="000B39B9" w:rsidRDefault="00000000" w:rsidP="001E63D7">
            <w:r>
              <w:rPr>
                <w:b/>
                <w:color w:val="23374B"/>
                <w:sz w:val="16"/>
              </w:rPr>
              <w:t>Address of Operational Site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E2AA82" w14:textId="77777777" w:rsidR="000B39B9" w:rsidRDefault="00000000" w:rsidP="001E63D7">
            <w:r>
              <w:rPr>
                <w:color w:val="23374B"/>
                <w:sz w:val="16"/>
              </w:rPr>
              <w:t>«Street and house number», «City», «State/Province», «Postal Code»</w:t>
            </w:r>
          </w:p>
        </w:tc>
      </w:tr>
      <w:tr w:rsidR="000B39B9" w14:paraId="3D12576E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95AE582" w14:textId="77777777" w:rsidR="000B39B9" w:rsidRDefault="00000000" w:rsidP="001E63D7">
            <w:r>
              <w:rPr>
                <w:b/>
                <w:color w:val="23374B"/>
                <w:sz w:val="16"/>
              </w:rPr>
              <w:t>URL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236CD0" w14:textId="77777777" w:rsidR="000B39B9" w:rsidRDefault="000B39B9" w:rsidP="001E63D7"/>
        </w:tc>
      </w:tr>
      <w:tr w:rsidR="000B39B9" w14:paraId="3E70801E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B0F826" w14:textId="77777777" w:rsidR="000B39B9" w:rsidRDefault="00000000" w:rsidP="001E63D7">
            <w:r>
              <w:rPr>
                <w:b/>
                <w:color w:val="23374B"/>
                <w:sz w:val="16"/>
              </w:rPr>
              <w:t>Tax Number / VAT ID No.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2C6D79" w14:textId="77777777" w:rsidR="000B39B9" w:rsidRDefault="000B39B9" w:rsidP="001E63D7"/>
        </w:tc>
      </w:tr>
      <w:tr w:rsidR="000B39B9" w14:paraId="287D0BB3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EFCB79" w14:textId="77777777" w:rsidR="000B39B9" w:rsidRDefault="00000000" w:rsidP="001E63D7">
            <w:r>
              <w:rPr>
                <w:b/>
                <w:color w:val="23374B"/>
                <w:sz w:val="16"/>
              </w:rPr>
              <w:t>Contact Person (Last Name, First Name)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5DD33A" w14:textId="77777777" w:rsidR="000B39B9" w:rsidRDefault="000B39B9" w:rsidP="001E63D7"/>
        </w:tc>
      </w:tr>
      <w:tr w:rsidR="000B39B9" w14:paraId="6CA075BD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368B45" w14:textId="77777777" w:rsidR="000B39B9" w:rsidRDefault="00000000" w:rsidP="001E63D7">
            <w:r>
              <w:rPr>
                <w:b/>
                <w:color w:val="23374B"/>
                <w:sz w:val="16"/>
              </w:rPr>
              <w:t>Position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89CD94" w14:textId="77777777" w:rsidR="000B39B9" w:rsidRDefault="000B39B9" w:rsidP="001E63D7"/>
        </w:tc>
      </w:tr>
      <w:tr w:rsidR="000B39B9" w14:paraId="3F534919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D1BEBB" w14:textId="77777777" w:rsidR="000B39B9" w:rsidRDefault="00000000" w:rsidP="001E63D7">
            <w:r>
              <w:rPr>
                <w:b/>
                <w:color w:val="23374B"/>
                <w:sz w:val="16"/>
              </w:rPr>
              <w:t>E-Mail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8EFB81" w14:textId="77777777" w:rsidR="000B39B9" w:rsidRDefault="000B39B9" w:rsidP="001E63D7"/>
        </w:tc>
      </w:tr>
      <w:tr w:rsidR="000B39B9" w14:paraId="54648881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2817A0" w14:textId="77777777" w:rsidR="000B39B9" w:rsidRDefault="00000000" w:rsidP="001E63D7">
            <w:r>
              <w:rPr>
                <w:b/>
                <w:color w:val="23374B"/>
                <w:sz w:val="16"/>
              </w:rPr>
              <w:t>Telephone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1F4346" w14:textId="77777777" w:rsidR="000B39B9" w:rsidRDefault="000B39B9" w:rsidP="001E63D7"/>
        </w:tc>
      </w:tr>
      <w:tr w:rsidR="000B39B9" w14:paraId="04EBA4C2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D59FEB" w14:textId="77777777" w:rsidR="000B39B9" w:rsidRDefault="00000000" w:rsidP="001E63D7">
            <w:r>
              <w:rPr>
                <w:b/>
                <w:color w:val="23374B"/>
                <w:sz w:val="16"/>
              </w:rPr>
              <w:t>Mobile (optional)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64D928" w14:textId="77777777" w:rsidR="000B39B9" w:rsidRDefault="000B39B9" w:rsidP="001E63D7"/>
        </w:tc>
      </w:tr>
    </w:tbl>
    <w:p w14:paraId="5F1C560E" w14:textId="77777777" w:rsidR="000B39B9" w:rsidRDefault="000B39B9">
      <w:pPr>
        <w:spacing w:after="20"/>
      </w:pPr>
    </w:p>
    <w:p w14:paraId="5D1E3E09" w14:textId="77777777" w:rsidR="000B39B9" w:rsidRDefault="000B39B9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6E7F2BB6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C3ECF23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9D52D2" w14:textId="77777777" w:rsidR="000B39B9" w:rsidRDefault="00000000">
            <w:r>
              <w:rPr>
                <w:b/>
                <w:color w:val="23374B"/>
                <w:sz w:val="22"/>
              </w:rPr>
              <w:t>Areas of Activity</w:t>
            </w:r>
          </w:p>
        </w:tc>
      </w:tr>
    </w:tbl>
    <w:p w14:paraId="1FBCD4C3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0B39B9" w14:paraId="66475D2B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3B0932" w14:textId="77777777" w:rsidR="000B39B9" w:rsidRDefault="00000000" w:rsidP="001E63D7">
            <w:r>
              <w:rPr>
                <w:b/>
                <w:color w:val="23374B"/>
                <w:sz w:val="16"/>
              </w:rPr>
              <w:t>Type of Organization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DC7A2A" w14:textId="77777777" w:rsidR="000B39B9" w:rsidRDefault="00000000" w:rsidP="001E63D7">
            <w:sdt>
              <w:sdtPr>
                <w:alias w:val="cb_1"/>
                <w:tag w:val="cb_1"/>
                <w:id w:val="10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Trade  </w:t>
            </w:r>
            <w:sdt>
              <w:sdtPr>
                <w:alias w:val="cb_2"/>
                <w:tag w:val="cb_2"/>
                <w:id w:val="10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Service Provision  </w:t>
            </w:r>
            <w:sdt>
              <w:sdtPr>
                <w:alias w:val="cb_3"/>
                <w:tag w:val="cb_3"/>
                <w:id w:val="10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Production  </w:t>
            </w:r>
            <w:sdt>
              <w:sdtPr>
                <w:alias w:val="cb_4"/>
                <w:tag w:val="cb_4"/>
                <w:id w:val="10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Public Authority</w:t>
            </w:r>
          </w:p>
        </w:tc>
      </w:tr>
      <w:tr w:rsidR="000B39B9" w14:paraId="0B14B0EF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CE3880" w14:textId="77777777" w:rsidR="000B39B9" w:rsidRDefault="00000000" w:rsidP="001E63D7">
            <w:r>
              <w:rPr>
                <w:b/>
                <w:color w:val="23374B"/>
                <w:sz w:val="16"/>
              </w:rPr>
              <w:t>Industry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5A6656" w14:textId="77777777" w:rsidR="000B39B9" w:rsidRDefault="000B39B9" w:rsidP="001E63D7"/>
        </w:tc>
      </w:tr>
      <w:tr w:rsidR="000B39B9" w14:paraId="2B83443F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D48370" w14:textId="77777777" w:rsidR="000B39B9" w:rsidRDefault="00000000" w:rsidP="001E63D7">
            <w:r>
              <w:rPr>
                <w:b/>
                <w:color w:val="23374B"/>
                <w:sz w:val="16"/>
              </w:rPr>
              <w:t>Products / Services (Group / Category 1)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C32584" w14:textId="77777777" w:rsidR="000B39B9" w:rsidRDefault="000B39B9" w:rsidP="001E63D7"/>
        </w:tc>
      </w:tr>
      <w:tr w:rsidR="000B39B9" w14:paraId="06C16149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DDF223" w14:textId="77777777" w:rsidR="000B39B9" w:rsidRDefault="00000000" w:rsidP="001E63D7">
            <w:r>
              <w:rPr>
                <w:b/>
                <w:color w:val="23374B"/>
                <w:sz w:val="16"/>
              </w:rPr>
              <w:t>Products / Services (Group / Category 2)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9F0CF9" w14:textId="77777777" w:rsidR="000B39B9" w:rsidRDefault="000B39B9" w:rsidP="001E63D7"/>
        </w:tc>
      </w:tr>
      <w:tr w:rsidR="000B39B9" w14:paraId="0C4176EC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BDE32B" w14:textId="77777777" w:rsidR="000B39B9" w:rsidRDefault="00000000" w:rsidP="001E63D7">
            <w:r>
              <w:rPr>
                <w:b/>
                <w:color w:val="23374B"/>
                <w:sz w:val="16"/>
              </w:rPr>
              <w:t>Products / Services (Group / Category 3)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C0C48E" w14:textId="77777777" w:rsidR="000B39B9" w:rsidRDefault="000B39B9" w:rsidP="001E63D7"/>
        </w:tc>
      </w:tr>
    </w:tbl>
    <w:p w14:paraId="467BEE76" w14:textId="77777777" w:rsidR="000B39B9" w:rsidRDefault="000B39B9">
      <w:pPr>
        <w:spacing w:after="20"/>
      </w:pPr>
    </w:p>
    <w:p w14:paraId="1B77FD96" w14:textId="77777777" w:rsidR="000B39B9" w:rsidRDefault="000B39B9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5838EA18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48195D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01F5A1" w14:textId="77777777" w:rsidR="000B39B9" w:rsidRDefault="00000000">
            <w:r>
              <w:rPr>
                <w:b/>
                <w:color w:val="23374B"/>
                <w:sz w:val="22"/>
              </w:rPr>
              <w:t>Available Certifications</w:t>
            </w:r>
          </w:p>
        </w:tc>
      </w:tr>
    </w:tbl>
    <w:p w14:paraId="1A7974EF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2956"/>
        <w:gridCol w:w="2956"/>
      </w:tblGrid>
      <w:tr w:rsidR="000B39B9" w14:paraId="7DE63549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87C2FA" w14:textId="77777777" w:rsidR="000B39B9" w:rsidRDefault="00000000" w:rsidP="001E63D7">
            <w:r>
              <w:rPr>
                <w:b/>
                <w:color w:val="23374B"/>
                <w:sz w:val="16"/>
              </w:rPr>
              <w:t>Standard</w:t>
            </w:r>
          </w:p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4FB59B" w14:textId="77777777" w:rsidR="000B39B9" w:rsidRDefault="00000000" w:rsidP="001E63D7">
            <w:r>
              <w:rPr>
                <w:b/>
                <w:color w:val="23374B"/>
                <w:sz w:val="16"/>
              </w:rPr>
              <w:t>Standard: Version</w:t>
            </w:r>
          </w:p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F6CB69" w14:textId="77777777" w:rsidR="000B39B9" w:rsidRDefault="00000000" w:rsidP="001E63D7">
            <w:r>
              <w:rPr>
                <w:b/>
                <w:color w:val="23374B"/>
                <w:sz w:val="16"/>
              </w:rPr>
              <w:t>Valid until</w:t>
            </w:r>
          </w:p>
        </w:tc>
      </w:tr>
      <w:tr w:rsidR="000B39B9" w14:paraId="4D93A13D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972FED" w14:textId="77777777" w:rsidR="000B39B9" w:rsidRDefault="00000000" w:rsidP="001E63D7">
            <w:r>
              <w:rPr>
                <w:color w:val="23374B"/>
                <w:sz w:val="16"/>
              </w:rPr>
              <w:t>Standard 1</w:t>
            </w:r>
          </w:p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165B0E" w14:textId="77777777" w:rsidR="000B39B9" w:rsidRDefault="000B39B9" w:rsidP="001E63D7"/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B01EA0" w14:textId="77777777" w:rsidR="000B39B9" w:rsidRDefault="000B39B9" w:rsidP="001E63D7"/>
        </w:tc>
      </w:tr>
      <w:tr w:rsidR="000B39B9" w14:paraId="3CCBE295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9D7515" w14:textId="77777777" w:rsidR="000B39B9" w:rsidRDefault="00000000" w:rsidP="001E63D7">
            <w:r>
              <w:rPr>
                <w:color w:val="23374B"/>
                <w:sz w:val="16"/>
              </w:rPr>
              <w:t>Standard 2</w:t>
            </w:r>
          </w:p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A16AE4" w14:textId="77777777" w:rsidR="000B39B9" w:rsidRDefault="000B39B9" w:rsidP="001E63D7"/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8E7283" w14:textId="77777777" w:rsidR="000B39B9" w:rsidRDefault="000B39B9" w:rsidP="001E63D7"/>
        </w:tc>
      </w:tr>
      <w:tr w:rsidR="000B39B9" w14:paraId="04FCC75B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C0438B" w14:textId="77777777" w:rsidR="000B39B9" w:rsidRDefault="00000000" w:rsidP="001E63D7">
            <w:r>
              <w:rPr>
                <w:color w:val="23374B"/>
                <w:sz w:val="16"/>
              </w:rPr>
              <w:t>Standard 3</w:t>
            </w:r>
          </w:p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EC2E66" w14:textId="77777777" w:rsidR="000B39B9" w:rsidRDefault="000B39B9" w:rsidP="001E63D7"/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5BCBF1F" w14:textId="77777777" w:rsidR="000B39B9" w:rsidRDefault="000B39B9" w:rsidP="001E63D7"/>
        </w:tc>
      </w:tr>
      <w:tr w:rsidR="000B39B9" w14:paraId="73B50531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789F49" w14:textId="77777777" w:rsidR="000B39B9" w:rsidRDefault="00000000" w:rsidP="001E63D7">
            <w:r>
              <w:rPr>
                <w:color w:val="23374B"/>
                <w:sz w:val="16"/>
              </w:rPr>
              <w:t>Standard 4</w:t>
            </w:r>
          </w:p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839A52" w14:textId="77777777" w:rsidR="000B39B9" w:rsidRDefault="000B39B9" w:rsidP="001E63D7"/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C41DB8" w14:textId="77777777" w:rsidR="000B39B9" w:rsidRDefault="000B39B9" w:rsidP="001E63D7"/>
        </w:tc>
      </w:tr>
      <w:tr w:rsidR="000B39B9" w14:paraId="33284DA5" w14:textId="77777777" w:rsidTr="001E63D7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29511A1" w14:textId="77777777" w:rsidR="000B39B9" w:rsidRDefault="00000000" w:rsidP="001E63D7">
            <w:r>
              <w:rPr>
                <w:b/>
                <w:color w:val="23374B"/>
                <w:sz w:val="16"/>
              </w:rPr>
              <w:t>Change of certification body?</w:t>
            </w:r>
          </w:p>
        </w:tc>
        <w:tc>
          <w:tcPr>
            <w:tcW w:w="5912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D20576" w14:textId="77777777" w:rsidR="000B39B9" w:rsidRDefault="00000000" w:rsidP="001E63D7">
            <w:sdt>
              <w:sdtPr>
                <w:alias w:val="cb_5"/>
                <w:tag w:val="cb_5"/>
                <w:id w:val="10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   </w:t>
            </w:r>
            <w:sdt>
              <w:sdtPr>
                <w:alias w:val="cb_6"/>
                <w:tag w:val="cb_6"/>
                <w:id w:val="10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Yes, why?:</w:t>
            </w:r>
          </w:p>
        </w:tc>
      </w:tr>
    </w:tbl>
    <w:p w14:paraId="2C379240" w14:textId="77777777" w:rsidR="000B39B9" w:rsidRDefault="000B39B9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72DA1A75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F27CE3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4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ADEFEC" w14:textId="77777777" w:rsidR="000B39B9" w:rsidRDefault="00000000">
            <w:r>
              <w:rPr>
                <w:b/>
                <w:color w:val="23374B"/>
                <w:sz w:val="22"/>
              </w:rPr>
              <w:t>Scope of the ISMS</w:t>
            </w:r>
          </w:p>
        </w:tc>
      </w:tr>
    </w:tbl>
    <w:p w14:paraId="3435DFBC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0B39B9" w14:paraId="713D2A07" w14:textId="77777777" w:rsidTr="001E63D7">
        <w:trPr>
          <w:trHeight w:val="3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D4F210" w14:textId="77777777" w:rsidR="000B39B9" w:rsidRDefault="00000000" w:rsidP="001E63D7">
            <w:r>
              <w:rPr>
                <w:b/>
                <w:color w:val="23374B"/>
                <w:sz w:val="16"/>
              </w:rPr>
              <w:t>Included/excluded functions (e.g. software development, data center)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56FD38" w14:textId="77777777" w:rsidR="000B39B9" w:rsidRDefault="000B39B9" w:rsidP="001E63D7"/>
        </w:tc>
      </w:tr>
      <w:tr w:rsidR="000B39B9" w14:paraId="500C9F39" w14:textId="77777777" w:rsidTr="001E63D7">
        <w:trPr>
          <w:trHeight w:val="42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8242D5" w14:textId="77777777" w:rsidR="000B39B9" w:rsidRDefault="00000000" w:rsidP="001E63D7">
            <w:r>
              <w:rPr>
                <w:b/>
                <w:color w:val="23374B"/>
                <w:sz w:val="16"/>
              </w:rPr>
              <w:t>Key business processes within the scope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4ABB9E" w14:textId="77777777" w:rsidR="000B39B9" w:rsidRDefault="00000000" w:rsidP="001E63D7">
            <w:r>
              <w:rPr>
                <w:color w:val="23374B"/>
                <w:sz w:val="16"/>
              </w:rPr>
              <w:t>Please describe and attach an organizational chart:</w:t>
            </w:r>
          </w:p>
        </w:tc>
      </w:tr>
      <w:tr w:rsidR="000B39B9" w14:paraId="7F2191B4" w14:textId="77777777" w:rsidTr="001E63D7">
        <w:trPr>
          <w:trHeight w:val="3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452D18" w14:textId="77777777" w:rsidR="000B39B9" w:rsidRDefault="00000000" w:rsidP="001E63D7">
            <w:r>
              <w:rPr>
                <w:b/>
                <w:color w:val="23374B"/>
                <w:sz w:val="16"/>
              </w:rPr>
              <w:t>Outsourcing / outsourced processes within the scope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DFADF5" w14:textId="77777777" w:rsidR="000B39B9" w:rsidRDefault="000B39B9" w:rsidP="001E63D7"/>
        </w:tc>
      </w:tr>
      <w:tr w:rsidR="000B39B9" w14:paraId="126D0274" w14:textId="77777777" w:rsidTr="001E63D7">
        <w:trPr>
          <w:trHeight w:val="8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DF906A" w14:textId="77777777" w:rsidR="000B39B9" w:rsidRDefault="00000000" w:rsidP="001E63D7">
            <w:r>
              <w:rPr>
                <w:b/>
                <w:color w:val="23374B"/>
                <w:sz w:val="16"/>
              </w:rPr>
              <w:lastRenderedPageBreak/>
              <w:t>Physical security areas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B40D3F" w14:textId="77777777" w:rsidR="000B39B9" w:rsidRDefault="00000000" w:rsidP="001E63D7">
            <w:sdt>
              <w:sdtPr>
                <w:alias w:val="cb_7"/>
                <w:tag w:val="cb_7"/>
                <w:id w:val="1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N/A</w:t>
            </w:r>
            <w:r>
              <w:br/>
            </w:r>
            <w:sdt>
              <w:sdtPr>
                <w:alias w:val="cb_8"/>
                <w:tag w:val="cb_8"/>
                <w:id w:val="10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Server rooms</w:t>
            </w:r>
            <w:r>
              <w:br/>
            </w:r>
            <w:sdt>
              <w:sdtPr>
                <w:alias w:val="cb_9"/>
                <w:tag w:val="cb_9"/>
                <w:id w:val="10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Data center</w:t>
            </w:r>
            <w:r>
              <w:br/>
            </w:r>
            <w:sdt>
              <w:sdtPr>
                <w:alias w:val="cb_10"/>
                <w:tag w:val="cb_10"/>
                <w:id w:val="10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Laboratories</w:t>
            </w:r>
            <w:r>
              <w:br/>
            </w:r>
            <w:sdt>
              <w:sdtPr>
                <w:alias w:val="cb_11"/>
                <w:tag w:val="cb_11"/>
                <w:id w:val="10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Other, please describe</w:t>
            </w:r>
          </w:p>
        </w:tc>
      </w:tr>
      <w:tr w:rsidR="000B39B9" w14:paraId="6F744AC9" w14:textId="77777777" w:rsidTr="001E63D7">
        <w:trPr>
          <w:trHeight w:val="5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03EA70" w14:textId="77777777" w:rsidR="000B39B9" w:rsidRDefault="00000000" w:rsidP="001E63D7">
            <w:r>
              <w:rPr>
                <w:b/>
                <w:color w:val="23374B"/>
                <w:sz w:val="16"/>
              </w:rPr>
              <w:t>Intended scope (business areas, processes, sites, products)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45C3C5" w14:textId="77777777" w:rsidR="000B39B9" w:rsidRDefault="000B39B9" w:rsidP="001E63D7"/>
        </w:tc>
      </w:tr>
    </w:tbl>
    <w:p w14:paraId="5B65E246" w14:textId="77777777" w:rsidR="000B39B9" w:rsidRDefault="000B39B9">
      <w:pPr>
        <w:spacing w:after="20"/>
      </w:pPr>
    </w:p>
    <w:p w14:paraId="6EA68EF0" w14:textId="77777777" w:rsidR="000B39B9" w:rsidRDefault="000B39B9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39DC29FC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C68287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5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8A39E8" w14:textId="77777777" w:rsidR="000B39B9" w:rsidRDefault="00000000">
            <w:r>
              <w:rPr>
                <w:b/>
                <w:color w:val="23374B"/>
                <w:sz w:val="22"/>
              </w:rPr>
              <w:t>Organizational Maturity &amp; Resources</w:t>
            </w:r>
          </w:p>
        </w:tc>
      </w:tr>
    </w:tbl>
    <w:p w14:paraId="4E4384EF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0B39B9" w14:paraId="2717C66E" w14:textId="77777777" w:rsidTr="00810D3E">
        <w:trPr>
          <w:trHeight w:val="3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4F9D3E" w14:textId="77777777" w:rsidR="000B39B9" w:rsidRDefault="00000000" w:rsidP="00810D3E">
            <w:r>
              <w:rPr>
                <w:b/>
                <w:color w:val="23374B"/>
                <w:sz w:val="16"/>
              </w:rPr>
              <w:t>Number of ISMS responsible persons (CISO, ISB, Risk Manager)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5013E2" w14:textId="77777777" w:rsidR="000B39B9" w:rsidRDefault="000B39B9" w:rsidP="00810D3E"/>
        </w:tc>
      </w:tr>
      <w:tr w:rsidR="000B39B9" w14:paraId="01188CF3" w14:textId="77777777" w:rsidTr="00810D3E">
        <w:trPr>
          <w:trHeight w:val="3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243137" w14:textId="77777777" w:rsidR="000B39B9" w:rsidRDefault="00000000" w:rsidP="00810D3E">
            <w:r>
              <w:rPr>
                <w:b/>
                <w:color w:val="23374B"/>
                <w:sz w:val="16"/>
              </w:rPr>
              <w:t>Training / qualifications of these persons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810138" w14:textId="77777777" w:rsidR="000B39B9" w:rsidRDefault="00000000" w:rsidP="00810D3E">
            <w:sdt>
              <w:sdtPr>
                <w:alias w:val="cb_12"/>
                <w:tag w:val="cb_12"/>
                <w:id w:val="10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  </w:t>
            </w:r>
            <w:sdt>
              <w:sdtPr>
                <w:alias w:val="cb_13"/>
                <w:tag w:val="cb_13"/>
                <w:id w:val="10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 </w:t>
            </w:r>
            <w:sdt>
              <w:sdtPr>
                <w:alias w:val="cb_14"/>
                <w:tag w:val="cb_14"/>
                <w:id w:val="10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Partly, what is missing?.......</w:t>
            </w:r>
          </w:p>
        </w:tc>
      </w:tr>
      <w:tr w:rsidR="000B39B9" w14:paraId="3DFE807F" w14:textId="77777777" w:rsidTr="00810D3E">
        <w:trPr>
          <w:trHeight w:val="3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E40452" w14:textId="77777777" w:rsidR="000B39B9" w:rsidRDefault="00000000" w:rsidP="00810D3E">
            <w:r>
              <w:rPr>
                <w:b/>
                <w:color w:val="23374B"/>
                <w:sz w:val="16"/>
              </w:rPr>
              <w:t>To what extent is the documentation developed?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86808D" w14:textId="77777777" w:rsidR="000B39B9" w:rsidRDefault="00000000" w:rsidP="00810D3E">
            <w:sdt>
              <w:sdtPr>
                <w:alias w:val="cb_15"/>
                <w:tag w:val="cb_15"/>
                <w:id w:val="10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Complete  </w:t>
            </w:r>
            <w:sdt>
              <w:sdtPr>
                <w:alias w:val="cb_16"/>
                <w:tag w:val="cb_16"/>
                <w:id w:val="10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Partly, what is missing?.......</w:t>
            </w:r>
          </w:p>
        </w:tc>
      </w:tr>
      <w:tr w:rsidR="000B39B9" w14:paraId="0273A4AC" w14:textId="77777777" w:rsidTr="00810D3E">
        <w:trPr>
          <w:trHeight w:val="3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944D12" w14:textId="77777777" w:rsidR="000B39B9" w:rsidRDefault="00000000" w:rsidP="00810D3E">
            <w:r>
              <w:rPr>
                <w:b/>
                <w:color w:val="23374B"/>
                <w:sz w:val="16"/>
              </w:rPr>
              <w:t>Have internal audits been conducted?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5D8993" w14:textId="77777777" w:rsidR="000B39B9" w:rsidRDefault="00000000" w:rsidP="00810D3E">
            <w:sdt>
              <w:sdtPr>
                <w:alias w:val="cb_17"/>
                <w:tag w:val="cb_17"/>
                <w:id w:val="10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 </w:t>
            </w:r>
            <w:sdt>
              <w:sdtPr>
                <w:alias w:val="cb_18"/>
                <w:tag w:val="cb_18"/>
                <w:id w:val="10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Yes, when? ……..</w:t>
            </w:r>
          </w:p>
        </w:tc>
      </w:tr>
      <w:tr w:rsidR="000B39B9" w14:paraId="64276D8E" w14:textId="77777777" w:rsidTr="00810D3E">
        <w:trPr>
          <w:trHeight w:val="3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810CEA" w14:textId="77777777" w:rsidR="000B39B9" w:rsidRDefault="00000000" w:rsidP="00810D3E">
            <w:r>
              <w:rPr>
                <w:b/>
                <w:color w:val="23374B"/>
                <w:sz w:val="16"/>
              </w:rPr>
              <w:t>Have management reviews been conducted?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D929DA" w14:textId="77777777" w:rsidR="000B39B9" w:rsidRDefault="00000000" w:rsidP="00810D3E">
            <w:sdt>
              <w:sdtPr>
                <w:alias w:val="cb_19"/>
                <w:tag w:val="cb_19"/>
                <w:id w:val="1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 </w:t>
            </w:r>
            <w:sdt>
              <w:sdtPr>
                <w:alias w:val="cb_20"/>
                <w:tag w:val="cb_20"/>
                <w:id w:val="10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Yes, when? ……..</w:t>
            </w:r>
          </w:p>
        </w:tc>
      </w:tr>
      <w:tr w:rsidR="000B39B9" w14:paraId="02370F4F" w14:textId="77777777" w:rsidTr="00810D3E">
        <w:trPr>
          <w:trHeight w:val="15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A2C6DD" w14:textId="77777777" w:rsidR="000B39B9" w:rsidRDefault="00000000" w:rsidP="00810D3E">
            <w:r>
              <w:rPr>
                <w:b/>
                <w:color w:val="23374B"/>
                <w:sz w:val="16"/>
              </w:rPr>
              <w:t>Is an integrated management system in place (e.g. ISO 9001, ISO 45001, TISAX, etc.)?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B3E3CE" w14:textId="77777777" w:rsidR="000B39B9" w:rsidRDefault="00000000" w:rsidP="00810D3E">
            <w:sdt>
              <w:sdtPr>
                <w:alias w:val="cb_21"/>
                <w:tag w:val="cb_21"/>
                <w:id w:val="10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   </w:t>
            </w:r>
            <w:sdt>
              <w:sdtPr>
                <w:alias w:val="cb_22"/>
                <w:tag w:val="cb_22"/>
                <w:id w:val="1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Yes, which standards:</w:t>
            </w:r>
            <w:r>
              <w:rPr>
                <w:color w:val="23374B"/>
                <w:sz w:val="16"/>
              </w:rPr>
              <w:br/>
              <w:t>Depending on the degree of integration, select the criteria met:</w:t>
            </w:r>
            <w:r>
              <w:rPr>
                <w:color w:val="23374B"/>
                <w:sz w:val="15"/>
              </w:rPr>
              <w:br/>
            </w:r>
            <w:sdt>
              <w:sdtPr>
                <w:alias w:val="cb_23"/>
                <w:tag w:val="cb_23"/>
                <w:id w:val="10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Integrated management review</w:t>
            </w:r>
            <w:r>
              <w:rPr>
                <w:color w:val="23374B"/>
                <w:sz w:val="15"/>
              </w:rPr>
              <w:br/>
            </w:r>
            <w:sdt>
              <w:sdtPr>
                <w:alias w:val="cb_24"/>
                <w:tag w:val="cb_24"/>
                <w:id w:val="10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Integrated approach to internal audits</w:t>
            </w:r>
            <w:r>
              <w:rPr>
                <w:color w:val="23374B"/>
                <w:sz w:val="15"/>
              </w:rPr>
              <w:br/>
            </w:r>
            <w:sdt>
              <w:sdtPr>
                <w:alias w:val="cb_25"/>
                <w:tag w:val="cb_25"/>
                <w:id w:val="10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Integrated approach to policies and objectives</w:t>
            </w:r>
            <w:r>
              <w:rPr>
                <w:color w:val="23374B"/>
                <w:sz w:val="15"/>
              </w:rPr>
              <w:br/>
            </w:r>
            <w:sdt>
              <w:sdtPr>
                <w:alias w:val="cb_26"/>
                <w:tag w:val="cb_26"/>
                <w:id w:val="10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Integrated approach to system processes</w:t>
            </w:r>
            <w:r>
              <w:rPr>
                <w:color w:val="23374B"/>
                <w:sz w:val="15"/>
              </w:rPr>
              <w:br/>
            </w:r>
            <w:sdt>
              <w:sdtPr>
                <w:alias w:val="cb_27"/>
                <w:tag w:val="cb_27"/>
                <w:id w:val="10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Highest possible level of integrated system documentation</w:t>
            </w:r>
            <w:r>
              <w:rPr>
                <w:color w:val="23374B"/>
                <w:sz w:val="15"/>
              </w:rPr>
              <w:br/>
            </w:r>
            <w:sdt>
              <w:sdtPr>
                <w:alias w:val="cb_28"/>
                <w:tag w:val="cb_28"/>
                <w:id w:val="1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Integrated approach to improvements:</w:t>
            </w:r>
            <w:r>
              <w:rPr>
                <w:color w:val="23374B"/>
                <w:sz w:val="15"/>
              </w:rPr>
              <w:br/>
            </w:r>
            <w:sdt>
              <w:sdtPr>
                <w:alias w:val="cb_29"/>
                <w:tag w:val="cb_29"/>
                <w:id w:val="10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Integrated approach to planning, including risk management measures</w:t>
            </w:r>
            <w:r>
              <w:rPr>
                <w:color w:val="23374B"/>
                <w:sz w:val="15"/>
              </w:rPr>
              <w:br/>
            </w:r>
            <w:sdt>
              <w:sdtPr>
                <w:alias w:val="cb_30"/>
                <w:tag w:val="cb_30"/>
                <w:id w:val="10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Common professional role (management system representative) and clear responsibilities</w:t>
            </w:r>
          </w:p>
        </w:tc>
      </w:tr>
      <w:tr w:rsidR="000B39B9" w14:paraId="55501163" w14:textId="77777777" w:rsidTr="00810D3E">
        <w:trPr>
          <w:trHeight w:val="5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5530964" w14:textId="77777777" w:rsidR="000B39B9" w:rsidRDefault="00000000" w:rsidP="00810D3E">
            <w:r>
              <w:rPr>
                <w:b/>
                <w:color w:val="23374B"/>
                <w:sz w:val="16"/>
              </w:rPr>
              <w:t>Was an external consultant used to develop and implement the management system?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9C03F1" w14:textId="77777777" w:rsidR="000B39B9" w:rsidRDefault="00000000" w:rsidP="00810D3E">
            <w:sdt>
              <w:sdtPr>
                <w:alias w:val="cb_31"/>
                <w:tag w:val="cb_31"/>
                <w:id w:val="10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32"/>
                <w:tag w:val="cb_32"/>
                <w:id w:val="10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Yes, which consultant provided the support:…..</w:t>
            </w:r>
          </w:p>
        </w:tc>
      </w:tr>
    </w:tbl>
    <w:p w14:paraId="7BB7DED3" w14:textId="77777777" w:rsidR="000B39B9" w:rsidRDefault="000B39B9">
      <w:pPr>
        <w:spacing w:after="20"/>
      </w:pPr>
    </w:p>
    <w:p w14:paraId="57EC3904" w14:textId="77777777" w:rsidR="000B39B9" w:rsidRDefault="000B39B9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0D4395BC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542BBE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6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1ED0F8" w14:textId="77777777" w:rsidR="000B39B9" w:rsidRDefault="00000000">
            <w:r>
              <w:rPr>
                <w:b/>
                <w:color w:val="23374B"/>
                <w:sz w:val="22"/>
              </w:rPr>
              <w:t>Legal &amp; Regulatory Requirements</w:t>
            </w:r>
          </w:p>
        </w:tc>
      </w:tr>
    </w:tbl>
    <w:p w14:paraId="74D40664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0B39B9" w14:paraId="217C4E8C" w14:textId="77777777" w:rsidTr="00810D3E">
        <w:trPr>
          <w:trHeight w:val="38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0613E8" w14:textId="77777777" w:rsidR="000B39B9" w:rsidRDefault="00000000" w:rsidP="00810D3E">
            <w:r>
              <w:rPr>
                <w:b/>
                <w:color w:val="23374B"/>
                <w:sz w:val="16"/>
              </w:rPr>
              <w:t>Data protection laws (GDPR etc.)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365C35" w14:textId="77777777" w:rsidR="000B39B9" w:rsidRDefault="000B39B9" w:rsidP="00810D3E"/>
        </w:tc>
      </w:tr>
      <w:tr w:rsidR="000B39B9" w14:paraId="19BB1E8A" w14:textId="77777777" w:rsidTr="00810D3E">
        <w:trPr>
          <w:trHeight w:val="38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DE1CEA" w14:textId="77777777" w:rsidR="000B39B9" w:rsidRDefault="00000000" w:rsidP="00810D3E">
            <w:r>
              <w:rPr>
                <w:b/>
                <w:color w:val="23374B"/>
                <w:sz w:val="16"/>
              </w:rPr>
              <w:t>Contractual or customer requirements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07FE7F" w14:textId="77777777" w:rsidR="000B39B9" w:rsidRDefault="000B39B9" w:rsidP="00810D3E"/>
        </w:tc>
      </w:tr>
      <w:tr w:rsidR="000B39B9" w14:paraId="198ED9F0" w14:textId="77777777" w:rsidTr="00810D3E">
        <w:trPr>
          <w:trHeight w:val="38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8F43CA" w14:textId="77777777" w:rsidR="000B39B9" w:rsidRDefault="00000000" w:rsidP="00810D3E">
            <w:r>
              <w:rPr>
                <w:b/>
                <w:color w:val="23374B"/>
                <w:sz w:val="16"/>
              </w:rPr>
              <w:t>External assessments (e.g. penetration tests, SOC 2, TISAX etc.)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2863F1" w14:textId="77777777" w:rsidR="000B39B9" w:rsidRDefault="000B39B9" w:rsidP="00810D3E"/>
        </w:tc>
      </w:tr>
    </w:tbl>
    <w:p w14:paraId="184B874F" w14:textId="77777777" w:rsidR="000B39B9" w:rsidRDefault="000B39B9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4CE97E9A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492A13E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7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407C33" w14:textId="77777777" w:rsidR="000B39B9" w:rsidRDefault="00000000">
            <w:r>
              <w:rPr>
                <w:b/>
                <w:color w:val="23374B"/>
                <w:sz w:val="22"/>
              </w:rPr>
              <w:t>Involved External Parties / Supply Chains</w:t>
            </w:r>
          </w:p>
        </w:tc>
      </w:tr>
    </w:tbl>
    <w:p w14:paraId="34AABE20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0B39B9" w14:paraId="1BC60283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54CA5D9" w14:textId="77777777" w:rsidR="000B39B9" w:rsidRDefault="00000000" w:rsidP="00810D3E">
            <w:r>
              <w:rPr>
                <w:b/>
                <w:color w:val="23374B"/>
                <w:sz w:val="16"/>
              </w:rPr>
              <w:t>Cloud providers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832F9A" w14:textId="77777777" w:rsidR="000B39B9" w:rsidRDefault="00000000" w:rsidP="00810D3E">
            <w:sdt>
              <w:sdtPr>
                <w:alias w:val="cb_33"/>
                <w:tag w:val="cb_33"/>
                <w:id w:val="10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 </w:t>
            </w:r>
            <w:sdt>
              <w:sdtPr>
                <w:alias w:val="cb_34"/>
                <w:tag w:val="cb_34"/>
                <w:id w:val="10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</w:t>
            </w:r>
          </w:p>
        </w:tc>
      </w:tr>
      <w:tr w:rsidR="000B39B9" w14:paraId="6F2E7C30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5B0DB8" w14:textId="77777777" w:rsidR="000B39B9" w:rsidRDefault="00000000" w:rsidP="00810D3E">
            <w:r>
              <w:rPr>
                <w:b/>
                <w:color w:val="23374B"/>
                <w:sz w:val="16"/>
              </w:rPr>
              <w:t>IT outsourcing service providers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2A132D" w14:textId="77777777" w:rsidR="000B39B9" w:rsidRDefault="00000000" w:rsidP="00810D3E">
            <w:sdt>
              <w:sdtPr>
                <w:alias w:val="cb_35"/>
                <w:tag w:val="cb_35"/>
                <w:id w:val="10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 </w:t>
            </w:r>
            <w:sdt>
              <w:sdtPr>
                <w:alias w:val="cb_36"/>
                <w:tag w:val="cb_36"/>
                <w:id w:val="10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</w:t>
            </w:r>
          </w:p>
        </w:tc>
      </w:tr>
      <w:tr w:rsidR="000B39B9" w14:paraId="661C6F2B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5F2B48" w14:textId="77777777" w:rsidR="000B39B9" w:rsidRDefault="00000000" w:rsidP="00810D3E">
            <w:r>
              <w:rPr>
                <w:b/>
                <w:color w:val="23374B"/>
                <w:sz w:val="16"/>
              </w:rPr>
              <w:t>Software suppliers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0C4E17" w14:textId="77777777" w:rsidR="000B39B9" w:rsidRDefault="00000000" w:rsidP="00810D3E">
            <w:sdt>
              <w:sdtPr>
                <w:alias w:val="cb_37"/>
                <w:tag w:val="cb_37"/>
                <w:id w:val="10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 </w:t>
            </w:r>
            <w:sdt>
              <w:sdtPr>
                <w:alias w:val="cb_38"/>
                <w:tag w:val="cb_38"/>
                <w:id w:val="10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</w:t>
            </w:r>
          </w:p>
        </w:tc>
      </w:tr>
      <w:tr w:rsidR="000B39B9" w14:paraId="74A81C7D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E1A1E8" w14:textId="77777777" w:rsidR="000B39B9" w:rsidRDefault="00000000" w:rsidP="00810D3E">
            <w:r>
              <w:rPr>
                <w:b/>
                <w:color w:val="23374B"/>
                <w:sz w:val="16"/>
              </w:rPr>
              <w:lastRenderedPageBreak/>
              <w:t>External development teams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0D2097" w14:textId="77777777" w:rsidR="000B39B9" w:rsidRDefault="00000000" w:rsidP="00810D3E">
            <w:sdt>
              <w:sdtPr>
                <w:alias w:val="cb_39"/>
                <w:tag w:val="cb_39"/>
                <w:id w:val="10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 </w:t>
            </w:r>
            <w:sdt>
              <w:sdtPr>
                <w:alias w:val="cb_40"/>
                <w:tag w:val="cb_40"/>
                <w:id w:val="10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</w:t>
            </w:r>
          </w:p>
        </w:tc>
      </w:tr>
      <w:tr w:rsidR="000B39B9" w14:paraId="1A3415C3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59ED3B" w14:textId="77777777" w:rsidR="000B39B9" w:rsidRDefault="00000000" w:rsidP="00810D3E">
            <w:r>
              <w:rPr>
                <w:b/>
                <w:color w:val="23374B"/>
                <w:sz w:val="16"/>
              </w:rPr>
              <w:t>Third parties with access to systems or data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EEDA28" w14:textId="77777777" w:rsidR="000B39B9" w:rsidRDefault="00000000" w:rsidP="00810D3E">
            <w:sdt>
              <w:sdtPr>
                <w:alias w:val="cb_41"/>
                <w:tag w:val="cb_41"/>
                <w:id w:val="10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 </w:t>
            </w:r>
            <w:sdt>
              <w:sdtPr>
                <w:alias w:val="cb_42"/>
                <w:tag w:val="cb_42"/>
                <w:id w:val="10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</w:t>
            </w:r>
          </w:p>
        </w:tc>
      </w:tr>
    </w:tbl>
    <w:p w14:paraId="5B339C86" w14:textId="77777777" w:rsidR="000B39B9" w:rsidRDefault="000B39B9">
      <w:pPr>
        <w:spacing w:after="20"/>
      </w:pPr>
    </w:p>
    <w:p w14:paraId="6608B3D8" w14:textId="77777777" w:rsidR="000B39B9" w:rsidRDefault="000B39B9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7F710CCE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E84646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8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DCDF58" w14:textId="77777777" w:rsidR="000B39B9" w:rsidRDefault="00000000">
            <w:r>
              <w:rPr>
                <w:b/>
                <w:color w:val="23374B"/>
                <w:sz w:val="22"/>
              </w:rPr>
              <w:t>Information Security Risks</w:t>
            </w:r>
          </w:p>
        </w:tc>
      </w:tr>
    </w:tbl>
    <w:p w14:paraId="2F0532DF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0B39B9" w14:paraId="6806F362" w14:textId="77777777" w:rsidTr="00810D3E">
        <w:trPr>
          <w:trHeight w:val="300"/>
        </w:trPr>
        <w:tc>
          <w:tcPr>
            <w:tcW w:w="10289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7D6E8C" w14:textId="77777777" w:rsidR="000B39B9" w:rsidRDefault="00000000" w:rsidP="00810D3E">
            <w:r>
              <w:rPr>
                <w:b/>
                <w:color w:val="23374B"/>
                <w:sz w:val="16"/>
              </w:rPr>
              <w:t>Please indicate which areas are particularly relevant:</w:t>
            </w:r>
          </w:p>
        </w:tc>
      </w:tr>
      <w:tr w:rsidR="000B39B9" w14:paraId="7D9EFB20" w14:textId="77777777" w:rsidTr="00810D3E">
        <w:trPr>
          <w:trHeight w:val="48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B3E09F" w14:textId="77777777" w:rsidR="000B39B9" w:rsidRDefault="00000000" w:rsidP="00810D3E">
            <w:r>
              <w:rPr>
                <w:b/>
                <w:color w:val="23374B"/>
                <w:sz w:val="16"/>
              </w:rPr>
              <w:t>Overview of identified risks (if available)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BD34CA" w14:textId="77777777" w:rsidR="000B39B9" w:rsidRDefault="000B39B9" w:rsidP="00810D3E"/>
        </w:tc>
      </w:tr>
      <w:tr w:rsidR="000B39B9" w14:paraId="749BBD8E" w14:textId="77777777" w:rsidTr="00810D3E">
        <w:trPr>
          <w:trHeight w:val="43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150158" w14:textId="77777777" w:rsidR="000B39B9" w:rsidRDefault="00000000" w:rsidP="00810D3E">
            <w:r>
              <w:rPr>
                <w:b/>
                <w:color w:val="23374B"/>
                <w:sz w:val="16"/>
              </w:rPr>
              <w:t>Criticality of processed information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E17D96" w14:textId="77777777" w:rsidR="000B39B9" w:rsidRDefault="000B39B9" w:rsidP="00810D3E"/>
        </w:tc>
      </w:tr>
      <w:tr w:rsidR="000B39B9" w14:paraId="5C1926BD" w14:textId="77777777" w:rsidTr="00810D3E">
        <w:trPr>
          <w:trHeight w:val="54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5C3D72A" w14:textId="77777777" w:rsidR="000B39B9" w:rsidRDefault="00000000" w:rsidP="00810D3E">
            <w:r>
              <w:rPr>
                <w:b/>
                <w:color w:val="23374B"/>
                <w:sz w:val="16"/>
              </w:rPr>
              <w:t>Key threats (e.g. cyberattacks, insiders, physical risks)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522335D" w14:textId="77777777" w:rsidR="000B39B9" w:rsidRDefault="000B39B9" w:rsidP="00810D3E"/>
        </w:tc>
      </w:tr>
      <w:tr w:rsidR="000B39B9" w14:paraId="29E5AD61" w14:textId="77777777" w:rsidTr="00810D3E">
        <w:trPr>
          <w:trHeight w:val="43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F00417" w14:textId="77777777" w:rsidR="000B39B9" w:rsidRDefault="00000000" w:rsidP="00810D3E">
            <w:r>
              <w:rPr>
                <w:b/>
                <w:color w:val="23374B"/>
                <w:sz w:val="16"/>
              </w:rPr>
              <w:t>Emergency and BCM structures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D9C19E" w14:textId="77777777" w:rsidR="000B39B9" w:rsidRDefault="000B39B9" w:rsidP="00810D3E"/>
        </w:tc>
      </w:tr>
    </w:tbl>
    <w:p w14:paraId="6B393A0D" w14:textId="77777777" w:rsidR="000B39B9" w:rsidRDefault="000B39B9">
      <w:pPr>
        <w:spacing w:after="20"/>
      </w:pPr>
    </w:p>
    <w:p w14:paraId="0D75006F" w14:textId="77777777" w:rsidR="000B39B9" w:rsidRDefault="000B39B9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590A19F4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C9E519A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9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AD7263" w14:textId="77777777" w:rsidR="000B39B9" w:rsidRDefault="00000000">
            <w:r>
              <w:rPr>
                <w:b/>
                <w:color w:val="23374B"/>
                <w:sz w:val="22"/>
              </w:rPr>
              <w:t>ISO/IEC 27001 Annex A – Control Focus Areas</w:t>
            </w:r>
          </w:p>
        </w:tc>
      </w:tr>
    </w:tbl>
    <w:p w14:paraId="7392853F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0B39B9" w14:paraId="6AEB4D1A" w14:textId="77777777" w:rsidTr="00810D3E">
        <w:trPr>
          <w:trHeight w:val="300"/>
        </w:trPr>
        <w:tc>
          <w:tcPr>
            <w:tcW w:w="10289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0EB965" w14:textId="77777777" w:rsidR="000B39B9" w:rsidRDefault="00000000" w:rsidP="00810D3E">
            <w:r>
              <w:rPr>
                <w:b/>
                <w:color w:val="23374B"/>
                <w:sz w:val="16"/>
              </w:rPr>
              <w:t>Please indicate which areas are particularly relevant:</w:t>
            </w:r>
          </w:p>
        </w:tc>
      </w:tr>
      <w:tr w:rsidR="000B39B9" w14:paraId="1C487D9E" w14:textId="77777777" w:rsidTr="00810D3E">
        <w:trPr>
          <w:trHeight w:val="4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F9D07C" w14:textId="77777777" w:rsidR="000B39B9" w:rsidRDefault="00000000" w:rsidP="00810D3E">
            <w:r>
              <w:rPr>
                <w:b/>
                <w:color w:val="23374B"/>
                <w:sz w:val="16"/>
              </w:rPr>
              <w:t>A.5–A.8 (all control groups)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C01093" w14:textId="77777777" w:rsidR="000B39B9" w:rsidRDefault="000B39B9" w:rsidP="00810D3E"/>
        </w:tc>
      </w:tr>
      <w:tr w:rsidR="000B39B9" w14:paraId="4BC7461B" w14:textId="77777777" w:rsidTr="00810D3E">
        <w:trPr>
          <w:trHeight w:val="12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07E24E" w14:textId="77777777" w:rsidR="000B39B9" w:rsidRDefault="00000000" w:rsidP="00810D3E">
            <w:r>
              <w:rPr>
                <w:b/>
                <w:color w:val="23374B"/>
                <w:sz w:val="16"/>
              </w:rPr>
              <w:t>Special topics: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817DE3" w14:textId="77777777" w:rsidR="000B39B9" w:rsidRDefault="00000000" w:rsidP="00810D3E">
            <w:sdt>
              <w:sdtPr>
                <w:alias w:val="cb_43"/>
                <w:tag w:val="cb_43"/>
                <w:id w:val="10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Cryptography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44"/>
                <w:tag w:val="cb_44"/>
                <w:id w:val="10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Supply chain management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45"/>
                <w:tag w:val="cb_45"/>
                <w:id w:val="10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Backup &amp; Recovery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46"/>
                <w:tag w:val="cb_46"/>
                <w:id w:val="10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Hardening &amp; Patching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47"/>
                <w:tag w:val="cb_47"/>
                <w:id w:val="10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Logging &amp; Monitoring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48"/>
                <w:tag w:val="cb_48"/>
                <w:id w:val="1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Physical security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49"/>
                <w:tag w:val="cb_49"/>
                <w:id w:val="10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Access controls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50"/>
                <w:tag w:val="cb_50"/>
                <w:id w:val="10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Development &amp; Maintenance</w:t>
            </w:r>
          </w:p>
        </w:tc>
      </w:tr>
    </w:tbl>
    <w:p w14:paraId="36D94F14" w14:textId="77777777" w:rsidR="000B39B9" w:rsidRDefault="000B39B9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2268717A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BB80DD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10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94B8CE1" w14:textId="77777777" w:rsidR="000B39B9" w:rsidRDefault="00000000">
            <w:r>
              <w:rPr>
                <w:b/>
                <w:color w:val="23374B"/>
                <w:sz w:val="22"/>
              </w:rPr>
              <w:t>Industry-Specific Complexity / Risk Profile of the Business Sector</w:t>
            </w:r>
          </w:p>
        </w:tc>
      </w:tr>
    </w:tbl>
    <w:p w14:paraId="1BD611B7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0B39B9" w14:paraId="70D80FB6" w14:textId="77777777" w:rsidTr="00810D3E">
        <w:trPr>
          <w:trHeight w:val="9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725C63" w14:textId="77777777" w:rsidR="000B39B9" w:rsidRDefault="00000000" w:rsidP="00810D3E">
            <w:r>
              <w:rPr>
                <w:b/>
                <w:color w:val="23374B"/>
                <w:sz w:val="16"/>
              </w:rPr>
              <w:t>Criticality of services: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4F4A0A" w14:textId="77777777" w:rsidR="000B39B9" w:rsidRDefault="00000000" w:rsidP="00810D3E">
            <w:sdt>
              <w:sdtPr>
                <w:alias w:val="cb_51"/>
                <w:tag w:val="cb_51"/>
                <w:id w:val="10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critical services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52"/>
                <w:tag w:val="cb_52"/>
                <w:id w:val="10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Processing of highly sensitive personal data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53"/>
                <w:tag w:val="cb_53"/>
                <w:id w:val="10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Critical infrastructure (KRITIS)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54"/>
                <w:tag w:val="cb_54"/>
                <w:id w:val="10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Regulated sector (BaFin, HIPAA, TISAX etc.)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55"/>
                <w:tag w:val="cb_55"/>
                <w:id w:val="10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Other</w:t>
            </w:r>
          </w:p>
        </w:tc>
      </w:tr>
      <w:tr w:rsidR="000B39B9" w14:paraId="2386B64B" w14:textId="77777777" w:rsidTr="00810D3E">
        <w:trPr>
          <w:trHeight w:val="48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DFAE28" w14:textId="77777777" w:rsidR="000B39B9" w:rsidRDefault="00000000" w:rsidP="00810D3E">
            <w:r>
              <w:rPr>
                <w:b/>
                <w:color w:val="23374B"/>
                <w:sz w:val="16"/>
              </w:rPr>
              <w:t>Handling of confidential, sensitive or business-critical information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2903E1" w14:textId="77777777" w:rsidR="000B39B9" w:rsidRDefault="000B39B9" w:rsidP="00810D3E"/>
        </w:tc>
      </w:tr>
      <w:tr w:rsidR="000B39B9" w14:paraId="790B7B99" w14:textId="77777777" w:rsidTr="00810D3E">
        <w:trPr>
          <w:trHeight w:val="34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20C0FC6" w14:textId="77777777" w:rsidR="000B39B9" w:rsidRDefault="00000000" w:rsidP="00810D3E">
            <w:r>
              <w:rPr>
                <w:b/>
                <w:color w:val="23374B"/>
                <w:sz w:val="16"/>
              </w:rPr>
              <w:t>Impact of a system outage on customers / society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C5DF12" w14:textId="77777777" w:rsidR="000B39B9" w:rsidRDefault="00000000" w:rsidP="00810D3E">
            <w:sdt>
              <w:sdtPr>
                <w:alias w:val="cb_56"/>
                <w:tag w:val="cb_56"/>
                <w:id w:val="10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Critical  </w:t>
            </w:r>
            <w:sdt>
              <w:sdtPr>
                <w:alias w:val="cb_57"/>
                <w:tag w:val="cb_57"/>
                <w:id w:val="10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Acceptable</w:t>
            </w:r>
          </w:p>
        </w:tc>
      </w:tr>
      <w:tr w:rsidR="000B39B9" w14:paraId="4C1EF745" w14:textId="77777777" w:rsidTr="00810D3E">
        <w:trPr>
          <w:trHeight w:val="38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91870E" w14:textId="77777777" w:rsidR="000B39B9" w:rsidRDefault="00000000" w:rsidP="00810D3E">
            <w:r>
              <w:rPr>
                <w:b/>
                <w:color w:val="23374B"/>
                <w:sz w:val="16"/>
              </w:rPr>
              <w:t>Customer risk requirements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F70246" w14:textId="77777777" w:rsidR="000B39B9" w:rsidRDefault="000B39B9" w:rsidP="00810D3E"/>
        </w:tc>
      </w:tr>
      <w:tr w:rsidR="000B39B9" w14:paraId="17B4C397" w14:textId="77777777" w:rsidTr="00810D3E">
        <w:trPr>
          <w:trHeight w:val="52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00E29D" w14:textId="77777777" w:rsidR="000B39B9" w:rsidRDefault="00000000" w:rsidP="00810D3E">
            <w:r>
              <w:rPr>
                <w:b/>
                <w:color w:val="23374B"/>
                <w:sz w:val="16"/>
              </w:rPr>
              <w:t>Geographical risks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0284FD" w14:textId="77777777" w:rsidR="000B39B9" w:rsidRDefault="00000000" w:rsidP="00810D3E">
            <w:sdt>
              <w:sdtPr>
                <w:alias w:val="cb_58"/>
                <w:tag w:val="cb_58"/>
                <w:id w:val="10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Operations in high-risk countries,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59"/>
                <w:tag w:val="cb_59"/>
                <w:id w:val="10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Other geopolitical risks, please describe:</w:t>
            </w:r>
          </w:p>
        </w:tc>
      </w:tr>
    </w:tbl>
    <w:p w14:paraId="0CC03DFE" w14:textId="77777777" w:rsidR="000B39B9" w:rsidRDefault="000B39B9">
      <w:pPr>
        <w:spacing w:after="20"/>
      </w:pPr>
    </w:p>
    <w:p w14:paraId="4616ED59" w14:textId="77777777" w:rsidR="000B39B9" w:rsidRDefault="000B39B9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5A385D0C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9C5262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11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117EC0" w14:textId="77777777" w:rsidR="000B39B9" w:rsidRDefault="00000000">
            <w:r>
              <w:rPr>
                <w:b/>
                <w:color w:val="23374B"/>
                <w:sz w:val="22"/>
              </w:rPr>
              <w:t>IT and Process Complexity</w:t>
            </w:r>
          </w:p>
        </w:tc>
      </w:tr>
    </w:tbl>
    <w:p w14:paraId="3F567245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0B39B9" w14:paraId="2BFF1810" w14:textId="77777777" w:rsidTr="00810D3E">
        <w:trPr>
          <w:trHeight w:val="14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6AA3E5" w14:textId="77777777" w:rsidR="000B39B9" w:rsidRDefault="00000000" w:rsidP="00810D3E">
            <w:r>
              <w:rPr>
                <w:b/>
                <w:color w:val="23374B"/>
                <w:sz w:val="16"/>
              </w:rPr>
              <w:t>IT Infrastructure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1E7870" w14:textId="46E24C5A" w:rsidR="000B39B9" w:rsidRDefault="00000000" w:rsidP="00810D3E">
            <w:r>
              <w:rPr>
                <w:color w:val="23374B"/>
                <w:sz w:val="16"/>
              </w:rPr>
              <w:t>Number of servers (physical / virtual):</w:t>
            </w:r>
            <w:r>
              <w:rPr>
                <w:color w:val="23374B"/>
                <w:sz w:val="16"/>
              </w:rPr>
              <w:br/>
              <w:t>Number of business-critical applications:</w:t>
            </w:r>
            <w:r>
              <w:rPr>
                <w:color w:val="23374B"/>
                <w:sz w:val="16"/>
              </w:rPr>
              <w:br/>
              <w:t>Number of databases:</w:t>
            </w:r>
            <w:r>
              <w:rPr>
                <w:color w:val="23374B"/>
                <w:sz w:val="16"/>
              </w:rPr>
              <w:br/>
              <w:t xml:space="preserve">Own data centers? </w:t>
            </w:r>
            <w:sdt>
              <w:sdtPr>
                <w:alias w:val="cb_60"/>
                <w:tag w:val="cb_60"/>
                <w:id w:val="10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</w:t>
            </w:r>
            <w:sdt>
              <w:sdtPr>
                <w:alias w:val="cb_61"/>
                <w:tag w:val="cb_61"/>
                <w:id w:val="10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Yes, number, location:</w:t>
            </w:r>
            <w:r>
              <w:rPr>
                <w:color w:val="23374B"/>
                <w:sz w:val="16"/>
              </w:rPr>
              <w:br/>
              <w:t xml:space="preserve">Use of external data centers: </w:t>
            </w:r>
            <w:sdt>
              <w:sdtPr>
                <w:alias w:val="cb_62"/>
                <w:tag w:val="cb_62"/>
                <w:id w:val="10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N/A </w:t>
            </w:r>
            <w:sdt>
              <w:sdtPr>
                <w:alias w:val="cb_63"/>
                <w:tag w:val="cb_63"/>
                <w:id w:val="10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Housing</w:t>
            </w:r>
            <w:r w:rsidR="006A1954">
              <w:rPr>
                <w:color w:val="23374B"/>
                <w:sz w:val="16"/>
              </w:rPr>
              <w:t xml:space="preserve"> </w:t>
            </w:r>
            <w:sdt>
              <w:sdtPr>
                <w:alias w:val="cb_64"/>
                <w:tag w:val="cb_64"/>
                <w:id w:val="10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Colocation</w:t>
            </w:r>
            <w:r>
              <w:rPr>
                <w:color w:val="23374B"/>
                <w:sz w:val="16"/>
              </w:rPr>
              <w:br/>
              <w:t xml:space="preserve">Complexity of network topology </w:t>
            </w:r>
            <w:sdt>
              <w:sdtPr>
                <w:alias w:val="cb_65"/>
                <w:tag w:val="cb_65"/>
                <w:id w:val="100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High </w:t>
            </w:r>
            <w:sdt>
              <w:sdtPr>
                <w:alias w:val="cb_66"/>
                <w:tag w:val="cb_66"/>
                <w:id w:val="10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Medium</w:t>
            </w:r>
            <w:r w:rsidR="006A1954">
              <w:rPr>
                <w:color w:val="23374B"/>
                <w:sz w:val="16"/>
              </w:rPr>
              <w:t xml:space="preserve"> </w:t>
            </w:r>
            <w:sdt>
              <w:sdtPr>
                <w:alias w:val="cb_67"/>
                <w:tag w:val="cb_67"/>
                <w:id w:val="10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Low</w:t>
            </w:r>
          </w:p>
        </w:tc>
      </w:tr>
      <w:tr w:rsidR="000B39B9" w14:paraId="3E2FA236" w14:textId="77777777" w:rsidTr="00810D3E">
        <w:trPr>
          <w:trHeight w:val="6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4ADA34" w14:textId="77777777" w:rsidR="000B39B9" w:rsidRDefault="00000000" w:rsidP="00810D3E">
            <w:r>
              <w:rPr>
                <w:b/>
                <w:color w:val="23374B"/>
                <w:sz w:val="16"/>
              </w:rPr>
              <w:t>Technology &amp; Software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A1F48C" w14:textId="77777777" w:rsidR="000B39B9" w:rsidRDefault="00000000" w:rsidP="00810D3E">
            <w:r>
              <w:rPr>
                <w:color w:val="23374B"/>
                <w:sz w:val="16"/>
              </w:rPr>
              <w:t xml:space="preserve">In-house software development? </w:t>
            </w:r>
            <w:sdt>
              <w:sdtPr>
                <w:alias w:val="cb_68"/>
                <w:tag w:val="cb_68"/>
                <w:id w:val="10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</w:t>
            </w:r>
            <w:sdt>
              <w:sdtPr>
                <w:alias w:val="cb_69"/>
                <w:tag w:val="cb_69"/>
                <w:id w:val="10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</w:t>
            </w:r>
            <w:r>
              <w:rPr>
                <w:color w:val="23374B"/>
                <w:sz w:val="16"/>
              </w:rPr>
              <w:br/>
              <w:t xml:space="preserve">Use of DevOps / CI/CD pipelines </w:t>
            </w:r>
            <w:sdt>
              <w:sdtPr>
                <w:alias w:val="cb_70"/>
                <w:tag w:val="cb_70"/>
                <w:id w:val="10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</w:t>
            </w:r>
            <w:sdt>
              <w:sdtPr>
                <w:alias w:val="cb_71"/>
                <w:tag w:val="cb_71"/>
                <w:id w:val="10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</w:t>
            </w:r>
            <w:r>
              <w:rPr>
                <w:color w:val="23374B"/>
                <w:sz w:val="16"/>
              </w:rPr>
              <w:br/>
              <w:t xml:space="preserve">Legacy systems in use? </w:t>
            </w:r>
            <w:sdt>
              <w:sdtPr>
                <w:alias w:val="cb_72"/>
                <w:tag w:val="cb_72"/>
                <w:id w:val="10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</w:t>
            </w:r>
            <w:sdt>
              <w:sdtPr>
                <w:alias w:val="cb_73"/>
                <w:tag w:val="cb_73"/>
                <w:id w:val="10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Yes, description:</w:t>
            </w:r>
          </w:p>
        </w:tc>
      </w:tr>
      <w:tr w:rsidR="000B39B9" w14:paraId="145B6953" w14:textId="77777777" w:rsidTr="00810D3E">
        <w:trPr>
          <w:trHeight w:val="8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6EB521" w14:textId="77777777" w:rsidR="000B39B9" w:rsidRDefault="00000000" w:rsidP="00810D3E">
            <w:r>
              <w:rPr>
                <w:b/>
                <w:color w:val="23374B"/>
                <w:sz w:val="16"/>
              </w:rPr>
              <w:t>Cloud &amp; Outsourcing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277FB6" w14:textId="77777777" w:rsidR="000B39B9" w:rsidRDefault="00000000" w:rsidP="00810D3E">
            <w:r>
              <w:rPr>
                <w:color w:val="23374B"/>
                <w:sz w:val="16"/>
              </w:rPr>
              <w:t>Cloud structure (IaaS, PaaS, SaaS):</w:t>
            </w:r>
            <w:r>
              <w:rPr>
                <w:color w:val="23374B"/>
                <w:sz w:val="16"/>
              </w:rPr>
              <w:br/>
              <w:t>Data processing by cloud providers:</w:t>
            </w:r>
            <w:r>
              <w:rPr>
                <w:color w:val="23374B"/>
                <w:sz w:val="16"/>
              </w:rPr>
              <w:br/>
              <w:t>• geographical storage locations:</w:t>
            </w:r>
            <w:r>
              <w:rPr>
                <w:color w:val="23374B"/>
                <w:sz w:val="16"/>
              </w:rPr>
              <w:br/>
              <w:t xml:space="preserve">• shared responsibilities: </w:t>
            </w:r>
            <w:sdt>
              <w:sdtPr>
                <w:alias w:val="cb_74"/>
                <w:tag w:val="cb_74"/>
                <w:id w:val="10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</w:t>
            </w:r>
            <w:sdt>
              <w:sdtPr>
                <w:alias w:val="cb_75"/>
                <w:tag w:val="cb_75"/>
                <w:id w:val="10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</w:t>
            </w:r>
            <w:r>
              <w:rPr>
                <w:color w:val="23374B"/>
                <w:sz w:val="16"/>
              </w:rPr>
              <w:br/>
              <w:t>External IT service providers and their role:</w:t>
            </w:r>
          </w:p>
        </w:tc>
      </w:tr>
      <w:tr w:rsidR="000B39B9" w14:paraId="4CD45A34" w14:textId="77777777" w:rsidTr="00810D3E">
        <w:trPr>
          <w:trHeight w:val="6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E44077" w14:textId="77777777" w:rsidR="000B39B9" w:rsidRDefault="00000000" w:rsidP="00810D3E">
            <w:r>
              <w:rPr>
                <w:b/>
                <w:color w:val="23374B"/>
                <w:sz w:val="16"/>
              </w:rPr>
              <w:t>User and Access Structure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89C841" w14:textId="77777777" w:rsidR="000B39B9" w:rsidRDefault="00000000" w:rsidP="00810D3E">
            <w:r>
              <w:rPr>
                <w:color w:val="23374B"/>
                <w:sz w:val="16"/>
              </w:rPr>
              <w:t>Number of internal users:</w:t>
            </w:r>
            <w:r>
              <w:rPr>
                <w:color w:val="23374B"/>
                <w:sz w:val="16"/>
              </w:rPr>
              <w:br/>
              <w:t>Number of external users (customers, partners):</w:t>
            </w:r>
            <w:r>
              <w:rPr>
                <w:color w:val="23374B"/>
                <w:sz w:val="16"/>
              </w:rPr>
              <w:br/>
              <w:t>Identity &amp; Access Management (e.g. SSO, MFA, role-based):</w:t>
            </w:r>
          </w:p>
        </w:tc>
      </w:tr>
    </w:tbl>
    <w:p w14:paraId="099548A6" w14:textId="77777777" w:rsidR="000B39B9" w:rsidRDefault="000B39B9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05F01F23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10ADEB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12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ECF140" w14:textId="77777777" w:rsidR="000B39B9" w:rsidRDefault="00000000">
            <w:r>
              <w:rPr>
                <w:b/>
                <w:color w:val="23374B"/>
                <w:sz w:val="22"/>
              </w:rPr>
              <w:t>Site-Specific Characteristics</w:t>
            </w:r>
          </w:p>
        </w:tc>
      </w:tr>
    </w:tbl>
    <w:p w14:paraId="67E730FE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1971"/>
        <w:gridCol w:w="1971"/>
        <w:gridCol w:w="1971"/>
      </w:tblGrid>
      <w:tr w:rsidR="000B39B9" w14:paraId="69F10233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B4F71B7" w14:textId="77777777" w:rsidR="000B39B9" w:rsidRDefault="00000000" w:rsidP="00810D3E">
            <w:r>
              <w:rPr>
                <w:b/>
                <w:color w:val="23374B"/>
                <w:sz w:val="15"/>
              </w:rPr>
              <w:t>Company Name (Headquarters)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1CA5379" w14:textId="77777777" w:rsidR="000B39B9" w:rsidRDefault="000B39B9" w:rsidP="00810D3E"/>
        </w:tc>
      </w:tr>
      <w:tr w:rsidR="000B39B9" w14:paraId="6E8A0161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DEE5609" w14:textId="77777777" w:rsidR="000B39B9" w:rsidRDefault="00000000" w:rsidP="00810D3E">
            <w:r>
              <w:rPr>
                <w:color w:val="23374B"/>
                <w:sz w:val="15"/>
              </w:rPr>
              <w:t>Address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B678C9C" w14:textId="77777777" w:rsidR="000B39B9" w:rsidRDefault="00000000" w:rsidP="00810D3E">
            <w:r>
              <w:rPr>
                <w:color w:val="23374B"/>
                <w:sz w:val="16"/>
              </w:rPr>
              <w:t>«Street and house number», «City», «State/Province», «Postal Code»</w:t>
            </w:r>
          </w:p>
        </w:tc>
      </w:tr>
      <w:tr w:rsidR="000B39B9" w14:paraId="705EAAFA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F63D5BB" w14:textId="77777777" w:rsidR="000B39B9" w:rsidRDefault="00000000" w:rsidP="00810D3E">
            <w:r>
              <w:rPr>
                <w:color w:val="23374B"/>
                <w:sz w:val="14"/>
              </w:rPr>
              <w:t>Number of employees involved in certification-relevant processes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40B4B8F" w14:textId="77777777" w:rsidR="000B39B9" w:rsidRDefault="00000000" w:rsidP="00810D3E">
            <w:r>
              <w:rPr>
                <w:color w:val="23374B"/>
                <w:sz w:val="16"/>
              </w:rPr>
              <w:t>Total:</w:t>
            </w:r>
            <w:r>
              <w:rPr>
                <w:color w:val="23374B"/>
                <w:sz w:val="16"/>
              </w:rPr>
              <w:br/>
              <w:t>Including part-time employees:</w:t>
            </w:r>
            <w:r>
              <w:rPr>
                <w:color w:val="23374B"/>
                <w:sz w:val="16"/>
              </w:rPr>
              <w:br/>
              <w:t>Including field staff:</w:t>
            </w:r>
          </w:p>
        </w:tc>
      </w:tr>
      <w:tr w:rsidR="000B39B9" w14:paraId="075CB336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AD226BD" w14:textId="77777777" w:rsidR="000B39B9" w:rsidRDefault="00000000" w:rsidP="00810D3E">
            <w:r>
              <w:rPr>
                <w:color w:val="23374B"/>
                <w:sz w:val="14"/>
              </w:rPr>
              <w:t>Use of mobile or temporary workplaces?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B250C7B" w14:textId="77777777" w:rsidR="000B39B9" w:rsidRDefault="00000000" w:rsidP="00810D3E">
            <w:sdt>
              <w:sdtPr>
                <w:alias w:val="cb_76"/>
                <w:tag w:val="cb_76"/>
                <w:id w:val="10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     </w:t>
            </w:r>
            <w:sdt>
              <w:sdtPr>
                <w:alias w:val="cb_77"/>
                <w:tag w:val="cb_77"/>
                <w:id w:val="10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</w:t>
            </w:r>
          </w:p>
        </w:tc>
      </w:tr>
      <w:tr w:rsidR="000B39B9" w14:paraId="32AAF3DA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A53E115" w14:textId="77777777" w:rsidR="000B39B9" w:rsidRDefault="00000000" w:rsidP="00810D3E">
            <w:r>
              <w:rPr>
                <w:color w:val="23374B"/>
                <w:sz w:val="14"/>
              </w:rPr>
              <w:t>Work shifts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4EEE9A86" w14:textId="77777777" w:rsidR="000B39B9" w:rsidRDefault="00000000" w:rsidP="00810D3E">
            <w:sdt>
              <w:sdtPr>
                <w:alias w:val="cb_78"/>
                <w:tag w:val="cb_78"/>
                <w:id w:val="10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Early   </w:t>
            </w:r>
            <w:sdt>
              <w:sdtPr>
                <w:alias w:val="cb_79"/>
                <w:tag w:val="cb_79"/>
                <w:id w:val="10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Day   </w:t>
            </w:r>
            <w:sdt>
              <w:sdtPr>
                <w:alias w:val="cb_80"/>
                <w:tag w:val="cb_80"/>
                <w:id w:val="1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Late   </w:t>
            </w:r>
            <w:sdt>
              <w:sdtPr>
                <w:alias w:val="cb_81"/>
                <w:tag w:val="cb_81"/>
                <w:id w:val="10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Night</w:t>
            </w:r>
          </w:p>
        </w:tc>
      </w:tr>
      <w:tr w:rsidR="000B39B9" w14:paraId="18E4EA13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359BE9F" w14:textId="77777777" w:rsidR="000B39B9" w:rsidRDefault="00000000" w:rsidP="00810D3E">
            <w:r>
              <w:rPr>
                <w:b/>
                <w:color w:val="23374B"/>
                <w:sz w:val="14"/>
              </w:rPr>
              <w:t>Shared (cross-site) functions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4F2BE18" w14:textId="77777777" w:rsidR="000B39B9" w:rsidRDefault="00000000" w:rsidP="00810D3E">
            <w:r>
              <w:rPr>
                <w:b/>
                <w:color w:val="23374B"/>
                <w:sz w:val="14"/>
              </w:rPr>
              <w:t>Yes, for this site only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F735A82" w14:textId="77777777" w:rsidR="000B39B9" w:rsidRDefault="00000000" w:rsidP="00810D3E">
            <w:r>
              <w:rPr>
                <w:b/>
                <w:color w:val="23374B"/>
                <w:sz w:val="14"/>
              </w:rPr>
              <w:t>Yes, also for other sites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7642B7B" w14:textId="77777777" w:rsidR="000B39B9" w:rsidRDefault="00000000" w:rsidP="00810D3E">
            <w:r>
              <w:rPr>
                <w:b/>
                <w:color w:val="23374B"/>
                <w:sz w:val="14"/>
              </w:rPr>
              <w:t>No</w:t>
            </w:r>
          </w:p>
        </w:tc>
      </w:tr>
      <w:tr w:rsidR="000B39B9" w14:paraId="03F596E2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0F48CF5" w14:textId="77777777" w:rsidR="000B39B9" w:rsidRDefault="00000000" w:rsidP="00810D3E">
            <w:r>
              <w:rPr>
                <w:color w:val="23374B"/>
                <w:sz w:val="14"/>
              </w:rPr>
              <w:t>Information security policy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0D0535E" w14:textId="77777777" w:rsidR="000B39B9" w:rsidRDefault="00000000" w:rsidP="00810D3E">
            <w:pPr>
              <w:jc w:val="center"/>
            </w:pPr>
            <w:sdt>
              <w:sdtPr>
                <w:alias w:val="cb_82"/>
                <w:tag w:val="cb_82"/>
                <w:id w:val="10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31B181D" w14:textId="77777777" w:rsidR="000B39B9" w:rsidRDefault="00000000" w:rsidP="00810D3E">
            <w:pPr>
              <w:jc w:val="center"/>
            </w:pPr>
            <w:sdt>
              <w:sdtPr>
                <w:alias w:val="cb_83"/>
                <w:tag w:val="cb_83"/>
                <w:id w:val="10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178D7A5" w14:textId="77777777" w:rsidR="000B39B9" w:rsidRDefault="00000000" w:rsidP="00810D3E">
            <w:pPr>
              <w:jc w:val="center"/>
            </w:pPr>
            <w:sdt>
              <w:sdtPr>
                <w:alias w:val="cb_84"/>
                <w:tag w:val="cb_84"/>
                <w:id w:val="10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2D3918CA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FAA0994" w14:textId="77777777" w:rsidR="000B39B9" w:rsidRDefault="00000000" w:rsidP="00810D3E">
            <w:r>
              <w:rPr>
                <w:color w:val="23374B"/>
                <w:sz w:val="14"/>
              </w:rPr>
              <w:t>Management of the information security management system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93E7CC9" w14:textId="77777777" w:rsidR="000B39B9" w:rsidRDefault="00000000" w:rsidP="00810D3E">
            <w:pPr>
              <w:jc w:val="center"/>
            </w:pPr>
            <w:sdt>
              <w:sdtPr>
                <w:alias w:val="cb_85"/>
                <w:tag w:val="cb_85"/>
                <w:id w:val="10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D45F4FA" w14:textId="77777777" w:rsidR="000B39B9" w:rsidRDefault="00000000" w:rsidP="00810D3E">
            <w:pPr>
              <w:jc w:val="center"/>
            </w:pPr>
            <w:sdt>
              <w:sdtPr>
                <w:alias w:val="cb_86"/>
                <w:tag w:val="cb_86"/>
                <w:id w:val="10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FD3D902" w14:textId="77777777" w:rsidR="000B39B9" w:rsidRDefault="00000000" w:rsidP="00810D3E">
            <w:pPr>
              <w:jc w:val="center"/>
            </w:pPr>
            <w:sdt>
              <w:sdtPr>
                <w:alias w:val="cb_87"/>
                <w:tag w:val="cb_87"/>
                <w:id w:val="10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3746936C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278C8FD" w14:textId="77777777" w:rsidR="000B39B9" w:rsidRDefault="00000000" w:rsidP="00810D3E">
            <w:r>
              <w:rPr>
                <w:color w:val="23374B"/>
                <w:sz w:val="14"/>
              </w:rPr>
              <w:t>Roles, responsibilities and authorities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EC34FF3" w14:textId="77777777" w:rsidR="000B39B9" w:rsidRDefault="00000000" w:rsidP="00810D3E">
            <w:pPr>
              <w:jc w:val="center"/>
            </w:pPr>
            <w:sdt>
              <w:sdtPr>
                <w:alias w:val="cb_88"/>
                <w:tag w:val="cb_88"/>
                <w:id w:val="10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5DF0667" w14:textId="77777777" w:rsidR="000B39B9" w:rsidRDefault="00000000" w:rsidP="00810D3E">
            <w:pPr>
              <w:jc w:val="center"/>
            </w:pPr>
            <w:sdt>
              <w:sdtPr>
                <w:alias w:val="cb_89"/>
                <w:tag w:val="cb_89"/>
                <w:id w:val="10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8058830" w14:textId="77777777" w:rsidR="000B39B9" w:rsidRDefault="00000000" w:rsidP="00810D3E">
            <w:pPr>
              <w:jc w:val="center"/>
            </w:pPr>
            <w:sdt>
              <w:sdtPr>
                <w:alias w:val="cb_90"/>
                <w:tag w:val="cb_90"/>
                <w:id w:val="10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7ADFD077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99264FC" w14:textId="77777777" w:rsidR="000B39B9" w:rsidRDefault="00000000" w:rsidP="00810D3E">
            <w:r>
              <w:rPr>
                <w:color w:val="23374B"/>
                <w:sz w:val="14"/>
              </w:rPr>
              <w:t>Document control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038EDB6" w14:textId="77777777" w:rsidR="000B39B9" w:rsidRDefault="00000000" w:rsidP="00810D3E">
            <w:pPr>
              <w:jc w:val="center"/>
            </w:pPr>
            <w:sdt>
              <w:sdtPr>
                <w:alias w:val="cb_91"/>
                <w:tag w:val="cb_91"/>
                <w:id w:val="10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3045AF9" w14:textId="77777777" w:rsidR="000B39B9" w:rsidRDefault="00000000" w:rsidP="00810D3E">
            <w:pPr>
              <w:jc w:val="center"/>
            </w:pPr>
            <w:sdt>
              <w:sdtPr>
                <w:alias w:val="cb_92"/>
                <w:tag w:val="cb_92"/>
                <w:id w:val="10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922E609" w14:textId="77777777" w:rsidR="000B39B9" w:rsidRDefault="00000000" w:rsidP="00810D3E">
            <w:pPr>
              <w:jc w:val="center"/>
            </w:pPr>
            <w:sdt>
              <w:sdtPr>
                <w:alias w:val="cb_93"/>
                <w:tag w:val="cb_93"/>
                <w:id w:val="10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38D379B6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74D6654" w14:textId="77777777" w:rsidR="000B39B9" w:rsidRDefault="00000000" w:rsidP="00810D3E">
            <w:r>
              <w:rPr>
                <w:color w:val="23374B"/>
                <w:sz w:val="14"/>
              </w:rPr>
              <w:t>Human resources management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F5BA384" w14:textId="77777777" w:rsidR="000B39B9" w:rsidRDefault="00000000" w:rsidP="00810D3E">
            <w:pPr>
              <w:jc w:val="center"/>
            </w:pPr>
            <w:sdt>
              <w:sdtPr>
                <w:alias w:val="cb_94"/>
                <w:tag w:val="cb_94"/>
                <w:id w:val="10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99CFAA9" w14:textId="77777777" w:rsidR="000B39B9" w:rsidRDefault="00000000" w:rsidP="00810D3E">
            <w:pPr>
              <w:jc w:val="center"/>
            </w:pPr>
            <w:sdt>
              <w:sdtPr>
                <w:alias w:val="cb_95"/>
                <w:tag w:val="cb_95"/>
                <w:id w:val="10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648FB0B" w14:textId="77777777" w:rsidR="000B39B9" w:rsidRDefault="00000000" w:rsidP="00810D3E">
            <w:pPr>
              <w:jc w:val="center"/>
            </w:pPr>
            <w:sdt>
              <w:sdtPr>
                <w:alias w:val="cb_96"/>
                <w:tag w:val="cb_96"/>
                <w:id w:val="10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15F98C54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3F1151C" w14:textId="77777777" w:rsidR="000B39B9" w:rsidRDefault="00000000" w:rsidP="00810D3E">
            <w:r>
              <w:rPr>
                <w:color w:val="23374B"/>
                <w:sz w:val="14"/>
              </w:rPr>
              <w:t>Procurement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2C38C6A" w14:textId="77777777" w:rsidR="000B39B9" w:rsidRDefault="00000000" w:rsidP="00810D3E">
            <w:pPr>
              <w:jc w:val="center"/>
            </w:pPr>
            <w:sdt>
              <w:sdtPr>
                <w:alias w:val="cb_97"/>
                <w:tag w:val="cb_97"/>
                <w:id w:val="10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2EEB605" w14:textId="77777777" w:rsidR="000B39B9" w:rsidRDefault="00000000" w:rsidP="00810D3E">
            <w:pPr>
              <w:jc w:val="center"/>
            </w:pPr>
            <w:sdt>
              <w:sdtPr>
                <w:alias w:val="cb_98"/>
                <w:tag w:val="cb_98"/>
                <w:id w:val="10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AC9ACDE" w14:textId="77777777" w:rsidR="000B39B9" w:rsidRDefault="00000000" w:rsidP="00810D3E">
            <w:pPr>
              <w:jc w:val="center"/>
            </w:pPr>
            <w:sdt>
              <w:sdtPr>
                <w:alias w:val="cb_99"/>
                <w:tag w:val="cb_99"/>
                <w:id w:val="10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4D5A6169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1893787" w14:textId="77777777" w:rsidR="000B39B9" w:rsidRDefault="00000000" w:rsidP="00810D3E">
            <w:r>
              <w:rPr>
                <w:color w:val="23374B"/>
                <w:sz w:val="14"/>
              </w:rPr>
              <w:t>Risk management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823F4AF" w14:textId="77777777" w:rsidR="000B39B9" w:rsidRDefault="00000000" w:rsidP="00810D3E">
            <w:pPr>
              <w:jc w:val="center"/>
            </w:pPr>
            <w:sdt>
              <w:sdtPr>
                <w:alias w:val="cb_100"/>
                <w:tag w:val="cb_100"/>
                <w:id w:val="10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66EB1B9" w14:textId="77777777" w:rsidR="000B39B9" w:rsidRDefault="00000000" w:rsidP="00810D3E">
            <w:pPr>
              <w:jc w:val="center"/>
            </w:pPr>
            <w:sdt>
              <w:sdtPr>
                <w:alias w:val="cb_101"/>
                <w:tag w:val="cb_101"/>
                <w:id w:val="10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FA4B902" w14:textId="77777777" w:rsidR="000B39B9" w:rsidRDefault="00000000" w:rsidP="00810D3E">
            <w:pPr>
              <w:jc w:val="center"/>
            </w:pPr>
            <w:sdt>
              <w:sdtPr>
                <w:alias w:val="cb_102"/>
                <w:tag w:val="cb_102"/>
                <w:id w:val="10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71F798F1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F57D143" w14:textId="77777777" w:rsidR="000B39B9" w:rsidRDefault="00000000" w:rsidP="00810D3E">
            <w:r>
              <w:rPr>
                <w:color w:val="23374B"/>
                <w:sz w:val="14"/>
              </w:rPr>
              <w:t>Development activities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703C232" w14:textId="77777777" w:rsidR="000B39B9" w:rsidRDefault="00000000" w:rsidP="00810D3E">
            <w:pPr>
              <w:jc w:val="center"/>
            </w:pPr>
            <w:sdt>
              <w:sdtPr>
                <w:alias w:val="cb_103"/>
                <w:tag w:val="cb_103"/>
                <w:id w:val="10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63DBD40" w14:textId="77777777" w:rsidR="000B39B9" w:rsidRDefault="00000000" w:rsidP="00810D3E">
            <w:pPr>
              <w:jc w:val="center"/>
            </w:pPr>
            <w:sdt>
              <w:sdtPr>
                <w:alias w:val="cb_104"/>
                <w:tag w:val="cb_104"/>
                <w:id w:val="10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99205DB" w14:textId="77777777" w:rsidR="000B39B9" w:rsidRDefault="00000000" w:rsidP="00810D3E">
            <w:pPr>
              <w:jc w:val="center"/>
            </w:pPr>
            <w:sdt>
              <w:sdtPr>
                <w:alias w:val="cb_105"/>
                <w:tag w:val="cb_105"/>
                <w:id w:val="10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21DA96B8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42B35574" w14:textId="77777777" w:rsidR="000B39B9" w:rsidRDefault="00000000" w:rsidP="00810D3E">
            <w:r>
              <w:rPr>
                <w:color w:val="23374B"/>
                <w:sz w:val="14"/>
              </w:rPr>
              <w:t>Site-specific processes/activities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4E21F60" w14:textId="77777777" w:rsidR="000B39B9" w:rsidRDefault="000B39B9" w:rsidP="00810D3E"/>
        </w:tc>
      </w:tr>
    </w:tbl>
    <w:p w14:paraId="59D4D999" w14:textId="77777777" w:rsidR="000B39B9" w:rsidRDefault="000B39B9">
      <w:pPr>
        <w:spacing w:after="40"/>
      </w:pPr>
    </w:p>
    <w:p w14:paraId="55ACAABB" w14:textId="77777777" w:rsidR="000B39B9" w:rsidRDefault="00000000">
      <w:pPr>
        <w:spacing w:after="60"/>
      </w:pPr>
      <w:r>
        <w:rPr>
          <w:i/>
          <w:color w:val="5A6978"/>
          <w:sz w:val="15"/>
        </w:rPr>
        <w:t>Please copy the table and use the appropriate number (corresponding to the number of sites).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1971"/>
        <w:gridCol w:w="1971"/>
        <w:gridCol w:w="1971"/>
      </w:tblGrid>
      <w:tr w:rsidR="000B39B9" w14:paraId="4FB48070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C1EB434" w14:textId="77777777" w:rsidR="000B39B9" w:rsidRDefault="00000000" w:rsidP="00810D3E">
            <w:r>
              <w:rPr>
                <w:b/>
                <w:color w:val="23374B"/>
                <w:sz w:val="15"/>
              </w:rPr>
              <w:t>Site 1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0F41ACA" w14:textId="77777777" w:rsidR="000B39B9" w:rsidRDefault="000B39B9" w:rsidP="00810D3E"/>
        </w:tc>
      </w:tr>
      <w:tr w:rsidR="000B39B9" w14:paraId="715D6C4B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AB02659" w14:textId="77777777" w:rsidR="000B39B9" w:rsidRDefault="00000000" w:rsidP="00810D3E">
            <w:r>
              <w:rPr>
                <w:color w:val="23374B"/>
                <w:sz w:val="15"/>
              </w:rPr>
              <w:t>Address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2BC001F" w14:textId="77777777" w:rsidR="000B39B9" w:rsidRDefault="00000000" w:rsidP="00810D3E">
            <w:r>
              <w:rPr>
                <w:color w:val="23374B"/>
                <w:sz w:val="16"/>
              </w:rPr>
              <w:t>«Street and house number», «City», «State/Province», «Postal Code»</w:t>
            </w:r>
          </w:p>
        </w:tc>
      </w:tr>
      <w:tr w:rsidR="000B39B9" w14:paraId="56EB4415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8105A94" w14:textId="77777777" w:rsidR="000B39B9" w:rsidRDefault="00000000" w:rsidP="00810D3E">
            <w:r>
              <w:rPr>
                <w:color w:val="23374B"/>
                <w:sz w:val="14"/>
              </w:rPr>
              <w:t>Number of employees involved in certification-relevant processes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66FB7CF" w14:textId="77777777" w:rsidR="000B39B9" w:rsidRDefault="00000000" w:rsidP="00810D3E">
            <w:r>
              <w:rPr>
                <w:color w:val="23374B"/>
                <w:sz w:val="16"/>
              </w:rPr>
              <w:t>Total:</w:t>
            </w:r>
            <w:r>
              <w:rPr>
                <w:color w:val="23374B"/>
                <w:sz w:val="16"/>
              </w:rPr>
              <w:br/>
              <w:t>Including part-time employees:</w:t>
            </w:r>
            <w:r>
              <w:rPr>
                <w:color w:val="23374B"/>
                <w:sz w:val="16"/>
              </w:rPr>
              <w:br/>
              <w:t>Including field staff:</w:t>
            </w:r>
          </w:p>
        </w:tc>
      </w:tr>
      <w:tr w:rsidR="000B39B9" w14:paraId="4F040262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A9FC933" w14:textId="77777777" w:rsidR="000B39B9" w:rsidRDefault="00000000" w:rsidP="00810D3E">
            <w:r>
              <w:rPr>
                <w:color w:val="23374B"/>
                <w:sz w:val="14"/>
              </w:rPr>
              <w:t>Use of mobile or temporary workplaces?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EF66EC2" w14:textId="77777777" w:rsidR="000B39B9" w:rsidRDefault="00000000" w:rsidP="00810D3E">
            <w:sdt>
              <w:sdtPr>
                <w:alias w:val="cb_106"/>
                <w:tag w:val="cb_106"/>
                <w:id w:val="10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     </w:t>
            </w:r>
            <w:sdt>
              <w:sdtPr>
                <w:alias w:val="cb_107"/>
                <w:tag w:val="cb_107"/>
                <w:id w:val="10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</w:t>
            </w:r>
          </w:p>
        </w:tc>
      </w:tr>
      <w:tr w:rsidR="000B39B9" w14:paraId="53CEA951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7DC57D2" w14:textId="77777777" w:rsidR="000B39B9" w:rsidRDefault="00000000" w:rsidP="00810D3E">
            <w:r>
              <w:rPr>
                <w:b/>
                <w:color w:val="23374B"/>
                <w:sz w:val="14"/>
              </w:rPr>
              <w:t>Shared (cross-site) functions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B21F48D" w14:textId="77777777" w:rsidR="000B39B9" w:rsidRDefault="00000000" w:rsidP="00810D3E">
            <w:r>
              <w:rPr>
                <w:b/>
                <w:color w:val="23374B"/>
                <w:sz w:val="14"/>
              </w:rPr>
              <w:t>Yes, for this site only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0AF6FDC" w14:textId="77777777" w:rsidR="000B39B9" w:rsidRDefault="00000000" w:rsidP="00810D3E">
            <w:r>
              <w:rPr>
                <w:b/>
                <w:color w:val="23374B"/>
                <w:sz w:val="14"/>
              </w:rPr>
              <w:t>Yes, also for other sites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5630BF5" w14:textId="77777777" w:rsidR="000B39B9" w:rsidRDefault="00000000" w:rsidP="00810D3E">
            <w:r>
              <w:rPr>
                <w:b/>
                <w:color w:val="23374B"/>
                <w:sz w:val="14"/>
              </w:rPr>
              <w:t>No</w:t>
            </w:r>
          </w:p>
        </w:tc>
      </w:tr>
      <w:tr w:rsidR="000B39B9" w14:paraId="69DA9C29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A42772C" w14:textId="77777777" w:rsidR="000B39B9" w:rsidRDefault="00000000" w:rsidP="00810D3E">
            <w:r>
              <w:rPr>
                <w:color w:val="23374B"/>
                <w:sz w:val="14"/>
              </w:rPr>
              <w:t>Information security policy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2E2984C" w14:textId="77777777" w:rsidR="000B39B9" w:rsidRDefault="00000000" w:rsidP="00810D3E">
            <w:pPr>
              <w:jc w:val="center"/>
            </w:pPr>
            <w:sdt>
              <w:sdtPr>
                <w:alias w:val="cb_108"/>
                <w:tag w:val="cb_108"/>
                <w:id w:val="10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9F94FC2" w14:textId="77777777" w:rsidR="000B39B9" w:rsidRDefault="00000000" w:rsidP="00810D3E">
            <w:pPr>
              <w:jc w:val="center"/>
            </w:pPr>
            <w:sdt>
              <w:sdtPr>
                <w:alias w:val="cb_109"/>
                <w:tag w:val="cb_109"/>
                <w:id w:val="10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C75AF81" w14:textId="77777777" w:rsidR="000B39B9" w:rsidRDefault="00000000" w:rsidP="00810D3E">
            <w:pPr>
              <w:jc w:val="center"/>
            </w:pPr>
            <w:sdt>
              <w:sdtPr>
                <w:alias w:val="cb_110"/>
                <w:tag w:val="cb_110"/>
                <w:id w:val="10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32CB00E4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2A5C8DC" w14:textId="77777777" w:rsidR="000B39B9" w:rsidRDefault="00000000" w:rsidP="00810D3E">
            <w:r>
              <w:rPr>
                <w:color w:val="23374B"/>
                <w:sz w:val="14"/>
              </w:rPr>
              <w:lastRenderedPageBreak/>
              <w:t>Management of the information security management system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D174BFB" w14:textId="77777777" w:rsidR="000B39B9" w:rsidRDefault="00000000" w:rsidP="00810D3E">
            <w:pPr>
              <w:jc w:val="center"/>
            </w:pPr>
            <w:sdt>
              <w:sdtPr>
                <w:alias w:val="cb_111"/>
                <w:tag w:val="cb_111"/>
                <w:id w:val="10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1CAAE88" w14:textId="77777777" w:rsidR="000B39B9" w:rsidRDefault="00000000" w:rsidP="00810D3E">
            <w:pPr>
              <w:jc w:val="center"/>
            </w:pPr>
            <w:sdt>
              <w:sdtPr>
                <w:alias w:val="cb_112"/>
                <w:tag w:val="cb_112"/>
                <w:id w:val="10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79679CA" w14:textId="77777777" w:rsidR="000B39B9" w:rsidRDefault="00000000" w:rsidP="00810D3E">
            <w:pPr>
              <w:jc w:val="center"/>
            </w:pPr>
            <w:sdt>
              <w:sdtPr>
                <w:alias w:val="cb_113"/>
                <w:tag w:val="cb_113"/>
                <w:id w:val="10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46E61BEA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0EE01BF" w14:textId="77777777" w:rsidR="000B39B9" w:rsidRDefault="00000000" w:rsidP="00810D3E">
            <w:r>
              <w:rPr>
                <w:color w:val="23374B"/>
                <w:sz w:val="14"/>
              </w:rPr>
              <w:t>Roles, responsibilities and authorities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5C5CAD6" w14:textId="77777777" w:rsidR="000B39B9" w:rsidRDefault="00000000" w:rsidP="00810D3E">
            <w:pPr>
              <w:jc w:val="center"/>
            </w:pPr>
            <w:sdt>
              <w:sdtPr>
                <w:alias w:val="cb_114"/>
                <w:tag w:val="cb_114"/>
                <w:id w:val="10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0035467" w14:textId="77777777" w:rsidR="000B39B9" w:rsidRDefault="00000000" w:rsidP="00810D3E">
            <w:pPr>
              <w:jc w:val="center"/>
            </w:pPr>
            <w:sdt>
              <w:sdtPr>
                <w:alias w:val="cb_115"/>
                <w:tag w:val="cb_115"/>
                <w:id w:val="10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AC9B309" w14:textId="77777777" w:rsidR="000B39B9" w:rsidRDefault="00000000" w:rsidP="00810D3E">
            <w:pPr>
              <w:jc w:val="center"/>
            </w:pPr>
            <w:sdt>
              <w:sdtPr>
                <w:alias w:val="cb_116"/>
                <w:tag w:val="cb_116"/>
                <w:id w:val="10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3A7E0D1C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4C9B7CA" w14:textId="77777777" w:rsidR="000B39B9" w:rsidRDefault="00000000" w:rsidP="00810D3E">
            <w:r>
              <w:rPr>
                <w:color w:val="23374B"/>
                <w:sz w:val="14"/>
              </w:rPr>
              <w:t>Document control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499C7F06" w14:textId="77777777" w:rsidR="000B39B9" w:rsidRDefault="00000000" w:rsidP="00810D3E">
            <w:pPr>
              <w:jc w:val="center"/>
            </w:pPr>
            <w:sdt>
              <w:sdtPr>
                <w:alias w:val="cb_117"/>
                <w:tag w:val="cb_117"/>
                <w:id w:val="10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3C1DD54" w14:textId="77777777" w:rsidR="000B39B9" w:rsidRDefault="00000000" w:rsidP="00810D3E">
            <w:pPr>
              <w:jc w:val="center"/>
            </w:pPr>
            <w:sdt>
              <w:sdtPr>
                <w:alias w:val="cb_118"/>
                <w:tag w:val="cb_118"/>
                <w:id w:val="10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F549252" w14:textId="77777777" w:rsidR="000B39B9" w:rsidRDefault="00000000" w:rsidP="00810D3E">
            <w:pPr>
              <w:jc w:val="center"/>
            </w:pPr>
            <w:sdt>
              <w:sdtPr>
                <w:alias w:val="cb_119"/>
                <w:tag w:val="cb_119"/>
                <w:id w:val="10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54BF01A9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0C9C34A" w14:textId="77777777" w:rsidR="000B39B9" w:rsidRDefault="00000000" w:rsidP="00810D3E">
            <w:r>
              <w:rPr>
                <w:color w:val="23374B"/>
                <w:sz w:val="14"/>
              </w:rPr>
              <w:t>Human resources management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755B8BD" w14:textId="77777777" w:rsidR="000B39B9" w:rsidRDefault="00000000" w:rsidP="00810D3E">
            <w:pPr>
              <w:jc w:val="center"/>
            </w:pPr>
            <w:sdt>
              <w:sdtPr>
                <w:alias w:val="cb_120"/>
                <w:tag w:val="cb_120"/>
                <w:id w:val="10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E9CEFBF" w14:textId="77777777" w:rsidR="000B39B9" w:rsidRDefault="00000000" w:rsidP="00810D3E">
            <w:pPr>
              <w:jc w:val="center"/>
            </w:pPr>
            <w:sdt>
              <w:sdtPr>
                <w:alias w:val="cb_121"/>
                <w:tag w:val="cb_121"/>
                <w:id w:val="10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5A63800" w14:textId="77777777" w:rsidR="000B39B9" w:rsidRDefault="00000000" w:rsidP="00810D3E">
            <w:pPr>
              <w:jc w:val="center"/>
            </w:pPr>
            <w:sdt>
              <w:sdtPr>
                <w:alias w:val="cb_122"/>
                <w:tag w:val="cb_122"/>
                <w:id w:val="10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5941D013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EAF89EF" w14:textId="77777777" w:rsidR="000B39B9" w:rsidRDefault="00000000" w:rsidP="00810D3E">
            <w:r>
              <w:rPr>
                <w:color w:val="23374B"/>
                <w:sz w:val="14"/>
              </w:rPr>
              <w:t>Procurement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F4B71FC" w14:textId="77777777" w:rsidR="000B39B9" w:rsidRDefault="00000000" w:rsidP="00810D3E">
            <w:pPr>
              <w:jc w:val="center"/>
            </w:pPr>
            <w:sdt>
              <w:sdtPr>
                <w:alias w:val="cb_123"/>
                <w:tag w:val="cb_123"/>
                <w:id w:val="10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C60BA6C" w14:textId="77777777" w:rsidR="000B39B9" w:rsidRDefault="00000000" w:rsidP="00810D3E">
            <w:pPr>
              <w:jc w:val="center"/>
            </w:pPr>
            <w:sdt>
              <w:sdtPr>
                <w:alias w:val="cb_124"/>
                <w:tag w:val="cb_124"/>
                <w:id w:val="10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5DC8E09" w14:textId="77777777" w:rsidR="000B39B9" w:rsidRDefault="00000000" w:rsidP="00810D3E">
            <w:pPr>
              <w:jc w:val="center"/>
            </w:pPr>
            <w:sdt>
              <w:sdtPr>
                <w:alias w:val="cb_125"/>
                <w:tag w:val="cb_125"/>
                <w:id w:val="10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69220239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4CD85CD1" w14:textId="77777777" w:rsidR="000B39B9" w:rsidRDefault="00000000" w:rsidP="00810D3E">
            <w:r>
              <w:rPr>
                <w:color w:val="23374B"/>
                <w:sz w:val="14"/>
              </w:rPr>
              <w:t>Risk management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36D97B1" w14:textId="77777777" w:rsidR="000B39B9" w:rsidRDefault="00000000" w:rsidP="00810D3E">
            <w:pPr>
              <w:jc w:val="center"/>
            </w:pPr>
            <w:sdt>
              <w:sdtPr>
                <w:alias w:val="cb_126"/>
                <w:tag w:val="cb_126"/>
                <w:id w:val="10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E612C01" w14:textId="77777777" w:rsidR="000B39B9" w:rsidRDefault="00000000" w:rsidP="00810D3E">
            <w:pPr>
              <w:jc w:val="center"/>
            </w:pPr>
            <w:sdt>
              <w:sdtPr>
                <w:alias w:val="cb_127"/>
                <w:tag w:val="cb_127"/>
                <w:id w:val="10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0E1FFE0" w14:textId="77777777" w:rsidR="000B39B9" w:rsidRDefault="00000000" w:rsidP="00810D3E">
            <w:pPr>
              <w:jc w:val="center"/>
            </w:pPr>
            <w:sdt>
              <w:sdtPr>
                <w:alias w:val="cb_128"/>
                <w:tag w:val="cb_128"/>
                <w:id w:val="10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14CBB0E5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8BC3A58" w14:textId="77777777" w:rsidR="000B39B9" w:rsidRDefault="00000000" w:rsidP="00810D3E">
            <w:r>
              <w:rPr>
                <w:color w:val="23374B"/>
                <w:sz w:val="14"/>
              </w:rPr>
              <w:t>Development activities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4817228D" w14:textId="77777777" w:rsidR="000B39B9" w:rsidRDefault="00000000" w:rsidP="00810D3E">
            <w:pPr>
              <w:jc w:val="center"/>
            </w:pPr>
            <w:sdt>
              <w:sdtPr>
                <w:alias w:val="cb_129"/>
                <w:tag w:val="cb_129"/>
                <w:id w:val="10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A955A3B" w14:textId="77777777" w:rsidR="000B39B9" w:rsidRDefault="00000000" w:rsidP="00810D3E">
            <w:pPr>
              <w:jc w:val="center"/>
            </w:pPr>
            <w:sdt>
              <w:sdtPr>
                <w:alias w:val="cb_130"/>
                <w:tag w:val="cb_130"/>
                <w:id w:val="10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EB36F90" w14:textId="77777777" w:rsidR="000B39B9" w:rsidRDefault="00000000" w:rsidP="00810D3E">
            <w:pPr>
              <w:jc w:val="center"/>
            </w:pPr>
            <w:sdt>
              <w:sdtPr>
                <w:alias w:val="cb_131"/>
                <w:tag w:val="cb_131"/>
                <w:id w:val="10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0B39B9" w14:paraId="28837D5D" w14:textId="77777777" w:rsidTr="00810D3E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54E02E7" w14:textId="77777777" w:rsidR="000B39B9" w:rsidRDefault="00000000" w:rsidP="00810D3E">
            <w:r>
              <w:rPr>
                <w:color w:val="23374B"/>
                <w:sz w:val="14"/>
              </w:rPr>
              <w:t>Site-specific processes/activities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CD23D38" w14:textId="77777777" w:rsidR="000B39B9" w:rsidRDefault="000B39B9" w:rsidP="00810D3E"/>
        </w:tc>
      </w:tr>
    </w:tbl>
    <w:p w14:paraId="576D218A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0B39B9" w14:paraId="24C4CA7F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0AC9349" w14:textId="77777777" w:rsidR="000B39B9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13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9B1D6D" w14:textId="77777777" w:rsidR="000B39B9" w:rsidRDefault="00000000">
            <w:r>
              <w:rPr>
                <w:b/>
                <w:color w:val="23374B"/>
                <w:sz w:val="22"/>
              </w:rPr>
              <w:t>Language / Special Requirements</w:t>
            </w:r>
          </w:p>
        </w:tc>
      </w:tr>
    </w:tbl>
    <w:p w14:paraId="2C993331" w14:textId="77777777" w:rsidR="000B39B9" w:rsidRDefault="000B39B9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0B39B9" w14:paraId="4E8EB210" w14:textId="77777777" w:rsidTr="00810D3E">
        <w:trPr>
          <w:trHeight w:val="42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4DBC77" w14:textId="77777777" w:rsidR="000B39B9" w:rsidRDefault="00000000" w:rsidP="00810D3E">
            <w:r>
              <w:rPr>
                <w:b/>
                <w:color w:val="23374B"/>
                <w:sz w:val="16"/>
              </w:rPr>
              <w:t>In which language should the audit be conducted?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D43D6A8" w14:textId="77777777" w:rsidR="000B39B9" w:rsidRDefault="00000000" w:rsidP="00810D3E">
            <w:sdt>
              <w:sdtPr>
                <w:alias w:val="cb_132"/>
                <w:tag w:val="cb_132"/>
                <w:id w:val="10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German  </w:t>
            </w:r>
            <w:sdt>
              <w:sdtPr>
                <w:alias w:val="cb_133"/>
                <w:tag w:val="cb_133"/>
                <w:id w:val="1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English  </w:t>
            </w:r>
            <w:sdt>
              <w:sdtPr>
                <w:alias w:val="cb_134"/>
                <w:tag w:val="cb_134"/>
                <w:id w:val="10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Other:</w:t>
            </w:r>
          </w:p>
        </w:tc>
      </w:tr>
      <w:tr w:rsidR="000B39B9" w14:paraId="64BFA90F" w14:textId="77777777" w:rsidTr="00810D3E">
        <w:trPr>
          <w:trHeight w:val="8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51F125" w14:textId="77777777" w:rsidR="000B39B9" w:rsidRDefault="00000000" w:rsidP="00810D3E">
            <w:r>
              <w:rPr>
                <w:b/>
                <w:color w:val="23374B"/>
                <w:sz w:val="16"/>
              </w:rPr>
              <w:t>Are there areas or documents relevant to the scope of certification that, for confidentiality reasons, auditors are not permitted to access or review?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9CF069" w14:textId="77777777" w:rsidR="000B39B9" w:rsidRDefault="00000000" w:rsidP="00810D3E">
            <w:sdt>
              <w:sdtPr>
                <w:alias w:val="cb_135"/>
                <w:tag w:val="cb_135"/>
                <w:id w:val="10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No  </w:t>
            </w:r>
            <w:sdt>
              <w:sdtPr>
                <w:alias w:val="cb_136"/>
                <w:tag w:val="cb_136"/>
                <w:id w:val="10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Yes, please specify:</w:t>
            </w:r>
          </w:p>
        </w:tc>
      </w:tr>
      <w:tr w:rsidR="000B39B9" w14:paraId="263C0B42" w14:textId="77777777" w:rsidTr="00810D3E">
        <w:trPr>
          <w:trHeight w:val="4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C59824" w14:textId="77777777" w:rsidR="000B39B9" w:rsidRDefault="00000000" w:rsidP="00810D3E">
            <w:r>
              <w:rPr>
                <w:b/>
                <w:color w:val="23374B"/>
                <w:sz w:val="16"/>
              </w:rPr>
              <w:t>Desired start date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6A61EF" w14:textId="77777777" w:rsidR="000B39B9" w:rsidRDefault="000B39B9" w:rsidP="00810D3E"/>
        </w:tc>
      </w:tr>
    </w:tbl>
    <w:p w14:paraId="688898FF" w14:textId="77777777" w:rsidR="000B39B9" w:rsidRDefault="000B39B9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94"/>
        <w:gridCol w:w="2195"/>
        <w:gridCol w:w="3327"/>
        <w:gridCol w:w="2572"/>
      </w:tblGrid>
      <w:tr w:rsidR="000B39B9" w14:paraId="46B9514A" w14:textId="77777777" w:rsidTr="00810D3E">
        <w:tc>
          <w:tcPr>
            <w:tcW w:w="219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</w:tcPr>
          <w:p w14:paraId="5B626D6A" w14:textId="77777777" w:rsidR="000B39B9" w:rsidRDefault="000B39B9"/>
        </w:tc>
        <w:tc>
          <w:tcPr>
            <w:tcW w:w="219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</w:tcPr>
          <w:p w14:paraId="6A0C623B" w14:textId="77777777" w:rsidR="000B39B9" w:rsidRDefault="000B39B9"/>
        </w:tc>
        <w:tc>
          <w:tcPr>
            <w:tcW w:w="332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</w:tcPr>
          <w:p w14:paraId="782172C2" w14:textId="77777777" w:rsidR="000B39B9" w:rsidRDefault="000B39B9"/>
        </w:tc>
        <w:tc>
          <w:tcPr>
            <w:tcW w:w="257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</w:tcPr>
          <w:p w14:paraId="363C69F3" w14:textId="77777777" w:rsidR="000B39B9" w:rsidRDefault="000B39B9"/>
        </w:tc>
      </w:tr>
      <w:tr w:rsidR="000B39B9" w14:paraId="21913188" w14:textId="77777777" w:rsidTr="00810D3E">
        <w:tc>
          <w:tcPr>
            <w:tcW w:w="219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  <w:vAlign w:val="center"/>
          </w:tcPr>
          <w:p w14:paraId="4E705EB2" w14:textId="77777777" w:rsidR="000B39B9" w:rsidRDefault="00000000">
            <w:pPr>
              <w:jc w:val="center"/>
            </w:pPr>
            <w:r>
              <w:rPr>
                <w:color w:val="23374B"/>
                <w:sz w:val="16"/>
              </w:rPr>
              <w:t>Place, date</w:t>
            </w:r>
          </w:p>
        </w:tc>
        <w:tc>
          <w:tcPr>
            <w:tcW w:w="219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  <w:vAlign w:val="center"/>
          </w:tcPr>
          <w:p w14:paraId="47EDB233" w14:textId="77777777" w:rsidR="000B39B9" w:rsidRDefault="00000000">
            <w:pPr>
              <w:jc w:val="center"/>
            </w:pPr>
            <w:r>
              <w:rPr>
                <w:color w:val="23374B"/>
                <w:sz w:val="16"/>
              </w:rPr>
              <w:t>First name, last name</w:t>
            </w:r>
          </w:p>
        </w:tc>
        <w:tc>
          <w:tcPr>
            <w:tcW w:w="332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  <w:vAlign w:val="center"/>
          </w:tcPr>
          <w:p w14:paraId="04DA18B6" w14:textId="77777777" w:rsidR="000B39B9" w:rsidRDefault="00000000">
            <w:pPr>
              <w:jc w:val="center"/>
            </w:pPr>
            <w:r>
              <w:rPr>
                <w:color w:val="23374B"/>
                <w:sz w:val="16"/>
              </w:rPr>
              <w:t>Function</w:t>
            </w:r>
          </w:p>
        </w:tc>
        <w:tc>
          <w:tcPr>
            <w:tcW w:w="257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  <w:vAlign w:val="center"/>
          </w:tcPr>
          <w:p w14:paraId="3DF2AADA" w14:textId="77777777" w:rsidR="000B39B9" w:rsidRDefault="00000000">
            <w:pPr>
              <w:jc w:val="center"/>
            </w:pPr>
            <w:r>
              <w:rPr>
                <w:color w:val="23374B"/>
                <w:sz w:val="16"/>
              </w:rPr>
              <w:t>Signature</w:t>
            </w:r>
          </w:p>
        </w:tc>
      </w:tr>
    </w:tbl>
    <w:p w14:paraId="5A25FB0E" w14:textId="77777777" w:rsidR="000B39B9" w:rsidRDefault="000B39B9">
      <w:pPr>
        <w:spacing w:after="40"/>
      </w:pPr>
    </w:p>
    <w:p w14:paraId="7E1D4151" w14:textId="77777777" w:rsidR="000B39B9" w:rsidRDefault="00000000">
      <w:pPr>
        <w:spacing w:before="20"/>
      </w:pPr>
      <w:r>
        <w:rPr>
          <w:b/>
          <w:color w:val="23374B"/>
        </w:rPr>
        <w:t>Please send the completed and signed form to: sales@intellcert.com</w:t>
      </w:r>
    </w:p>
    <w:sectPr w:rsidR="000B39B9" w:rsidSect="00A557F7">
      <w:headerReference w:type="default" r:id="rId8"/>
      <w:footerReference w:type="default" r:id="rId9"/>
      <w:pgSz w:w="12240" w:h="15840"/>
      <w:pgMar w:top="879" w:right="709" w:bottom="765" w:left="1134" w:header="255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222A6" w14:textId="77777777" w:rsidR="00BA3A9E" w:rsidRDefault="00BA3A9E">
      <w:r>
        <w:separator/>
      </w:r>
    </w:p>
  </w:endnote>
  <w:endnote w:type="continuationSeparator" w:id="0">
    <w:p w14:paraId="7C3D4E3A" w14:textId="77777777" w:rsidR="00BA3A9E" w:rsidRDefault="00BA3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CCF18" w14:textId="77777777" w:rsidR="00974B2C" w:rsidRDefault="00974B2C">
    <w:pPr>
      <w:pStyle w:val="Fuzeil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515"/>
      <w:gridCol w:w="3515"/>
      <w:gridCol w:w="3458"/>
    </w:tblGrid>
    <w:tr w:rsidR="00974B2C" w14:paraId="5896ACA1" w14:textId="77777777">
      <w:trPr>
        <w:jc w:val="center"/>
      </w:trPr>
      <w:tc>
        <w:tcPr>
          <w:tcW w:w="3515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18D1D271" w14:textId="5D59E9B9" w:rsidR="000B39B9" w:rsidRDefault="00000000">
          <w:r>
            <w:rPr>
              <w:color w:val="5F6E7D"/>
              <w:sz w:val="16"/>
            </w:rPr>
            <w:t>IQM_</w:t>
          </w:r>
          <w:proofErr w:type="gramStart"/>
          <w:r>
            <w:rPr>
              <w:color w:val="5F6E7D"/>
              <w:sz w:val="16"/>
            </w:rPr>
            <w:t>01117</w:t>
          </w:r>
          <w:r w:rsidR="008B46C2">
            <w:rPr>
              <w:color w:val="5F6E7D"/>
              <w:sz w:val="16"/>
            </w:rPr>
            <w:t>1</w:t>
          </w:r>
          <w:r>
            <w:rPr>
              <w:color w:val="5F6E7D"/>
              <w:sz w:val="16"/>
            </w:rPr>
            <w:t xml:space="preserve">  |</w:t>
          </w:r>
          <w:proofErr w:type="gramEnd"/>
          <w:r>
            <w:rPr>
              <w:color w:val="5F6E7D"/>
              <w:sz w:val="16"/>
            </w:rPr>
            <w:t xml:space="preserve">  Revision </w:t>
          </w:r>
          <w:proofErr w:type="gramStart"/>
          <w:r>
            <w:rPr>
              <w:color w:val="5F6E7D"/>
              <w:sz w:val="16"/>
            </w:rPr>
            <w:t>01.20  |</w:t>
          </w:r>
          <w:proofErr w:type="gramEnd"/>
          <w:r>
            <w:rPr>
              <w:color w:val="5F6E7D"/>
              <w:sz w:val="16"/>
            </w:rPr>
            <w:t xml:space="preserve">  2025-12-17</w:t>
          </w:r>
        </w:p>
      </w:tc>
      <w:tc>
        <w:tcPr>
          <w:tcW w:w="3515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4483034E" w14:textId="77777777" w:rsidR="00974B2C" w:rsidRDefault="003375EC">
          <w:pPr>
            <w:jc w:val="center"/>
          </w:pPr>
          <w:r>
            <w:rPr>
              <w:color w:val="6E7B87"/>
              <w:sz w:val="14"/>
            </w:rPr>
            <w:t>intellcert is a registered trademark.</w:t>
          </w:r>
        </w:p>
      </w:tc>
      <w:tc>
        <w:tcPr>
          <w:tcW w:w="3458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7122A166" w14:textId="77777777" w:rsidR="00974B2C" w:rsidRDefault="003375EC">
          <w:pPr>
            <w:jc w:val="right"/>
          </w:pPr>
          <w:r>
            <w:rPr>
              <w:color w:val="6E7B87"/>
              <w:sz w:val="1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D5A8A">
            <w:rPr>
              <w:noProof/>
            </w:rPr>
            <w:t>1</w:t>
          </w:r>
          <w:r>
            <w:fldChar w:fldCharType="end"/>
          </w:r>
          <w:r>
            <w:rPr>
              <w:color w:val="6E7B87"/>
              <w:sz w:val="1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D5A8A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374B6" w14:textId="77777777" w:rsidR="00BA3A9E" w:rsidRDefault="00BA3A9E">
      <w:r>
        <w:separator/>
      </w:r>
    </w:p>
  </w:footnote>
  <w:footnote w:type="continuationSeparator" w:id="0">
    <w:p w14:paraId="5E37A69B" w14:textId="77777777" w:rsidR="00BA3A9E" w:rsidRDefault="00BA3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DEDAB" w14:textId="77777777" w:rsidR="00974B2C" w:rsidRDefault="00974B2C">
    <w:pPr>
      <w:pStyle w:val="Kopfzeil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835"/>
      <w:gridCol w:w="6690"/>
    </w:tblGrid>
    <w:tr w:rsidR="00974B2C" w14:paraId="5EFF1E70" w14:textId="77777777" w:rsidTr="00C70136">
      <w:trPr>
        <w:jc w:val="center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B436C4C" w14:textId="77777777" w:rsidR="00974B2C" w:rsidRDefault="003375EC">
          <w:r>
            <w:rPr>
              <w:noProof/>
            </w:rPr>
            <w:drawing>
              <wp:inline distT="0" distB="0" distL="0" distR="0" wp14:anchorId="051641A2" wp14:editId="41E09B4C">
                <wp:extent cx="1512000" cy="63749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tellcert_logo_mast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6374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9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549E7BC5" w14:textId="77777777" w:rsidR="000B39B9" w:rsidRDefault="00000000">
          <w:pPr>
            <w:jc w:val="right"/>
          </w:pPr>
          <w:r>
            <w:rPr>
              <w:b/>
              <w:color w:val="23374B"/>
              <w:sz w:val="34"/>
            </w:rPr>
            <w:t>Service Request Questionnaire</w:t>
          </w:r>
          <w:r>
            <w:rPr>
              <w:b/>
              <w:color w:val="0070C0"/>
              <w:sz w:val="26"/>
            </w:rPr>
            <w:br/>
            <w:t>ISO 27001:2022</w:t>
          </w:r>
        </w:p>
      </w:tc>
    </w:tr>
  </w:tbl>
  <w:p w14:paraId="7C3FA1C6" w14:textId="77777777" w:rsidR="00974B2C" w:rsidRDefault="00974B2C">
    <w:pPr>
      <w:pBdr>
        <w:bottom w:val="single" w:sz="16" w:space="1" w:color="0070C0"/>
      </w:pBdr>
      <w:spacing w:after="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8979252">
    <w:abstractNumId w:val="8"/>
  </w:num>
  <w:num w:numId="2" w16cid:durableId="605116660">
    <w:abstractNumId w:val="6"/>
  </w:num>
  <w:num w:numId="3" w16cid:durableId="645167399">
    <w:abstractNumId w:val="5"/>
  </w:num>
  <w:num w:numId="4" w16cid:durableId="555510499">
    <w:abstractNumId w:val="4"/>
  </w:num>
  <w:num w:numId="5" w16cid:durableId="1819346027">
    <w:abstractNumId w:val="7"/>
  </w:num>
  <w:num w:numId="6" w16cid:durableId="337462491">
    <w:abstractNumId w:val="3"/>
  </w:num>
  <w:num w:numId="7" w16cid:durableId="118375729">
    <w:abstractNumId w:val="2"/>
  </w:num>
  <w:num w:numId="8" w16cid:durableId="800343183">
    <w:abstractNumId w:val="1"/>
  </w:num>
  <w:num w:numId="9" w16cid:durableId="95479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8A5"/>
    <w:rsid w:val="000729A7"/>
    <w:rsid w:val="000932F3"/>
    <w:rsid w:val="000B39B9"/>
    <w:rsid w:val="0015074B"/>
    <w:rsid w:val="0018552F"/>
    <w:rsid w:val="001D5A8A"/>
    <w:rsid w:val="001E63D7"/>
    <w:rsid w:val="0029639D"/>
    <w:rsid w:val="002A2C79"/>
    <w:rsid w:val="00326F90"/>
    <w:rsid w:val="003375EC"/>
    <w:rsid w:val="004148A0"/>
    <w:rsid w:val="00465AA0"/>
    <w:rsid w:val="005014FF"/>
    <w:rsid w:val="00635B7D"/>
    <w:rsid w:val="00683507"/>
    <w:rsid w:val="006A1954"/>
    <w:rsid w:val="006C1FEB"/>
    <w:rsid w:val="00800605"/>
    <w:rsid w:val="00810D3E"/>
    <w:rsid w:val="008B46C2"/>
    <w:rsid w:val="009616D3"/>
    <w:rsid w:val="00974B2C"/>
    <w:rsid w:val="009D723C"/>
    <w:rsid w:val="00A557F7"/>
    <w:rsid w:val="00A751B7"/>
    <w:rsid w:val="00AA1D8D"/>
    <w:rsid w:val="00AB72AE"/>
    <w:rsid w:val="00AF367C"/>
    <w:rsid w:val="00B47730"/>
    <w:rsid w:val="00B7559A"/>
    <w:rsid w:val="00BA3A9E"/>
    <w:rsid w:val="00BC42CE"/>
    <w:rsid w:val="00BD4CB7"/>
    <w:rsid w:val="00C70136"/>
    <w:rsid w:val="00CB0664"/>
    <w:rsid w:val="00D5141F"/>
    <w:rsid w:val="00DE6179"/>
    <w:rsid w:val="00E05F87"/>
    <w:rsid w:val="00E4231F"/>
    <w:rsid w:val="00FC46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992C6"/>
  <w14:defaultImageDpi w14:val="300"/>
  <w15:docId w15:val="{4D57F10A-EA27-4DEF-B0FB-438DB468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 w:line="240" w:lineRule="auto"/>
    </w:pPr>
    <w:rPr>
      <w:rFonts w:ascii="Arial" w:eastAsia="Arial" w:hAnsi="Arial"/>
      <w:color w:val="20364A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959</Words>
  <Characters>6043</Characters>
  <Application>Microsoft Office Word</Application>
  <DocSecurity>0</DocSecurity>
  <Lines>50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IQM_011160 Fragebogen zur Serviceanforderung ISO 9001:2015</vt:lpstr>
      <vt:lpstr/>
    </vt:vector>
  </TitlesOfParts>
  <Manager/>
  <Company/>
  <LinksUpToDate>false</LinksUpToDate>
  <CharactersWithSpaces>6989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IQM_011160 Fragebogen zur Serviceanforderung ISO 9001:2015</dc:title>
  <dc:subject>Service Request Form ISO 9001</dc:subject>
  <dc:creator>intellcert GmbH</dc:creator>
  <cp:keywords/>
  <dc:description>Modernisierte Word-Vorlage; Revision 02.00</dc:description>
  <cp:lastModifiedBy>Hamid Rezvani</cp:lastModifiedBy>
  <cp:revision>5</cp:revision>
  <dcterms:created xsi:type="dcterms:W3CDTF">2026-09-08T17:42:00Z</dcterms:created>
  <dcterms:modified xsi:type="dcterms:W3CDTF">2026-09-08T17:56:00Z</dcterms:modified>
  <cp:category/>
</cp:coreProperties>
</file>