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A508" w14:textId="77777777" w:rsidR="007F7C4E" w:rsidRDefault="007F7C4E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77BDF965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6CF941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A2E1D2" w14:textId="77777777" w:rsidR="007F7C4E" w:rsidRDefault="00A92BF1">
            <w:r>
              <w:rPr>
                <w:b/>
                <w:color w:val="23374B"/>
                <w:sz w:val="22"/>
              </w:rPr>
              <w:t>Unternehmensinformationen</w:t>
            </w:r>
          </w:p>
        </w:tc>
      </w:tr>
    </w:tbl>
    <w:p w14:paraId="4E159C2A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14:paraId="6500F6A1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14D67E" w14:textId="77777777" w:rsidR="007F7C4E" w:rsidRDefault="00A92BF1" w:rsidP="007A3506">
            <w:r>
              <w:rPr>
                <w:b/>
                <w:color w:val="23374B"/>
                <w:sz w:val="16"/>
              </w:rPr>
              <w:t>Unternehmensname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757471" w14:textId="77777777" w:rsidR="007F7C4E" w:rsidRDefault="007F7C4E" w:rsidP="007A3506"/>
        </w:tc>
      </w:tr>
      <w:tr w:rsidR="007F7C4E" w14:paraId="1337204E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0267C3" w14:textId="77777777" w:rsidR="007F7C4E" w:rsidRDefault="00A92BF1" w:rsidP="007A3506">
            <w:r>
              <w:rPr>
                <w:b/>
                <w:color w:val="23374B"/>
                <w:sz w:val="16"/>
              </w:rPr>
              <w:t>Rechtsform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53858D" w14:textId="77777777" w:rsidR="007F7C4E" w:rsidRDefault="007F7C4E" w:rsidP="007A3506"/>
        </w:tc>
      </w:tr>
      <w:tr w:rsidR="007F7C4E" w:rsidRPr="009A3D96" w14:paraId="54C7417F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DF1F03" w14:textId="77777777" w:rsidR="007F7C4E" w:rsidRDefault="00A92BF1" w:rsidP="007A3506">
            <w:r>
              <w:rPr>
                <w:b/>
                <w:color w:val="23374B"/>
                <w:sz w:val="16"/>
              </w:rPr>
              <w:t>Eingetragene Unternehmensanschrift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B5854A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«Straße und Hausnummer», «Stadt», «Bundesland», «PLZ»</w:t>
            </w:r>
          </w:p>
        </w:tc>
      </w:tr>
      <w:tr w:rsidR="007F7C4E" w:rsidRPr="009A3D96" w14:paraId="77001BC0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288843" w14:textId="77777777" w:rsidR="007F7C4E" w:rsidRDefault="00A92BF1" w:rsidP="007A3506">
            <w:proofErr w:type="spellStart"/>
            <w:r>
              <w:rPr>
                <w:b/>
                <w:color w:val="23374B"/>
                <w:sz w:val="16"/>
              </w:rPr>
              <w:t>Anschrift</w:t>
            </w:r>
            <w:proofErr w:type="spellEnd"/>
            <w:r>
              <w:rPr>
                <w:b/>
                <w:color w:val="23374B"/>
                <w:sz w:val="16"/>
              </w:rPr>
              <w:t xml:space="preserve"> des </w:t>
            </w:r>
            <w:proofErr w:type="spellStart"/>
            <w:r>
              <w:rPr>
                <w:b/>
                <w:color w:val="23374B"/>
                <w:sz w:val="16"/>
              </w:rPr>
              <w:t>operativen</w:t>
            </w:r>
            <w:proofErr w:type="spellEnd"/>
            <w:r>
              <w:rPr>
                <w:b/>
                <w:color w:val="23374B"/>
                <w:sz w:val="16"/>
              </w:rPr>
              <w:t xml:space="preserve"> </w:t>
            </w:r>
            <w:proofErr w:type="spellStart"/>
            <w:r>
              <w:rPr>
                <w:b/>
                <w:color w:val="23374B"/>
                <w:sz w:val="16"/>
              </w:rPr>
              <w:t>Standorts</w:t>
            </w:r>
            <w:proofErr w:type="spellEnd"/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007E74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«Straße und Hausnummer», «Stadt», « Bundesland », «PLZ»</w:t>
            </w:r>
          </w:p>
        </w:tc>
      </w:tr>
      <w:tr w:rsidR="007F7C4E" w14:paraId="7F2BE2FE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359F5E" w14:textId="77777777" w:rsidR="007F7C4E" w:rsidRDefault="00A92BF1" w:rsidP="007A3506">
            <w:r>
              <w:rPr>
                <w:b/>
                <w:color w:val="23374B"/>
                <w:sz w:val="16"/>
              </w:rPr>
              <w:t>URL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2FB47C" w14:textId="77777777" w:rsidR="007F7C4E" w:rsidRDefault="007F7C4E" w:rsidP="007A3506"/>
        </w:tc>
      </w:tr>
      <w:tr w:rsidR="007F7C4E" w14:paraId="48FCED80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B02455" w14:textId="77777777" w:rsidR="007F7C4E" w:rsidRDefault="00A92BF1" w:rsidP="007A3506">
            <w:r>
              <w:rPr>
                <w:b/>
                <w:color w:val="23374B"/>
                <w:sz w:val="16"/>
              </w:rPr>
              <w:t>Steuernummer / USt-IdNr.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6EA6AB" w14:textId="77777777" w:rsidR="007F7C4E" w:rsidRDefault="007F7C4E" w:rsidP="007A3506"/>
        </w:tc>
      </w:tr>
      <w:tr w:rsidR="007F7C4E" w14:paraId="0B7048FF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301940" w14:textId="77777777" w:rsidR="007F7C4E" w:rsidRDefault="00A92BF1" w:rsidP="007A3506">
            <w:r>
              <w:rPr>
                <w:b/>
                <w:color w:val="23374B"/>
                <w:sz w:val="16"/>
              </w:rPr>
              <w:t>Kontaktperson (Name, Vorname)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45663F" w14:textId="77777777" w:rsidR="007F7C4E" w:rsidRDefault="007F7C4E" w:rsidP="007A3506"/>
        </w:tc>
      </w:tr>
      <w:tr w:rsidR="007F7C4E" w14:paraId="79647CB9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AD0466" w14:textId="77777777" w:rsidR="007F7C4E" w:rsidRDefault="00A92BF1" w:rsidP="007A3506">
            <w:r>
              <w:rPr>
                <w:b/>
                <w:color w:val="23374B"/>
                <w:sz w:val="16"/>
              </w:rPr>
              <w:t>Position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8EABE0" w14:textId="77777777" w:rsidR="007F7C4E" w:rsidRDefault="007F7C4E" w:rsidP="007A3506"/>
        </w:tc>
      </w:tr>
      <w:tr w:rsidR="007F7C4E" w14:paraId="6ED141EA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11C8EF" w14:textId="77777777" w:rsidR="007F7C4E" w:rsidRDefault="00A92BF1" w:rsidP="007A3506">
            <w:r>
              <w:rPr>
                <w:b/>
                <w:color w:val="23374B"/>
                <w:sz w:val="16"/>
              </w:rPr>
              <w:t>E-Mail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5638E4" w14:textId="77777777" w:rsidR="007F7C4E" w:rsidRDefault="007F7C4E" w:rsidP="007A3506"/>
        </w:tc>
      </w:tr>
      <w:tr w:rsidR="007F7C4E" w14:paraId="5C31AA7F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DAABF6" w14:textId="77777777" w:rsidR="007F7C4E" w:rsidRDefault="00A92BF1" w:rsidP="007A3506">
            <w:r>
              <w:rPr>
                <w:b/>
                <w:color w:val="23374B"/>
                <w:sz w:val="16"/>
              </w:rPr>
              <w:t>Telefon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03E33F" w14:textId="77777777" w:rsidR="007F7C4E" w:rsidRDefault="007F7C4E" w:rsidP="007A3506"/>
        </w:tc>
      </w:tr>
      <w:tr w:rsidR="007F7C4E" w14:paraId="68643573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66B654" w14:textId="77777777" w:rsidR="007F7C4E" w:rsidRDefault="00A92BF1" w:rsidP="007A3506">
            <w:r>
              <w:rPr>
                <w:b/>
                <w:color w:val="23374B"/>
                <w:sz w:val="16"/>
              </w:rPr>
              <w:t>Mobil (freiwillig)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6DBFCF" w14:textId="77777777" w:rsidR="007F7C4E" w:rsidRDefault="007F7C4E" w:rsidP="007A3506"/>
        </w:tc>
      </w:tr>
    </w:tbl>
    <w:p w14:paraId="67636108" w14:textId="77777777" w:rsidR="007F7C4E" w:rsidRDefault="007F7C4E">
      <w:pPr>
        <w:spacing w:after="20"/>
      </w:pPr>
    </w:p>
    <w:p w14:paraId="6A8E4B17" w14:textId="77777777" w:rsidR="007F7C4E" w:rsidRDefault="007F7C4E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0C5C880F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E3B3BA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72E8E0" w14:textId="77777777" w:rsidR="007F7C4E" w:rsidRDefault="00A92BF1">
            <w:r>
              <w:rPr>
                <w:b/>
                <w:color w:val="23374B"/>
                <w:sz w:val="22"/>
              </w:rPr>
              <w:t>Tätigkeitsfelder</w:t>
            </w:r>
          </w:p>
        </w:tc>
      </w:tr>
    </w:tbl>
    <w:p w14:paraId="54DC6125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14:paraId="44992B0F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879D0A" w14:textId="77777777" w:rsidR="007F7C4E" w:rsidRDefault="00A92BF1" w:rsidP="007A3506">
            <w:r>
              <w:rPr>
                <w:b/>
                <w:color w:val="23374B"/>
                <w:sz w:val="16"/>
              </w:rPr>
              <w:t>Organisationsart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A03EE1" w14:textId="77777777" w:rsidR="007F7C4E" w:rsidRDefault="00A92BF1" w:rsidP="007A3506">
            <w:sdt>
              <w:sdtPr>
                <w:alias w:val="cb_1"/>
                <w:tag w:val="cb_1"/>
                <w:id w:val="10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Handel  </w:t>
            </w:r>
            <w:sdt>
              <w:sdtPr>
                <w:alias w:val="cb_2"/>
                <w:tag w:val="cb_2"/>
                <w:id w:val="1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Dienstleistungserbringung  </w:t>
            </w:r>
            <w:sdt>
              <w:sdtPr>
                <w:alias w:val="cb_3"/>
                <w:tag w:val="cb_3"/>
                <w:id w:val="10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Produktion  </w:t>
            </w:r>
            <w:sdt>
              <w:sdtPr>
                <w:alias w:val="cb_4"/>
                <w:tag w:val="cb_4"/>
                <w:id w:val="1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Behördlich</w:t>
            </w:r>
          </w:p>
        </w:tc>
      </w:tr>
      <w:tr w:rsidR="007F7C4E" w14:paraId="0013C637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15B8D0" w14:textId="77777777" w:rsidR="007F7C4E" w:rsidRDefault="00A92BF1" w:rsidP="007A3506">
            <w:r>
              <w:rPr>
                <w:b/>
                <w:color w:val="23374B"/>
                <w:sz w:val="16"/>
              </w:rPr>
              <w:t>Branche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5FDFA7" w14:textId="77777777" w:rsidR="007F7C4E" w:rsidRDefault="007F7C4E" w:rsidP="007A3506"/>
        </w:tc>
      </w:tr>
      <w:tr w:rsidR="007F7C4E" w14:paraId="72E5CB83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A7D678" w14:textId="77777777" w:rsidR="007F7C4E" w:rsidRDefault="00A92BF1" w:rsidP="007A3506">
            <w:r>
              <w:rPr>
                <w:b/>
                <w:color w:val="23374B"/>
                <w:sz w:val="16"/>
              </w:rPr>
              <w:t>Produkte / Services (Gruppe / Kategorie 1)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DB6CB2" w14:textId="77777777" w:rsidR="007F7C4E" w:rsidRDefault="007F7C4E" w:rsidP="007A3506"/>
        </w:tc>
      </w:tr>
      <w:tr w:rsidR="007F7C4E" w14:paraId="5E8895C1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BD491D" w14:textId="77777777" w:rsidR="007F7C4E" w:rsidRDefault="00A92BF1" w:rsidP="007A3506">
            <w:r>
              <w:rPr>
                <w:b/>
                <w:color w:val="23374B"/>
                <w:sz w:val="16"/>
              </w:rPr>
              <w:t>Produkte / Services (Gruppe / Kategorie 2)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AAC65D" w14:textId="77777777" w:rsidR="007F7C4E" w:rsidRDefault="007F7C4E" w:rsidP="007A3506"/>
        </w:tc>
      </w:tr>
      <w:tr w:rsidR="007F7C4E" w14:paraId="04703614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E60141" w14:textId="77777777" w:rsidR="007F7C4E" w:rsidRDefault="00A92BF1" w:rsidP="007A3506">
            <w:r>
              <w:rPr>
                <w:b/>
                <w:color w:val="23374B"/>
                <w:sz w:val="16"/>
              </w:rPr>
              <w:t>Produkte / Services (Gruppe / Kategorie 3)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CAE2EB" w14:textId="77777777" w:rsidR="007F7C4E" w:rsidRDefault="007F7C4E" w:rsidP="007A3506"/>
        </w:tc>
      </w:tr>
    </w:tbl>
    <w:p w14:paraId="5FD75589" w14:textId="77777777" w:rsidR="007F7C4E" w:rsidRDefault="007F7C4E">
      <w:pPr>
        <w:spacing w:after="20"/>
      </w:pPr>
    </w:p>
    <w:p w14:paraId="62F9526B" w14:textId="77777777" w:rsidR="007F7C4E" w:rsidRDefault="007F7C4E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6F8F836E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DBB10F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244C4A" w14:textId="77777777" w:rsidR="007F7C4E" w:rsidRDefault="00A92BF1">
            <w:r>
              <w:rPr>
                <w:b/>
                <w:color w:val="23374B"/>
                <w:sz w:val="22"/>
              </w:rPr>
              <w:t>Verfügbare Zertifizierungen</w:t>
            </w:r>
          </w:p>
        </w:tc>
      </w:tr>
    </w:tbl>
    <w:p w14:paraId="6FB1F6EA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2956"/>
        <w:gridCol w:w="2956"/>
      </w:tblGrid>
      <w:tr w:rsidR="007F7C4E" w14:paraId="12ADBA2D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5A54D7" w14:textId="77777777" w:rsidR="007F7C4E" w:rsidRDefault="00A92BF1" w:rsidP="007A3506">
            <w:r>
              <w:rPr>
                <w:b/>
                <w:color w:val="23374B"/>
                <w:sz w:val="16"/>
              </w:rPr>
              <w:t>Standard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7569E3" w14:textId="77777777" w:rsidR="007F7C4E" w:rsidRDefault="00A92BF1" w:rsidP="007A3506">
            <w:r>
              <w:rPr>
                <w:b/>
                <w:color w:val="23374B"/>
                <w:sz w:val="16"/>
              </w:rPr>
              <w:t>Standard: Version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6C02A1" w14:textId="77777777" w:rsidR="007F7C4E" w:rsidRDefault="00A92BF1" w:rsidP="007A3506">
            <w:r>
              <w:rPr>
                <w:b/>
                <w:color w:val="23374B"/>
                <w:sz w:val="16"/>
              </w:rPr>
              <w:t>Gültig bis</w:t>
            </w:r>
          </w:p>
        </w:tc>
      </w:tr>
      <w:tr w:rsidR="007F7C4E" w14:paraId="5D33F20E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CC021A" w14:textId="77777777" w:rsidR="007F7C4E" w:rsidRDefault="00A92BF1" w:rsidP="007A3506">
            <w:r>
              <w:rPr>
                <w:color w:val="23374B"/>
                <w:sz w:val="16"/>
              </w:rPr>
              <w:t>Standard 1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796A4D" w14:textId="77777777" w:rsidR="007F7C4E" w:rsidRDefault="007F7C4E" w:rsidP="007A3506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EFD10E" w14:textId="77777777" w:rsidR="007F7C4E" w:rsidRDefault="007F7C4E" w:rsidP="007A3506"/>
        </w:tc>
      </w:tr>
      <w:tr w:rsidR="007F7C4E" w14:paraId="0A3E61B0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D9F98D" w14:textId="77777777" w:rsidR="007F7C4E" w:rsidRDefault="00A92BF1" w:rsidP="007A3506">
            <w:r>
              <w:rPr>
                <w:color w:val="23374B"/>
                <w:sz w:val="16"/>
              </w:rPr>
              <w:t>Standard 2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47505E" w14:textId="77777777" w:rsidR="007F7C4E" w:rsidRDefault="007F7C4E" w:rsidP="007A3506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E2FE30" w14:textId="77777777" w:rsidR="007F7C4E" w:rsidRDefault="007F7C4E" w:rsidP="007A3506"/>
        </w:tc>
      </w:tr>
      <w:tr w:rsidR="007F7C4E" w14:paraId="2FE07879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366625" w14:textId="77777777" w:rsidR="007F7C4E" w:rsidRDefault="00A92BF1" w:rsidP="007A3506">
            <w:r>
              <w:rPr>
                <w:color w:val="23374B"/>
                <w:sz w:val="16"/>
              </w:rPr>
              <w:t>Standard 3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F95EAD" w14:textId="77777777" w:rsidR="007F7C4E" w:rsidRDefault="007F7C4E" w:rsidP="007A3506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B1E664" w14:textId="77777777" w:rsidR="007F7C4E" w:rsidRDefault="007F7C4E" w:rsidP="007A3506"/>
        </w:tc>
      </w:tr>
      <w:tr w:rsidR="007F7C4E" w14:paraId="25F75FCE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7A943F" w14:textId="77777777" w:rsidR="007F7C4E" w:rsidRDefault="00A92BF1" w:rsidP="007A3506">
            <w:r>
              <w:rPr>
                <w:color w:val="23374B"/>
                <w:sz w:val="16"/>
              </w:rPr>
              <w:t>Standard 4</w:t>
            </w:r>
          </w:p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960A01" w14:textId="77777777" w:rsidR="007F7C4E" w:rsidRDefault="007F7C4E" w:rsidP="007A3506"/>
        </w:tc>
        <w:tc>
          <w:tcPr>
            <w:tcW w:w="295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0AAF64" w14:textId="77777777" w:rsidR="007F7C4E" w:rsidRDefault="007F7C4E" w:rsidP="007A3506"/>
        </w:tc>
      </w:tr>
      <w:tr w:rsidR="007F7C4E" w14:paraId="7459B817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231876" w14:textId="77777777" w:rsidR="007F7C4E" w:rsidRDefault="00A92BF1" w:rsidP="007A3506">
            <w:r>
              <w:rPr>
                <w:b/>
                <w:color w:val="23374B"/>
                <w:sz w:val="16"/>
              </w:rPr>
              <w:t>Wechsel der Zertifizierungsstelle?</w:t>
            </w:r>
          </w:p>
        </w:tc>
        <w:tc>
          <w:tcPr>
            <w:tcW w:w="5912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6E2A4E" w14:textId="77777777" w:rsidR="007F7C4E" w:rsidRDefault="00A92BF1" w:rsidP="007A3506">
            <w:sdt>
              <w:sdtPr>
                <w:alias w:val="cb_5"/>
                <w:tag w:val="cb_5"/>
                <w:id w:val="10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  </w:t>
            </w:r>
            <w:sdt>
              <w:sdtPr>
                <w:alias w:val="cb_6"/>
                <w:tag w:val="cb_6"/>
                <w:id w:val="1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Ja, warum?:</w:t>
            </w:r>
          </w:p>
        </w:tc>
      </w:tr>
    </w:tbl>
    <w:p w14:paraId="30F84EAE" w14:textId="77777777" w:rsidR="007F7C4E" w:rsidRDefault="007F7C4E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7F157753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EF3AA9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AA29E1" w14:textId="77777777" w:rsidR="007F7C4E" w:rsidRDefault="00A92BF1">
            <w:r>
              <w:rPr>
                <w:b/>
                <w:color w:val="23374B"/>
                <w:sz w:val="22"/>
              </w:rPr>
              <w:t>Scope des ISMS</w:t>
            </w:r>
          </w:p>
        </w:tc>
      </w:tr>
    </w:tbl>
    <w:p w14:paraId="758F9C24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:rsidRPr="009A3D96" w14:paraId="425AF316" w14:textId="77777777" w:rsidTr="007A3506">
        <w:trPr>
          <w:trHeight w:val="3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660DFC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Einschluss/Ausschluss von Funktionen (z. B. Softwareentwicklung, Rechenzentrum)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334E97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  <w:tr w:rsidR="007F7C4E" w:rsidRPr="009A3D96" w14:paraId="59882C25" w14:textId="77777777" w:rsidTr="007A3506">
        <w:trPr>
          <w:trHeight w:val="42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2C72FA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Wesentliche Geschäftsprozesse innerhalb des Scopes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43AE72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Bitte beschreiben und ein Organigramm beifügen:</w:t>
            </w:r>
          </w:p>
        </w:tc>
      </w:tr>
      <w:tr w:rsidR="007F7C4E" w:rsidRPr="009A3D96" w14:paraId="62F09086" w14:textId="77777777" w:rsidTr="007A3506">
        <w:trPr>
          <w:trHeight w:val="3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127463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Outsourcing / ausgelagerte Prozesse im Scope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07D7D9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  <w:tr w:rsidR="007F7C4E" w:rsidRPr="009A3D96" w14:paraId="6A9D89CD" w14:textId="77777777" w:rsidTr="007A3506">
        <w:trPr>
          <w:trHeight w:val="8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E545B6" w14:textId="77777777" w:rsidR="007F7C4E" w:rsidRDefault="00A92BF1" w:rsidP="007A3506">
            <w:proofErr w:type="spellStart"/>
            <w:r>
              <w:rPr>
                <w:b/>
                <w:color w:val="23374B"/>
                <w:sz w:val="16"/>
              </w:rPr>
              <w:lastRenderedPageBreak/>
              <w:t>Physische</w:t>
            </w:r>
            <w:proofErr w:type="spellEnd"/>
            <w:r>
              <w:rPr>
                <w:b/>
                <w:color w:val="23374B"/>
                <w:sz w:val="16"/>
              </w:rPr>
              <w:t xml:space="preserve"> </w:t>
            </w:r>
            <w:proofErr w:type="spellStart"/>
            <w:r>
              <w:rPr>
                <w:b/>
                <w:color w:val="23374B"/>
                <w:sz w:val="16"/>
              </w:rPr>
              <w:t>Sicherheitsbereiche</w:t>
            </w:r>
            <w:proofErr w:type="spellEnd"/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B03993" w14:textId="77777777" w:rsidR="007F7C4E" w:rsidRPr="00F620DF" w:rsidRDefault="00A92BF1" w:rsidP="007A3506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alias w:val="cb_7"/>
                <w:tag w:val="cb_7"/>
                <w:id w:val="1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N/A</w:t>
            </w:r>
            <w:r w:rsidRPr="00F620DF">
              <w:rPr>
                <w:lang w:val="de-DE"/>
              </w:rPr>
              <w:br/>
            </w:r>
            <w:sdt>
              <w:sdtPr>
                <w:rPr>
                  <w:lang w:val="de-DE"/>
                </w:rPr>
                <w:alias w:val="cb_8"/>
                <w:tag w:val="cb_8"/>
                <w:id w:val="10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Serverräume</w:t>
            </w:r>
            <w:r w:rsidRPr="00F620DF">
              <w:rPr>
                <w:lang w:val="de-DE"/>
              </w:rPr>
              <w:br/>
            </w:r>
            <w:sdt>
              <w:sdtPr>
                <w:rPr>
                  <w:lang w:val="de-DE"/>
                </w:rPr>
                <w:alias w:val="cb_9"/>
                <w:tag w:val="cb_9"/>
                <w:id w:val="1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Rechenzentrum</w:t>
            </w:r>
            <w:r w:rsidRPr="00F620DF">
              <w:rPr>
                <w:lang w:val="de-DE"/>
              </w:rPr>
              <w:br/>
            </w:r>
            <w:sdt>
              <w:sdtPr>
                <w:rPr>
                  <w:lang w:val="de-DE"/>
                </w:rPr>
                <w:alias w:val="cb_10"/>
                <w:tag w:val="cb_10"/>
                <w:id w:val="10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Labore</w:t>
            </w:r>
            <w:r w:rsidRPr="00F620DF">
              <w:rPr>
                <w:lang w:val="de-DE"/>
              </w:rPr>
              <w:br/>
            </w:r>
            <w:sdt>
              <w:sdtPr>
                <w:rPr>
                  <w:lang w:val="de-DE"/>
                </w:rPr>
                <w:alias w:val="cb_11"/>
                <w:tag w:val="cb_11"/>
                <w:id w:val="10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Andere, bitte beschreiben</w:t>
            </w:r>
          </w:p>
        </w:tc>
      </w:tr>
      <w:tr w:rsidR="007F7C4E" w:rsidRPr="009A3D96" w14:paraId="223F9927" w14:textId="77777777" w:rsidTr="007A3506">
        <w:trPr>
          <w:trHeight w:val="5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BC6FAA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Beabsichtigter Geltungsbereich (Geschäftsbereiche, Prozesse, Standorte, Produkte)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149FB4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</w:tbl>
    <w:p w14:paraId="7CE3420F" w14:textId="77777777" w:rsidR="007F7C4E" w:rsidRPr="00F620DF" w:rsidRDefault="007F7C4E">
      <w:pPr>
        <w:spacing w:after="20"/>
        <w:rPr>
          <w:lang w:val="de-DE"/>
        </w:rPr>
      </w:pPr>
    </w:p>
    <w:p w14:paraId="356A31EF" w14:textId="77777777" w:rsidR="007F7C4E" w:rsidRPr="00F620DF" w:rsidRDefault="007F7C4E">
      <w:pPr>
        <w:spacing w:before="60"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633B8EFA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0A7AA9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108142" w14:textId="77777777" w:rsidR="007F7C4E" w:rsidRDefault="00A92BF1">
            <w:r>
              <w:rPr>
                <w:b/>
                <w:color w:val="23374B"/>
                <w:sz w:val="22"/>
              </w:rPr>
              <w:t>Organisatorischer Reifegrad &amp; Ressourcen</w:t>
            </w:r>
          </w:p>
        </w:tc>
      </w:tr>
    </w:tbl>
    <w:p w14:paraId="7EE8EA07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:rsidRPr="009A3D96" w14:paraId="62A5BDE5" w14:textId="77777777" w:rsidTr="007A3506">
        <w:trPr>
          <w:trHeight w:val="3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670D3F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Anzahl ISMS-Verantwortliche (CISO, ISB, Risikomanager)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7409B9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  <w:tr w:rsidR="007F7C4E" w:rsidRPr="009A3D96" w14:paraId="770E7D11" w14:textId="77777777" w:rsidTr="007A3506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72E32B" w14:textId="77777777" w:rsidR="007F7C4E" w:rsidRDefault="00A92BF1" w:rsidP="007A3506">
            <w:proofErr w:type="spellStart"/>
            <w:r>
              <w:rPr>
                <w:b/>
                <w:color w:val="23374B"/>
                <w:sz w:val="16"/>
              </w:rPr>
              <w:t>Ausbildung</w:t>
            </w:r>
            <w:proofErr w:type="spellEnd"/>
            <w:r>
              <w:rPr>
                <w:b/>
                <w:color w:val="23374B"/>
                <w:sz w:val="16"/>
              </w:rPr>
              <w:t xml:space="preserve"> / </w:t>
            </w:r>
            <w:proofErr w:type="spellStart"/>
            <w:r>
              <w:rPr>
                <w:b/>
                <w:color w:val="23374B"/>
                <w:sz w:val="16"/>
              </w:rPr>
              <w:t>Qualifikation</w:t>
            </w:r>
            <w:proofErr w:type="spellEnd"/>
            <w:r>
              <w:rPr>
                <w:b/>
                <w:color w:val="23374B"/>
                <w:sz w:val="16"/>
              </w:rPr>
              <w:t xml:space="preserve"> </w:t>
            </w:r>
            <w:proofErr w:type="spellStart"/>
            <w:r>
              <w:rPr>
                <w:b/>
                <w:color w:val="23374B"/>
                <w:sz w:val="16"/>
              </w:rPr>
              <w:t>dieser</w:t>
            </w:r>
            <w:proofErr w:type="spellEnd"/>
            <w:r>
              <w:rPr>
                <w:b/>
                <w:color w:val="23374B"/>
                <w:sz w:val="16"/>
              </w:rPr>
              <w:t xml:space="preserve"> </w:t>
            </w:r>
            <w:proofErr w:type="spellStart"/>
            <w:r>
              <w:rPr>
                <w:b/>
                <w:color w:val="23374B"/>
                <w:sz w:val="16"/>
              </w:rPr>
              <w:t>Personen</w:t>
            </w:r>
            <w:proofErr w:type="spellEnd"/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81AE74" w14:textId="77777777" w:rsidR="007F7C4E" w:rsidRPr="00F620DF" w:rsidRDefault="00A92BF1" w:rsidP="007A3506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alias w:val="cb_12"/>
                <w:tag w:val="cb_12"/>
                <w:id w:val="10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  </w:t>
            </w:r>
            <w:sdt>
              <w:sdtPr>
                <w:rPr>
                  <w:lang w:val="de-DE"/>
                </w:rPr>
                <w:alias w:val="cb_13"/>
                <w:tag w:val="cb_13"/>
                <w:id w:val="1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  </w:t>
            </w:r>
            <w:sdt>
              <w:sdtPr>
                <w:rPr>
                  <w:lang w:val="de-DE"/>
                </w:rPr>
                <w:alias w:val="cb_14"/>
                <w:tag w:val="cb_14"/>
                <w:id w:val="1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</w:t>
            </w:r>
            <w:proofErr w:type="gramStart"/>
            <w:r w:rsidRPr="00F620DF">
              <w:rPr>
                <w:color w:val="23374B"/>
                <w:sz w:val="16"/>
                <w:lang w:val="de-DE"/>
              </w:rPr>
              <w:t>Teilweise</w:t>
            </w:r>
            <w:proofErr w:type="gramEnd"/>
            <w:r w:rsidRPr="00F620DF">
              <w:rPr>
                <w:color w:val="23374B"/>
                <w:sz w:val="16"/>
                <w:lang w:val="de-DE"/>
              </w:rPr>
              <w:t>, was fehlt?.......</w:t>
            </w:r>
          </w:p>
        </w:tc>
      </w:tr>
      <w:tr w:rsidR="007F7C4E" w14:paraId="1086AB42" w14:textId="77777777" w:rsidTr="007A3506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E0E8B8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Wie weit ist die Dokumentation entwickelt?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4C91EB" w14:textId="77777777" w:rsidR="007F7C4E" w:rsidRDefault="00A92BF1" w:rsidP="007A3506">
            <w:sdt>
              <w:sdtPr>
                <w:alias w:val="cb_15"/>
                <w:tag w:val="cb_15"/>
                <w:id w:val="1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</w:t>
            </w:r>
            <w:proofErr w:type="spellStart"/>
            <w:r>
              <w:rPr>
                <w:color w:val="23374B"/>
                <w:sz w:val="16"/>
              </w:rPr>
              <w:t>Vollständig</w:t>
            </w:r>
            <w:proofErr w:type="spellEnd"/>
            <w:r>
              <w:rPr>
                <w:color w:val="23374B"/>
                <w:sz w:val="16"/>
              </w:rPr>
              <w:t xml:space="preserve">  </w:t>
            </w:r>
            <w:sdt>
              <w:sdtPr>
                <w:alias w:val="cb_16"/>
                <w:tag w:val="cb_16"/>
                <w:id w:val="1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</w:t>
            </w:r>
            <w:proofErr w:type="spellStart"/>
            <w:r>
              <w:rPr>
                <w:color w:val="23374B"/>
                <w:sz w:val="16"/>
              </w:rPr>
              <w:t>Teilweise</w:t>
            </w:r>
            <w:proofErr w:type="spellEnd"/>
            <w:r>
              <w:rPr>
                <w:color w:val="23374B"/>
                <w:sz w:val="16"/>
              </w:rPr>
              <w:t xml:space="preserve">, was </w:t>
            </w:r>
            <w:proofErr w:type="spellStart"/>
            <w:r>
              <w:rPr>
                <w:color w:val="23374B"/>
                <w:sz w:val="16"/>
              </w:rPr>
              <w:t>fehlt</w:t>
            </w:r>
            <w:proofErr w:type="spellEnd"/>
            <w:r>
              <w:rPr>
                <w:color w:val="23374B"/>
                <w:sz w:val="16"/>
              </w:rPr>
              <w:t>?.......</w:t>
            </w:r>
          </w:p>
        </w:tc>
      </w:tr>
      <w:tr w:rsidR="007F7C4E" w14:paraId="37F0DBCA" w14:textId="77777777" w:rsidTr="007A3506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64C704" w14:textId="77777777" w:rsidR="007F7C4E" w:rsidRDefault="00A92BF1" w:rsidP="007A3506">
            <w:r>
              <w:rPr>
                <w:b/>
                <w:color w:val="23374B"/>
                <w:sz w:val="16"/>
              </w:rPr>
              <w:t>Interne Audits durchgeführt?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33953B" w14:textId="77777777" w:rsidR="007F7C4E" w:rsidRDefault="00A92BF1" w:rsidP="007A3506">
            <w:sdt>
              <w:sdtPr>
                <w:alias w:val="cb_17"/>
                <w:tag w:val="cb_17"/>
                <w:id w:val="1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18"/>
                <w:tag w:val="cb_18"/>
                <w:id w:val="1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Ja, wann? ……..</w:t>
            </w:r>
          </w:p>
        </w:tc>
      </w:tr>
      <w:tr w:rsidR="007F7C4E" w14:paraId="4CB5D0B8" w14:textId="77777777" w:rsidTr="007A3506">
        <w:trPr>
          <w:trHeight w:val="3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2CA8AE" w14:textId="77777777" w:rsidR="007F7C4E" w:rsidRDefault="00A92BF1" w:rsidP="007A3506">
            <w:r>
              <w:rPr>
                <w:b/>
                <w:color w:val="23374B"/>
                <w:sz w:val="16"/>
              </w:rPr>
              <w:t>Managementbewertungen durchgeführt?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4FDBF4" w14:textId="77777777" w:rsidR="007F7C4E" w:rsidRDefault="00A92BF1" w:rsidP="007A3506">
            <w:sdt>
              <w:sdtPr>
                <w:alias w:val="cb_19"/>
                <w:tag w:val="cb_19"/>
                <w:id w:val="1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20"/>
                <w:tag w:val="cb_20"/>
                <w:id w:val="1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Ja, wann? ……..</w:t>
            </w:r>
          </w:p>
        </w:tc>
      </w:tr>
      <w:tr w:rsidR="007F7C4E" w:rsidRPr="009A3D96" w14:paraId="664C3CFE" w14:textId="77777777" w:rsidTr="007A3506">
        <w:trPr>
          <w:trHeight w:val="15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14FBB5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Ist ein integriertes Managementsystem vorhanden (z. B. ISO 9001, ISO 45001, TISAX, etc.)?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094FEF" w14:textId="77777777" w:rsidR="007F7C4E" w:rsidRPr="00F620DF" w:rsidRDefault="00A92BF1" w:rsidP="007A3506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alias w:val="cb_21"/>
                <w:tag w:val="cb_21"/>
                <w:id w:val="1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    </w:t>
            </w:r>
            <w:sdt>
              <w:sdtPr>
                <w:rPr>
                  <w:lang w:val="de-DE"/>
                </w:rPr>
                <w:alias w:val="cb_22"/>
                <w:tag w:val="cb_22"/>
                <w:id w:val="1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Ja, welche Normen:</w:t>
            </w:r>
            <w:r w:rsidRPr="00F620DF">
              <w:rPr>
                <w:color w:val="23374B"/>
                <w:sz w:val="16"/>
                <w:lang w:val="de-DE"/>
              </w:rPr>
              <w:br/>
              <w:t>Je nach Integrationsgerad bitte wählen, welche der folgenden Kriterien erfüllt sind: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3"/>
                <w:tag w:val="cb_23"/>
                <w:id w:val="1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Integrierte Managementbewertung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4"/>
                <w:tag w:val="cb_24"/>
                <w:id w:val="1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Integraler Ansatz für interne Audits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5"/>
                <w:tag w:val="cb_25"/>
                <w:id w:val="1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Integraler Ansatz für Richtlinien und Ziele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6"/>
                <w:tag w:val="cb_26"/>
                <w:id w:val="1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Integraler Ansatz für die Systemprozesse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7"/>
                <w:tag w:val="cb_27"/>
                <w:id w:val="1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Höchstmögliche integrierte Systemdokumentation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8"/>
                <w:tag w:val="cb_28"/>
                <w:id w:val="1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Integraler Ansatz für Verbesserungen: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29"/>
                <w:tag w:val="cb_29"/>
                <w:id w:val="1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Integraler Ansatz für die Planung, einschließlich Maßnahmen zum Risikomanagement</w:t>
            </w:r>
            <w:r w:rsidRPr="00F620DF">
              <w:rPr>
                <w:color w:val="23374B"/>
                <w:sz w:val="15"/>
                <w:lang w:val="de-DE"/>
              </w:rPr>
              <w:br/>
            </w:r>
            <w:sdt>
              <w:sdtPr>
                <w:rPr>
                  <w:lang w:val="de-DE"/>
                </w:rPr>
                <w:alias w:val="cb_30"/>
                <w:tag w:val="cb_30"/>
                <w:id w:val="10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Einheitlicher beruflicher Status (Systembeauftragter) und klare Verantwortlichkeiten</w:t>
            </w:r>
          </w:p>
        </w:tc>
      </w:tr>
      <w:tr w:rsidR="007F7C4E" w:rsidRPr="009A3D96" w14:paraId="0BFD4785" w14:textId="77777777" w:rsidTr="007A3506">
        <w:trPr>
          <w:trHeight w:val="5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CCCCD2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Wurde bei der Entwicklung und Implementierung des Managementsystems die Unterstützung eines externen Beraters in Anspruch genommen?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DA4105" w14:textId="77777777" w:rsidR="007F7C4E" w:rsidRPr="00F620DF" w:rsidRDefault="00A92BF1" w:rsidP="007A3506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alias w:val="cb_31"/>
                <w:tag w:val="cb_31"/>
                <w:id w:val="10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</w:t>
            </w:r>
            <w:r w:rsidRPr="00F620DF">
              <w:rPr>
                <w:color w:val="23374B"/>
                <w:sz w:val="16"/>
                <w:lang w:val="de-DE"/>
              </w:rPr>
              <w:br/>
            </w:r>
            <w:sdt>
              <w:sdtPr>
                <w:rPr>
                  <w:lang w:val="de-DE"/>
                </w:rPr>
                <w:alias w:val="cb_32"/>
                <w:tag w:val="cb_32"/>
                <w:id w:val="10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Ja, welcher Berater leistete die </w:t>
            </w:r>
            <w:proofErr w:type="gramStart"/>
            <w:r w:rsidRPr="00F620DF">
              <w:rPr>
                <w:color w:val="23374B"/>
                <w:sz w:val="16"/>
                <w:lang w:val="de-DE"/>
              </w:rPr>
              <w:t>Unterstützung:…</w:t>
            </w:r>
            <w:proofErr w:type="gramEnd"/>
            <w:r w:rsidRPr="00F620DF">
              <w:rPr>
                <w:color w:val="23374B"/>
                <w:sz w:val="16"/>
                <w:lang w:val="de-DE"/>
              </w:rPr>
              <w:t>..</w:t>
            </w:r>
          </w:p>
        </w:tc>
      </w:tr>
    </w:tbl>
    <w:p w14:paraId="0EAD5F9C" w14:textId="77777777" w:rsidR="007F7C4E" w:rsidRPr="00F620DF" w:rsidRDefault="007F7C4E">
      <w:pPr>
        <w:spacing w:after="20"/>
        <w:rPr>
          <w:lang w:val="de-DE"/>
        </w:rPr>
      </w:pPr>
    </w:p>
    <w:p w14:paraId="2C39902E" w14:textId="77777777" w:rsidR="007F7C4E" w:rsidRPr="00F620DF" w:rsidRDefault="007F7C4E">
      <w:pPr>
        <w:spacing w:before="60"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5AFBBC7C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5D0A81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68CFE2" w14:textId="77777777" w:rsidR="007F7C4E" w:rsidRDefault="00A92BF1">
            <w:r>
              <w:rPr>
                <w:b/>
                <w:color w:val="23374B"/>
                <w:sz w:val="22"/>
              </w:rPr>
              <w:t>Rechtliche &amp; regulatorische Anforderungen</w:t>
            </w:r>
          </w:p>
        </w:tc>
      </w:tr>
    </w:tbl>
    <w:p w14:paraId="067AC169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14:paraId="249C7BAD" w14:textId="77777777" w:rsidTr="007A3506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5A7CE3" w14:textId="77777777" w:rsidR="007F7C4E" w:rsidRDefault="00A92BF1" w:rsidP="007A3506">
            <w:r>
              <w:rPr>
                <w:b/>
                <w:color w:val="23374B"/>
                <w:sz w:val="16"/>
              </w:rPr>
              <w:t>Datenschutzgesetze (DSGVO etc.)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75DC97" w14:textId="77777777" w:rsidR="007F7C4E" w:rsidRDefault="007F7C4E" w:rsidP="007A3506"/>
        </w:tc>
      </w:tr>
      <w:tr w:rsidR="007F7C4E" w14:paraId="55A405DA" w14:textId="77777777" w:rsidTr="007A3506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416820" w14:textId="77777777" w:rsidR="007F7C4E" w:rsidRDefault="00A92BF1" w:rsidP="007A3506">
            <w:r>
              <w:rPr>
                <w:b/>
                <w:color w:val="23374B"/>
                <w:sz w:val="16"/>
              </w:rPr>
              <w:t>Vertragliche oder kundenseitige Anforderungen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446A04" w14:textId="77777777" w:rsidR="007F7C4E" w:rsidRDefault="007F7C4E" w:rsidP="007A3506"/>
        </w:tc>
      </w:tr>
      <w:tr w:rsidR="007F7C4E" w:rsidRPr="009A3D96" w14:paraId="23B5DAE1" w14:textId="77777777" w:rsidTr="007A3506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815357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Externe Prüfungen (z. B. Penetrationstests, SOC 2, TISAX etc.)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66ED99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</w:tbl>
    <w:p w14:paraId="129AAA7B" w14:textId="77777777" w:rsidR="007F7C4E" w:rsidRPr="00F620DF" w:rsidRDefault="007F7C4E">
      <w:pPr>
        <w:spacing w:after="2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6E1DB990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8AE1C3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7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03CEB5" w14:textId="77777777" w:rsidR="007F7C4E" w:rsidRDefault="00A92BF1">
            <w:r>
              <w:rPr>
                <w:b/>
                <w:color w:val="23374B"/>
                <w:sz w:val="22"/>
              </w:rPr>
              <w:t>Eingebundene externe Parteien / Lieferketten</w:t>
            </w:r>
          </w:p>
        </w:tc>
      </w:tr>
    </w:tbl>
    <w:p w14:paraId="0564B1EB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14:paraId="67799B4F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0A275E" w14:textId="77777777" w:rsidR="007F7C4E" w:rsidRDefault="00A92BF1" w:rsidP="007A3506">
            <w:r>
              <w:rPr>
                <w:b/>
                <w:color w:val="23374B"/>
                <w:sz w:val="16"/>
              </w:rPr>
              <w:t>Cloud-Anbieter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94EDF5" w14:textId="77777777" w:rsidR="007F7C4E" w:rsidRDefault="00A92BF1" w:rsidP="007A3506">
            <w:sdt>
              <w:sdtPr>
                <w:alias w:val="cb_33"/>
                <w:tag w:val="cb_33"/>
                <w:id w:val="1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34"/>
                <w:tag w:val="cb_34"/>
                <w:id w:val="10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</w:t>
            </w:r>
          </w:p>
        </w:tc>
      </w:tr>
      <w:tr w:rsidR="007F7C4E" w14:paraId="43E281EA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48053C" w14:textId="77777777" w:rsidR="007F7C4E" w:rsidRDefault="00A92BF1" w:rsidP="007A3506">
            <w:r>
              <w:rPr>
                <w:b/>
                <w:color w:val="23374B"/>
                <w:sz w:val="16"/>
              </w:rPr>
              <w:t>IT-Outsourcing-Dienstleister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FD98FA" w14:textId="77777777" w:rsidR="007F7C4E" w:rsidRDefault="00A92BF1" w:rsidP="007A3506">
            <w:sdt>
              <w:sdtPr>
                <w:alias w:val="cb_35"/>
                <w:tag w:val="cb_35"/>
                <w:id w:val="10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36"/>
                <w:tag w:val="cb_36"/>
                <w:id w:val="10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</w:t>
            </w:r>
          </w:p>
        </w:tc>
      </w:tr>
      <w:tr w:rsidR="007F7C4E" w14:paraId="0AD4BCA8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9ED8B4" w14:textId="77777777" w:rsidR="007F7C4E" w:rsidRDefault="00A92BF1" w:rsidP="007A3506">
            <w:r>
              <w:rPr>
                <w:b/>
                <w:color w:val="23374B"/>
                <w:sz w:val="16"/>
              </w:rPr>
              <w:lastRenderedPageBreak/>
              <w:t>Softwarelieferanten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EC6467" w14:textId="77777777" w:rsidR="007F7C4E" w:rsidRDefault="00A92BF1" w:rsidP="007A3506">
            <w:sdt>
              <w:sdtPr>
                <w:alias w:val="cb_37"/>
                <w:tag w:val="cb_37"/>
                <w:id w:val="10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38"/>
                <w:tag w:val="cb_38"/>
                <w:id w:val="10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</w:t>
            </w:r>
          </w:p>
        </w:tc>
      </w:tr>
      <w:tr w:rsidR="007F7C4E" w14:paraId="427D22D9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562877" w14:textId="77777777" w:rsidR="007F7C4E" w:rsidRDefault="00A92BF1" w:rsidP="007A3506">
            <w:r>
              <w:rPr>
                <w:b/>
                <w:color w:val="23374B"/>
                <w:sz w:val="16"/>
              </w:rPr>
              <w:t>Externe Entwicklerteams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5B0FE1" w14:textId="77777777" w:rsidR="007F7C4E" w:rsidRDefault="00A92BF1" w:rsidP="007A3506">
            <w:sdt>
              <w:sdtPr>
                <w:alias w:val="cb_39"/>
                <w:tag w:val="cb_39"/>
                <w:id w:val="10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40"/>
                <w:tag w:val="cb_40"/>
                <w:id w:val="10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</w:t>
            </w:r>
          </w:p>
        </w:tc>
      </w:tr>
      <w:tr w:rsidR="007F7C4E" w14:paraId="389C8469" w14:textId="77777777" w:rsidTr="007A350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AEBF30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Drittparteien mit Zugriff auf Systeme oder Daten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E984E8" w14:textId="77777777" w:rsidR="007F7C4E" w:rsidRDefault="00A92BF1" w:rsidP="007A3506">
            <w:sdt>
              <w:sdtPr>
                <w:alias w:val="cb_41"/>
                <w:tag w:val="cb_41"/>
                <w:id w:val="10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42"/>
                <w:tag w:val="cb_42"/>
                <w:id w:val="10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</w:t>
            </w:r>
          </w:p>
        </w:tc>
      </w:tr>
    </w:tbl>
    <w:p w14:paraId="67907899" w14:textId="77777777" w:rsidR="007F7C4E" w:rsidRDefault="007F7C4E">
      <w:pPr>
        <w:spacing w:after="20"/>
      </w:pPr>
    </w:p>
    <w:p w14:paraId="2C6F7839" w14:textId="77777777" w:rsidR="007F7C4E" w:rsidRDefault="007F7C4E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30962BD4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63F919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8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581E7B" w14:textId="77777777" w:rsidR="007F7C4E" w:rsidRDefault="00A92BF1">
            <w:r>
              <w:rPr>
                <w:b/>
                <w:color w:val="23374B"/>
                <w:sz w:val="22"/>
              </w:rPr>
              <w:t>Informationssicherheitsrisiken</w:t>
            </w:r>
          </w:p>
        </w:tc>
      </w:tr>
    </w:tbl>
    <w:p w14:paraId="0C1C2103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:rsidRPr="009A3D96" w14:paraId="472B8CEB" w14:textId="77777777" w:rsidTr="007A3506">
        <w:trPr>
          <w:trHeight w:val="300"/>
        </w:trPr>
        <w:tc>
          <w:tcPr>
            <w:tcW w:w="10289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2B1E06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Bitte angeben, welche Bereiche besonders relevant sind:</w:t>
            </w:r>
          </w:p>
        </w:tc>
      </w:tr>
      <w:tr w:rsidR="007F7C4E" w:rsidRPr="009A3D96" w14:paraId="14FD6DED" w14:textId="77777777" w:rsidTr="007A3506">
        <w:trPr>
          <w:trHeight w:val="4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C9EACF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Übersicht über identifizierte Risiken (falls vorhanden)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42066E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  <w:tr w:rsidR="007F7C4E" w14:paraId="49047B65" w14:textId="77777777" w:rsidTr="007A3506">
        <w:trPr>
          <w:trHeight w:val="43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6EC6E8" w14:textId="77777777" w:rsidR="007F7C4E" w:rsidRDefault="00A92BF1" w:rsidP="007A3506">
            <w:proofErr w:type="spellStart"/>
            <w:r>
              <w:rPr>
                <w:b/>
                <w:color w:val="23374B"/>
                <w:sz w:val="16"/>
              </w:rPr>
              <w:t>Kritikalität</w:t>
            </w:r>
            <w:proofErr w:type="spellEnd"/>
            <w:r>
              <w:rPr>
                <w:b/>
                <w:color w:val="23374B"/>
                <w:sz w:val="16"/>
              </w:rPr>
              <w:t xml:space="preserve"> der </w:t>
            </w:r>
            <w:proofErr w:type="spellStart"/>
            <w:r>
              <w:rPr>
                <w:b/>
                <w:color w:val="23374B"/>
                <w:sz w:val="16"/>
              </w:rPr>
              <w:t>verarbeiteten</w:t>
            </w:r>
            <w:proofErr w:type="spellEnd"/>
            <w:r>
              <w:rPr>
                <w:b/>
                <w:color w:val="23374B"/>
                <w:sz w:val="16"/>
              </w:rPr>
              <w:t xml:space="preserve"> </w:t>
            </w:r>
            <w:proofErr w:type="spellStart"/>
            <w:r>
              <w:rPr>
                <w:b/>
                <w:color w:val="23374B"/>
                <w:sz w:val="16"/>
              </w:rPr>
              <w:t>Informationen</w:t>
            </w:r>
            <w:proofErr w:type="spellEnd"/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D199C3" w14:textId="77777777" w:rsidR="007F7C4E" w:rsidRDefault="007F7C4E" w:rsidP="007A3506"/>
        </w:tc>
      </w:tr>
      <w:tr w:rsidR="007F7C4E" w:rsidRPr="009A3D96" w14:paraId="25814A2A" w14:textId="77777777" w:rsidTr="007A3506">
        <w:trPr>
          <w:trHeight w:val="54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FEBC50" w14:textId="77777777" w:rsidR="007F7C4E" w:rsidRPr="00F620DF" w:rsidRDefault="00A92BF1" w:rsidP="007A3506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Wichtige Bedrohungen (z. B. Cyberangriffe, Insider, physische Risiken)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8B351D" w14:textId="77777777" w:rsidR="007F7C4E" w:rsidRPr="00F620DF" w:rsidRDefault="007F7C4E" w:rsidP="007A3506">
            <w:pPr>
              <w:rPr>
                <w:lang w:val="de-DE"/>
              </w:rPr>
            </w:pPr>
          </w:p>
        </w:tc>
      </w:tr>
      <w:tr w:rsidR="007F7C4E" w14:paraId="36032D08" w14:textId="77777777" w:rsidTr="007A3506">
        <w:trPr>
          <w:trHeight w:val="43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0702AC" w14:textId="77777777" w:rsidR="007F7C4E" w:rsidRDefault="00A92BF1" w:rsidP="007A3506">
            <w:proofErr w:type="spellStart"/>
            <w:r>
              <w:rPr>
                <w:b/>
                <w:color w:val="23374B"/>
                <w:sz w:val="16"/>
              </w:rPr>
              <w:t>Notfall</w:t>
            </w:r>
            <w:proofErr w:type="spellEnd"/>
            <w:r>
              <w:rPr>
                <w:b/>
                <w:color w:val="23374B"/>
                <w:sz w:val="16"/>
              </w:rPr>
              <w:t>- und BCM-</w:t>
            </w:r>
            <w:proofErr w:type="spellStart"/>
            <w:r>
              <w:rPr>
                <w:b/>
                <w:color w:val="23374B"/>
                <w:sz w:val="16"/>
              </w:rPr>
              <w:t>Strukturen</w:t>
            </w:r>
            <w:proofErr w:type="spellEnd"/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FE8362" w14:textId="77777777" w:rsidR="007F7C4E" w:rsidRDefault="007F7C4E" w:rsidP="007A3506"/>
        </w:tc>
      </w:tr>
    </w:tbl>
    <w:p w14:paraId="32E34AFF" w14:textId="77777777" w:rsidR="007F7C4E" w:rsidRDefault="007F7C4E">
      <w:pPr>
        <w:spacing w:after="20"/>
      </w:pPr>
    </w:p>
    <w:p w14:paraId="54C0F03A" w14:textId="77777777" w:rsidR="007F7C4E" w:rsidRDefault="007F7C4E">
      <w:pPr>
        <w:spacing w:before="60"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:rsidRPr="009A3D96" w14:paraId="6AFDE1E6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CCC7E0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9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1C97F2" w14:textId="77777777" w:rsidR="007F7C4E" w:rsidRPr="00F620DF" w:rsidRDefault="00A92BF1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22"/>
                <w:lang w:val="de-DE"/>
              </w:rPr>
              <w:t>ISO/IEC 27001 Anhang A – Steuerungsschwerpunkte</w:t>
            </w:r>
          </w:p>
        </w:tc>
      </w:tr>
    </w:tbl>
    <w:p w14:paraId="28D01D3B" w14:textId="77777777" w:rsidR="007F7C4E" w:rsidRPr="00F620DF" w:rsidRDefault="007F7C4E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:rsidRPr="009A3D96" w14:paraId="7CA43165" w14:textId="77777777" w:rsidTr="00F620DF">
        <w:trPr>
          <w:trHeight w:val="300"/>
        </w:trPr>
        <w:tc>
          <w:tcPr>
            <w:tcW w:w="10289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FE30D5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Bitte angeben, welche Bereiche besonders relevant sind:</w:t>
            </w:r>
          </w:p>
        </w:tc>
      </w:tr>
      <w:tr w:rsidR="007F7C4E" w14:paraId="63ECEB39" w14:textId="77777777" w:rsidTr="00F620DF">
        <w:trPr>
          <w:trHeight w:val="4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07DD9D" w14:textId="77777777" w:rsidR="007F7C4E" w:rsidRDefault="00A92BF1" w:rsidP="00F620DF">
            <w:r>
              <w:rPr>
                <w:b/>
                <w:color w:val="23374B"/>
                <w:sz w:val="16"/>
              </w:rPr>
              <w:t xml:space="preserve">A.5–A.8 (alle </w:t>
            </w:r>
            <w:proofErr w:type="spellStart"/>
            <w:r>
              <w:rPr>
                <w:b/>
                <w:color w:val="23374B"/>
                <w:sz w:val="16"/>
              </w:rPr>
              <w:t>Kontrollgruppen</w:t>
            </w:r>
            <w:proofErr w:type="spellEnd"/>
            <w:r>
              <w:rPr>
                <w:b/>
                <w:color w:val="23374B"/>
                <w:sz w:val="16"/>
              </w:rPr>
              <w:t>)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CD957E" w14:textId="77777777" w:rsidR="007F7C4E" w:rsidRDefault="007F7C4E" w:rsidP="00F620DF"/>
        </w:tc>
      </w:tr>
      <w:tr w:rsidR="007F7C4E" w14:paraId="0AB04A36" w14:textId="77777777" w:rsidTr="00F620DF">
        <w:trPr>
          <w:trHeight w:val="12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08CB7E" w14:textId="77777777" w:rsidR="007F7C4E" w:rsidRDefault="00A92BF1" w:rsidP="00F620DF">
            <w:r>
              <w:rPr>
                <w:b/>
                <w:color w:val="23374B"/>
                <w:sz w:val="16"/>
              </w:rPr>
              <w:t>Besondere Themen: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7355D2" w14:textId="77777777" w:rsidR="007F7C4E" w:rsidRDefault="00A92BF1" w:rsidP="00F620DF">
            <w:sdt>
              <w:sdtPr>
                <w:alias w:val="cb_43"/>
                <w:tag w:val="cb_43"/>
                <w:id w:val="1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Kryptographie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4"/>
                <w:tag w:val="cb_44"/>
                <w:id w:val="10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Lieferkettenmanagement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5"/>
                <w:tag w:val="cb_45"/>
                <w:id w:val="1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Backup &amp; Recovery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6"/>
                <w:tag w:val="cb_46"/>
                <w:id w:val="1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Hardening &amp; Patchen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7"/>
                <w:tag w:val="cb_47"/>
                <w:id w:val="10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Logging &amp; Monitoring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8"/>
                <w:tag w:val="cb_48"/>
                <w:id w:val="1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Physische Sicherheit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49"/>
                <w:tag w:val="cb_49"/>
                <w:id w:val="10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Zugriffskontrollen</w:t>
            </w:r>
            <w:r>
              <w:rPr>
                <w:color w:val="23374B"/>
                <w:sz w:val="16"/>
              </w:rPr>
              <w:br/>
            </w:r>
            <w:sdt>
              <w:sdtPr>
                <w:alias w:val="cb_50"/>
                <w:tag w:val="cb_50"/>
                <w:id w:val="10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Entwicklung &amp; Wartung</w:t>
            </w:r>
          </w:p>
        </w:tc>
      </w:tr>
    </w:tbl>
    <w:p w14:paraId="281BA2D4" w14:textId="77777777" w:rsidR="007F7C4E" w:rsidRDefault="007F7C4E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:rsidRPr="009A3D96" w14:paraId="44E3714A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42751C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9381B2" w14:textId="77777777" w:rsidR="007F7C4E" w:rsidRPr="00F620DF" w:rsidRDefault="00A92BF1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22"/>
                <w:lang w:val="de-DE"/>
              </w:rPr>
              <w:t>Branchenspezifische Komplexität / Risikoprofil des Geschäftssektors</w:t>
            </w:r>
          </w:p>
        </w:tc>
      </w:tr>
    </w:tbl>
    <w:p w14:paraId="647E05BD" w14:textId="77777777" w:rsidR="007F7C4E" w:rsidRPr="00F620DF" w:rsidRDefault="007F7C4E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14:paraId="673C3DE8" w14:textId="77777777" w:rsidTr="00F620DF">
        <w:trPr>
          <w:trHeight w:val="9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AF060A" w14:textId="77777777" w:rsidR="007F7C4E" w:rsidRDefault="00A92BF1" w:rsidP="00F620DF">
            <w:proofErr w:type="spellStart"/>
            <w:r>
              <w:rPr>
                <w:b/>
                <w:color w:val="23374B"/>
                <w:sz w:val="16"/>
              </w:rPr>
              <w:t>Kritikalität</w:t>
            </w:r>
            <w:proofErr w:type="spellEnd"/>
            <w:r>
              <w:rPr>
                <w:b/>
                <w:color w:val="23374B"/>
                <w:sz w:val="16"/>
              </w:rPr>
              <w:t xml:space="preserve"> der </w:t>
            </w:r>
            <w:proofErr w:type="spellStart"/>
            <w:r>
              <w:rPr>
                <w:b/>
                <w:color w:val="23374B"/>
                <w:sz w:val="16"/>
              </w:rPr>
              <w:t>Dienstleistungen</w:t>
            </w:r>
            <w:proofErr w:type="spellEnd"/>
            <w:r>
              <w:rPr>
                <w:b/>
                <w:color w:val="23374B"/>
                <w:sz w:val="16"/>
              </w:rPr>
              <w:t>: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879A6E" w14:textId="77777777" w:rsidR="007F7C4E" w:rsidRDefault="00A92BF1" w:rsidP="00F620DF">
            <w:sdt>
              <w:sdtPr>
                <w:rPr>
                  <w:lang w:val="de-DE"/>
                </w:rPr>
                <w:alias w:val="cb_51"/>
                <w:tag w:val="cb_51"/>
                <w:id w:val="10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Keine kritischen Dienstleistungen</w:t>
            </w:r>
            <w:r w:rsidRPr="00F620DF">
              <w:rPr>
                <w:color w:val="23374B"/>
                <w:sz w:val="16"/>
                <w:lang w:val="de-DE"/>
              </w:rPr>
              <w:br/>
            </w:r>
            <w:sdt>
              <w:sdtPr>
                <w:rPr>
                  <w:lang w:val="de-DE"/>
                </w:rPr>
                <w:alias w:val="cb_52"/>
                <w:tag w:val="cb_52"/>
                <w:id w:val="10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Verarbeitung hochsensibler personenbezogener Daten</w:t>
            </w:r>
            <w:r w:rsidRPr="00F620DF">
              <w:rPr>
                <w:color w:val="23374B"/>
                <w:sz w:val="16"/>
                <w:lang w:val="de-DE"/>
              </w:rPr>
              <w:br/>
            </w:r>
            <w:sdt>
              <w:sdtPr>
                <w:rPr>
                  <w:lang w:val="de-DE"/>
                </w:rPr>
                <w:alias w:val="cb_53"/>
                <w:tag w:val="cb_53"/>
                <w:id w:val="10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Kritische Infrastruktur (KRITIS)</w:t>
            </w:r>
            <w:r w:rsidRPr="00F620DF">
              <w:rPr>
                <w:color w:val="23374B"/>
                <w:sz w:val="16"/>
                <w:lang w:val="de-DE"/>
              </w:rPr>
              <w:br/>
            </w:r>
            <w:sdt>
              <w:sdtPr>
                <w:rPr>
                  <w:lang w:val="de-DE"/>
                </w:rPr>
                <w:alias w:val="cb_54"/>
                <w:tag w:val="cb_54"/>
                <w:id w:val="1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</w:t>
            </w:r>
            <w:proofErr w:type="gramStart"/>
            <w:r w:rsidRPr="00F620DF">
              <w:rPr>
                <w:color w:val="23374B"/>
                <w:sz w:val="16"/>
                <w:lang w:val="de-DE"/>
              </w:rPr>
              <w:t>Regulatorisch</w:t>
            </w:r>
            <w:proofErr w:type="gramEnd"/>
            <w:r w:rsidRPr="00F620DF">
              <w:rPr>
                <w:color w:val="23374B"/>
                <w:sz w:val="16"/>
                <w:lang w:val="de-DE"/>
              </w:rPr>
              <w:t xml:space="preserve"> überwachter Bereich (BaFin, HIPAA, TISAX etc.)</w:t>
            </w:r>
            <w:r w:rsidRPr="00F620DF">
              <w:rPr>
                <w:color w:val="23374B"/>
                <w:sz w:val="16"/>
                <w:lang w:val="de-DE"/>
              </w:rPr>
              <w:br/>
            </w:r>
            <w:sdt>
              <w:sdtPr>
                <w:alias w:val="cb_55"/>
                <w:tag w:val="cb_55"/>
                <w:id w:val="10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</w:t>
            </w:r>
            <w:proofErr w:type="spellStart"/>
            <w:r>
              <w:rPr>
                <w:color w:val="23374B"/>
                <w:sz w:val="16"/>
              </w:rPr>
              <w:t>Sonstiges</w:t>
            </w:r>
            <w:proofErr w:type="spellEnd"/>
          </w:p>
        </w:tc>
      </w:tr>
      <w:tr w:rsidR="007F7C4E" w:rsidRPr="009A3D96" w14:paraId="09106FD8" w14:textId="77777777" w:rsidTr="00F620DF">
        <w:trPr>
          <w:trHeight w:val="4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1FE638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Umgang mit vertraulichen, sensiblen oder geschäftskritischen Informationen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CFAC44" w14:textId="77777777" w:rsidR="007F7C4E" w:rsidRPr="00F620DF" w:rsidRDefault="007F7C4E" w:rsidP="00F620DF">
            <w:pPr>
              <w:rPr>
                <w:lang w:val="de-DE"/>
              </w:rPr>
            </w:pPr>
          </w:p>
        </w:tc>
      </w:tr>
      <w:tr w:rsidR="007F7C4E" w14:paraId="6DDA86E0" w14:textId="77777777" w:rsidTr="00F620DF">
        <w:trPr>
          <w:trHeight w:val="34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9F5B5A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Auswirkungen eines Systemausfalls auf Kunden / Gesellschaft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807A24" w14:textId="13C5DBFF" w:rsidR="007F7C4E" w:rsidRDefault="00A92BF1" w:rsidP="00F620DF">
            <w:sdt>
              <w:sdtPr>
                <w:alias w:val="cb_56"/>
                <w:tag w:val="cb_56"/>
                <w:id w:val="1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</w:t>
            </w:r>
            <w:proofErr w:type="spellStart"/>
            <w:r>
              <w:rPr>
                <w:color w:val="23374B"/>
                <w:sz w:val="16"/>
              </w:rPr>
              <w:t>Kritisch</w:t>
            </w:r>
            <w:proofErr w:type="spellEnd"/>
            <w:r>
              <w:rPr>
                <w:color w:val="23374B"/>
                <w:sz w:val="16"/>
              </w:rPr>
              <w:t xml:space="preserve">  </w:t>
            </w:r>
            <w:sdt>
              <w:sdtPr>
                <w:alias w:val="cb_57"/>
                <w:tag w:val="cb_57"/>
                <w:id w:val="1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0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</w:t>
            </w:r>
            <w:proofErr w:type="spellStart"/>
            <w:r>
              <w:rPr>
                <w:color w:val="23374B"/>
                <w:sz w:val="16"/>
              </w:rPr>
              <w:t>Vertretbar</w:t>
            </w:r>
            <w:proofErr w:type="spellEnd"/>
          </w:p>
        </w:tc>
      </w:tr>
      <w:tr w:rsidR="007F7C4E" w14:paraId="7868AD17" w14:textId="77777777" w:rsidTr="00F620DF">
        <w:trPr>
          <w:trHeight w:val="38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752A5F" w14:textId="77777777" w:rsidR="007F7C4E" w:rsidRDefault="00A92BF1" w:rsidP="00F620DF">
            <w:r>
              <w:rPr>
                <w:b/>
                <w:color w:val="23374B"/>
                <w:sz w:val="16"/>
              </w:rPr>
              <w:t>Risikoanforderungen der Kunden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E76709" w14:textId="77777777" w:rsidR="007F7C4E" w:rsidRDefault="007F7C4E" w:rsidP="00F620DF"/>
        </w:tc>
      </w:tr>
      <w:tr w:rsidR="007F7C4E" w:rsidRPr="009A3D96" w14:paraId="0EBA2477" w14:textId="77777777" w:rsidTr="00F620DF">
        <w:trPr>
          <w:trHeight w:val="52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C5500D" w14:textId="77777777" w:rsidR="007F7C4E" w:rsidRDefault="00A92BF1" w:rsidP="00F620DF">
            <w:r>
              <w:rPr>
                <w:b/>
                <w:color w:val="23374B"/>
                <w:sz w:val="16"/>
              </w:rPr>
              <w:lastRenderedPageBreak/>
              <w:t>Geografische Risiken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9CF6F0" w14:textId="77777777" w:rsidR="007F7C4E" w:rsidRPr="00F620DF" w:rsidRDefault="00A92BF1" w:rsidP="00F620D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alias w:val="cb_58"/>
                <w:tag w:val="cb_58"/>
                <w:id w:val="10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Betrieb in Hochrisikoländern,</w:t>
            </w:r>
            <w:r w:rsidRPr="00F620DF">
              <w:rPr>
                <w:color w:val="23374B"/>
                <w:sz w:val="16"/>
                <w:lang w:val="de-DE"/>
              </w:rPr>
              <w:br/>
            </w:r>
            <w:sdt>
              <w:sdtPr>
                <w:rPr>
                  <w:lang w:val="de-DE"/>
                </w:rPr>
                <w:alias w:val="cb_59"/>
                <w:tag w:val="cb_59"/>
                <w:id w:val="10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Andere geopolitische Risiken, bitte beschreiben:</w:t>
            </w:r>
          </w:p>
        </w:tc>
      </w:tr>
    </w:tbl>
    <w:p w14:paraId="1615A374" w14:textId="77777777" w:rsidR="007F7C4E" w:rsidRPr="00F620DF" w:rsidRDefault="007F7C4E">
      <w:pPr>
        <w:spacing w:after="20"/>
        <w:rPr>
          <w:lang w:val="de-DE"/>
        </w:rPr>
      </w:pPr>
    </w:p>
    <w:p w14:paraId="572C51C9" w14:textId="77777777" w:rsidR="007F7C4E" w:rsidRPr="00F620DF" w:rsidRDefault="007F7C4E">
      <w:pPr>
        <w:spacing w:before="60"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17B1C8AE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4A7225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11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09E562" w14:textId="77777777" w:rsidR="007F7C4E" w:rsidRDefault="00A92BF1">
            <w:r>
              <w:rPr>
                <w:b/>
                <w:color w:val="23374B"/>
                <w:sz w:val="22"/>
              </w:rPr>
              <w:t>IT- und Prozesskomplexität</w:t>
            </w:r>
          </w:p>
        </w:tc>
      </w:tr>
    </w:tbl>
    <w:p w14:paraId="1A6C7A3A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:rsidRPr="009A3D96" w14:paraId="07BD2444" w14:textId="77777777" w:rsidTr="00F620DF">
        <w:trPr>
          <w:trHeight w:val="14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99D3B1" w14:textId="77777777" w:rsidR="007F7C4E" w:rsidRDefault="00A92BF1" w:rsidP="00F620DF">
            <w:r>
              <w:rPr>
                <w:b/>
                <w:color w:val="23374B"/>
                <w:sz w:val="16"/>
              </w:rPr>
              <w:t>IT-Infrastruktur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5B1838" w14:textId="41FBED8D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Anzahl der Server (physisch / virtuell):</w:t>
            </w:r>
            <w:r w:rsidRPr="00F620DF">
              <w:rPr>
                <w:color w:val="23374B"/>
                <w:sz w:val="16"/>
                <w:lang w:val="de-DE"/>
              </w:rPr>
              <w:br/>
              <w:t>Anzahl der geschäftskritischen Anwendungen:</w:t>
            </w:r>
            <w:r w:rsidRPr="00F620DF">
              <w:rPr>
                <w:color w:val="23374B"/>
                <w:sz w:val="16"/>
                <w:lang w:val="de-DE"/>
              </w:rPr>
              <w:br/>
              <w:t>Anzahl der Datenbanken:</w:t>
            </w:r>
            <w:r w:rsidRPr="00F620DF">
              <w:rPr>
                <w:color w:val="23374B"/>
                <w:sz w:val="16"/>
                <w:lang w:val="de-DE"/>
              </w:rPr>
              <w:br/>
              <w:t xml:space="preserve">Eigene Rechenzentren? </w:t>
            </w:r>
            <w:sdt>
              <w:sdtPr>
                <w:rPr>
                  <w:lang w:val="de-DE"/>
                </w:rPr>
                <w:alias w:val="cb_60"/>
                <w:tag w:val="cb_60"/>
                <w:id w:val="10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 </w:t>
            </w:r>
            <w:sdt>
              <w:sdtPr>
                <w:rPr>
                  <w:lang w:val="de-DE"/>
                </w:rPr>
                <w:alias w:val="cb_61"/>
                <w:tag w:val="cb_61"/>
                <w:id w:val="10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Ja, Anzahl, Standort:</w:t>
            </w:r>
            <w:r w:rsidRPr="00F620DF">
              <w:rPr>
                <w:color w:val="23374B"/>
                <w:sz w:val="16"/>
                <w:lang w:val="de-DE"/>
              </w:rPr>
              <w:br/>
              <w:t xml:space="preserve">Nutzung externer Rechenzentren: </w:t>
            </w:r>
            <w:sdt>
              <w:sdtPr>
                <w:rPr>
                  <w:lang w:val="de-DE"/>
                </w:rPr>
                <w:alias w:val="cb_62"/>
                <w:tag w:val="cb_62"/>
                <w:id w:val="10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N/A </w:t>
            </w:r>
            <w:sdt>
              <w:sdtPr>
                <w:rPr>
                  <w:lang w:val="de-DE"/>
                </w:rPr>
                <w:alias w:val="cb_63"/>
                <w:tag w:val="cb_63"/>
                <w:id w:val="10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Housing</w:t>
            </w:r>
            <w:r w:rsidR="009A3D96">
              <w:rPr>
                <w:color w:val="23374B"/>
                <w:sz w:val="16"/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alias w:val="cb_64"/>
                <w:tag w:val="cb_64"/>
                <w:id w:val="10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</w:t>
            </w:r>
            <w:proofErr w:type="spellStart"/>
            <w:r w:rsidRPr="00F620DF">
              <w:rPr>
                <w:color w:val="23374B"/>
                <w:sz w:val="16"/>
                <w:lang w:val="de-DE"/>
              </w:rPr>
              <w:t>Colocation</w:t>
            </w:r>
            <w:proofErr w:type="spellEnd"/>
            <w:r w:rsidRPr="00F620DF">
              <w:rPr>
                <w:color w:val="23374B"/>
                <w:sz w:val="16"/>
                <w:lang w:val="de-DE"/>
              </w:rPr>
              <w:br/>
              <w:t xml:space="preserve">Komplexität der Netzwerktopologie </w:t>
            </w:r>
            <w:sdt>
              <w:sdtPr>
                <w:rPr>
                  <w:lang w:val="de-DE"/>
                </w:rPr>
                <w:alias w:val="cb_65"/>
                <w:tag w:val="cb_65"/>
                <w:id w:val="10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Hoch </w:t>
            </w:r>
            <w:sdt>
              <w:sdtPr>
                <w:rPr>
                  <w:lang w:val="de-DE"/>
                </w:rPr>
                <w:alias w:val="cb_66"/>
                <w:tag w:val="cb_66"/>
                <w:id w:val="10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Mittel</w:t>
            </w:r>
            <w:r w:rsidR="009A3D96">
              <w:rPr>
                <w:color w:val="23374B"/>
                <w:sz w:val="16"/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alias w:val="cb_67"/>
                <w:tag w:val="cb_67"/>
                <w:id w:val="10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Gering</w:t>
            </w:r>
          </w:p>
        </w:tc>
      </w:tr>
      <w:tr w:rsidR="007F7C4E" w14:paraId="02D14328" w14:textId="77777777" w:rsidTr="00F620DF">
        <w:trPr>
          <w:trHeight w:val="6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250B5B" w14:textId="77777777" w:rsidR="007F7C4E" w:rsidRDefault="00A92BF1" w:rsidP="00F620DF">
            <w:r>
              <w:rPr>
                <w:b/>
                <w:color w:val="23374B"/>
                <w:sz w:val="16"/>
              </w:rPr>
              <w:t>Technologie &amp; Software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31AD46" w14:textId="77777777" w:rsidR="007F7C4E" w:rsidRDefault="00A92BF1" w:rsidP="00F620DF">
            <w:r w:rsidRPr="00F620DF">
              <w:rPr>
                <w:color w:val="23374B"/>
                <w:sz w:val="16"/>
                <w:lang w:val="de-DE"/>
              </w:rPr>
              <w:t xml:space="preserve">Eigene Softwareentwicklung vorhanden? </w:t>
            </w:r>
            <w:sdt>
              <w:sdtPr>
                <w:rPr>
                  <w:lang w:val="de-DE"/>
                </w:rPr>
                <w:alias w:val="cb_68"/>
                <w:tag w:val="cb_68"/>
                <w:id w:val="10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 </w:t>
            </w:r>
            <w:sdt>
              <w:sdtPr>
                <w:rPr>
                  <w:lang w:val="de-DE"/>
                </w:rPr>
                <w:alias w:val="cb_69"/>
                <w:tag w:val="cb_69"/>
                <w:id w:val="10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</w:t>
            </w:r>
            <w:r w:rsidRPr="00F620DF">
              <w:rPr>
                <w:color w:val="23374B"/>
                <w:sz w:val="16"/>
                <w:lang w:val="de-DE"/>
              </w:rPr>
              <w:br/>
              <w:t xml:space="preserve">Nutzung von DevOps / CI/CD-Pipelines </w:t>
            </w:r>
            <w:sdt>
              <w:sdtPr>
                <w:rPr>
                  <w:lang w:val="de-DE"/>
                </w:rPr>
                <w:alias w:val="cb_70"/>
                <w:tag w:val="cb_70"/>
                <w:id w:val="10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 </w:t>
            </w:r>
            <w:sdt>
              <w:sdtPr>
                <w:rPr>
                  <w:lang w:val="de-DE"/>
                </w:rPr>
                <w:alias w:val="cb_71"/>
                <w:tag w:val="cb_71"/>
                <w:id w:val="10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</w:t>
            </w:r>
            <w:r w:rsidRPr="00F620DF">
              <w:rPr>
                <w:color w:val="23374B"/>
                <w:sz w:val="16"/>
                <w:lang w:val="de-DE"/>
              </w:rPr>
              <w:br/>
              <w:t xml:space="preserve">Legacy-Systeme im Einsatz? </w:t>
            </w:r>
            <w:sdt>
              <w:sdtPr>
                <w:alias w:val="cb_72"/>
                <w:tag w:val="cb_72"/>
                <w:id w:val="10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</w:t>
            </w:r>
            <w:sdt>
              <w:sdtPr>
                <w:alias w:val="cb_73"/>
                <w:tag w:val="cb_73"/>
                <w:id w:val="10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Ja, Beschreibung:</w:t>
            </w:r>
          </w:p>
        </w:tc>
      </w:tr>
      <w:tr w:rsidR="007F7C4E" w:rsidRPr="009A3D96" w14:paraId="043D88F1" w14:textId="77777777" w:rsidTr="00F620DF">
        <w:trPr>
          <w:trHeight w:val="8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09F839" w14:textId="77777777" w:rsidR="007F7C4E" w:rsidRDefault="00A92BF1" w:rsidP="00F620DF">
            <w:r>
              <w:rPr>
                <w:b/>
                <w:color w:val="23374B"/>
                <w:sz w:val="16"/>
              </w:rPr>
              <w:t>Cloud &amp; Outsourcing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84805E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Cloud-Struktur (IaaS, PaaS, SaaS):</w:t>
            </w:r>
            <w:r w:rsidRPr="00F620DF">
              <w:rPr>
                <w:color w:val="23374B"/>
                <w:sz w:val="16"/>
                <w:lang w:val="de-DE"/>
              </w:rPr>
              <w:br/>
              <w:t>Datenverarbeitung bei Cloud-Anbietern:</w:t>
            </w:r>
            <w:r w:rsidRPr="00F620DF">
              <w:rPr>
                <w:color w:val="23374B"/>
                <w:sz w:val="16"/>
                <w:lang w:val="de-DE"/>
              </w:rPr>
              <w:br/>
              <w:t>• geografische Speicherorte:</w:t>
            </w:r>
            <w:r w:rsidRPr="00F620DF">
              <w:rPr>
                <w:color w:val="23374B"/>
                <w:sz w:val="16"/>
                <w:lang w:val="de-DE"/>
              </w:rPr>
              <w:br/>
              <w:t xml:space="preserve">• geteilte Verantwortlichkeiten: </w:t>
            </w:r>
            <w:sdt>
              <w:sdtPr>
                <w:rPr>
                  <w:lang w:val="de-DE"/>
                </w:rPr>
                <w:alias w:val="cb_74"/>
                <w:tag w:val="cb_74"/>
                <w:id w:val="10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Nein </w:t>
            </w:r>
            <w:sdt>
              <w:sdtPr>
                <w:rPr>
                  <w:lang w:val="de-DE"/>
                </w:rPr>
                <w:alias w:val="cb_75"/>
                <w:tag w:val="cb_75"/>
                <w:id w:val="1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20DF">
                  <w:rPr>
                    <w:rFonts w:ascii="MS Gothic" w:hAnsi="MS Gothic"/>
                    <w:lang w:val="de-DE"/>
                  </w:rPr>
                  <w:t>☐</w:t>
                </w:r>
              </w:sdtContent>
            </w:sdt>
            <w:r w:rsidRPr="00F620DF">
              <w:rPr>
                <w:color w:val="23374B"/>
                <w:sz w:val="16"/>
                <w:lang w:val="de-DE"/>
              </w:rPr>
              <w:t xml:space="preserve"> Ja</w:t>
            </w:r>
            <w:r w:rsidRPr="00F620DF">
              <w:rPr>
                <w:color w:val="23374B"/>
                <w:sz w:val="16"/>
                <w:lang w:val="de-DE"/>
              </w:rPr>
              <w:br/>
              <w:t>Externe IT-Dienstleister und deren Rolle:</w:t>
            </w:r>
          </w:p>
        </w:tc>
      </w:tr>
      <w:tr w:rsidR="007F7C4E" w:rsidRPr="009A3D96" w14:paraId="5EA96710" w14:textId="77777777" w:rsidTr="00F620DF">
        <w:trPr>
          <w:trHeight w:val="6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BB4384" w14:textId="77777777" w:rsidR="007F7C4E" w:rsidRDefault="00A92BF1" w:rsidP="00F620DF">
            <w:proofErr w:type="spellStart"/>
            <w:r>
              <w:rPr>
                <w:b/>
                <w:color w:val="23374B"/>
                <w:sz w:val="16"/>
              </w:rPr>
              <w:t>Benutzer</w:t>
            </w:r>
            <w:proofErr w:type="spellEnd"/>
            <w:r>
              <w:rPr>
                <w:b/>
                <w:color w:val="23374B"/>
                <w:sz w:val="16"/>
              </w:rPr>
              <w:t xml:space="preserve">- und </w:t>
            </w:r>
            <w:proofErr w:type="spellStart"/>
            <w:r>
              <w:rPr>
                <w:b/>
                <w:color w:val="23374B"/>
                <w:sz w:val="16"/>
              </w:rPr>
              <w:t>Zugriffsstruktur</w:t>
            </w:r>
            <w:proofErr w:type="spellEnd"/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1A011B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Anzahl der internen Nutzer:</w:t>
            </w:r>
            <w:r w:rsidRPr="00F620DF">
              <w:rPr>
                <w:color w:val="23374B"/>
                <w:sz w:val="16"/>
                <w:lang w:val="de-DE"/>
              </w:rPr>
              <w:br/>
              <w:t>Anzahl externer Benutzer (Kunden, Partner):</w:t>
            </w:r>
            <w:r w:rsidRPr="00F620DF">
              <w:rPr>
                <w:color w:val="23374B"/>
                <w:sz w:val="16"/>
                <w:lang w:val="de-DE"/>
              </w:rPr>
              <w:br/>
              <w:t>Identity &amp; Access Management (z. B. SSO, MFA, rollenbasiert):</w:t>
            </w:r>
          </w:p>
        </w:tc>
      </w:tr>
    </w:tbl>
    <w:p w14:paraId="23E3AD33" w14:textId="77777777" w:rsidR="007F7C4E" w:rsidRPr="00F620DF" w:rsidRDefault="007F7C4E">
      <w:pPr>
        <w:spacing w:after="2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52B9AFD4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7855F1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12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85E547" w14:textId="77777777" w:rsidR="007F7C4E" w:rsidRDefault="00A92BF1">
            <w:r>
              <w:rPr>
                <w:b/>
                <w:color w:val="23374B"/>
                <w:sz w:val="22"/>
              </w:rPr>
              <w:t>Standortspezifische Besonderheiten</w:t>
            </w:r>
          </w:p>
        </w:tc>
      </w:tr>
    </w:tbl>
    <w:p w14:paraId="389B4C74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1971"/>
        <w:gridCol w:w="1971"/>
        <w:gridCol w:w="1971"/>
      </w:tblGrid>
      <w:tr w:rsidR="007F7C4E" w14:paraId="1E7C84DD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8D0E252" w14:textId="77777777" w:rsidR="007F7C4E" w:rsidRDefault="00A92BF1" w:rsidP="00F620DF">
            <w:r>
              <w:rPr>
                <w:b/>
                <w:color w:val="23374B"/>
                <w:sz w:val="15"/>
              </w:rPr>
              <w:t>Unternehmensname (Zentrale)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0873802" w14:textId="77777777" w:rsidR="007F7C4E" w:rsidRDefault="007F7C4E" w:rsidP="00F620DF"/>
        </w:tc>
      </w:tr>
      <w:tr w:rsidR="007F7C4E" w:rsidRPr="009A3D96" w14:paraId="640A4D76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A01C77C" w14:textId="77777777" w:rsidR="007F7C4E" w:rsidRDefault="00A92BF1" w:rsidP="00F620DF">
            <w:r>
              <w:rPr>
                <w:color w:val="23374B"/>
                <w:sz w:val="15"/>
              </w:rPr>
              <w:t>Anschrift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14EB88A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«Straße und Hausnummer», «Stadt», « Bundesland », «PLZ»</w:t>
            </w:r>
          </w:p>
        </w:tc>
      </w:tr>
      <w:tr w:rsidR="007F7C4E" w:rsidRPr="009A3D96" w14:paraId="7CF54187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A4AA512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4"/>
                <w:lang w:val="de-DE"/>
              </w:rPr>
              <w:t>Anzahl der in die zertifizierungsrelevanten Prozesse eingebundenen Mitarbeiter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CAB9163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Gesamt:</w:t>
            </w:r>
            <w:r w:rsidRPr="00F620DF">
              <w:rPr>
                <w:color w:val="23374B"/>
                <w:sz w:val="16"/>
                <w:lang w:val="de-DE"/>
              </w:rPr>
              <w:br/>
              <w:t>Einschließlich Teilzeitkräfte:</w:t>
            </w:r>
            <w:r w:rsidRPr="00F620DF">
              <w:rPr>
                <w:color w:val="23374B"/>
                <w:sz w:val="16"/>
                <w:lang w:val="de-DE"/>
              </w:rPr>
              <w:br/>
              <w:t>Einschließlich Außendienstmitarbeiter:</w:t>
            </w:r>
          </w:p>
        </w:tc>
      </w:tr>
      <w:tr w:rsidR="007F7C4E" w14:paraId="6CC6B18E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7DFCB95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4"/>
                <w:lang w:val="de-DE"/>
              </w:rPr>
              <w:t>Nutzung mobiler oder temporärer Arbeitsplätze?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F91F091" w14:textId="77777777" w:rsidR="007F7C4E" w:rsidRDefault="00A92BF1" w:rsidP="00F620DF">
            <w:sdt>
              <w:sdtPr>
                <w:alias w:val="cb_76"/>
                <w:tag w:val="cb_76"/>
                <w:id w:val="1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     </w:t>
            </w:r>
            <w:sdt>
              <w:sdtPr>
                <w:alias w:val="cb_77"/>
                <w:tag w:val="cb_77"/>
                <w:id w:val="10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</w:t>
            </w:r>
          </w:p>
        </w:tc>
      </w:tr>
      <w:tr w:rsidR="007F7C4E" w14:paraId="25F9CEC0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D968E59" w14:textId="77777777" w:rsidR="007F7C4E" w:rsidRDefault="00A92BF1" w:rsidP="00F620DF">
            <w:r>
              <w:rPr>
                <w:color w:val="23374B"/>
                <w:sz w:val="14"/>
              </w:rPr>
              <w:t>Arbeitsschichten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3DFA641" w14:textId="77777777" w:rsidR="007F7C4E" w:rsidRDefault="00A92BF1" w:rsidP="00F620DF">
            <w:sdt>
              <w:sdtPr>
                <w:alias w:val="cb_78"/>
                <w:tag w:val="cb_78"/>
                <w:id w:val="10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Früh   </w:t>
            </w:r>
            <w:sdt>
              <w:sdtPr>
                <w:alias w:val="cb_79"/>
                <w:tag w:val="cb_79"/>
                <w:id w:val="10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Tag   </w:t>
            </w:r>
            <w:sdt>
              <w:sdtPr>
                <w:alias w:val="cb_80"/>
                <w:tag w:val="cb_80"/>
                <w:id w:val="1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Spät   </w:t>
            </w:r>
            <w:sdt>
              <w:sdtPr>
                <w:alias w:val="cb_81"/>
                <w:tag w:val="cb_81"/>
                <w:id w:val="10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Nacht</w:t>
            </w:r>
          </w:p>
        </w:tc>
      </w:tr>
      <w:tr w:rsidR="007F7C4E" w14:paraId="1E9234AD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B7D6BFF" w14:textId="77777777" w:rsidR="007F7C4E" w:rsidRDefault="00A92BF1" w:rsidP="00F620DF">
            <w:r>
              <w:rPr>
                <w:b/>
                <w:color w:val="23374B"/>
                <w:sz w:val="14"/>
              </w:rPr>
              <w:t>Gemeinsame (Standort übergreifende) Funktionen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5A50415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4"/>
                <w:lang w:val="de-DE"/>
              </w:rPr>
              <w:t>Ja, nur für diesen Standort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69A6993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4"/>
                <w:lang w:val="de-DE"/>
              </w:rPr>
              <w:t>Ja, auch für andere Standorte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CD12557" w14:textId="77777777" w:rsidR="007F7C4E" w:rsidRDefault="00A92BF1" w:rsidP="00F620DF">
            <w:r>
              <w:rPr>
                <w:b/>
                <w:color w:val="23374B"/>
                <w:sz w:val="14"/>
              </w:rPr>
              <w:t>Nein</w:t>
            </w:r>
          </w:p>
        </w:tc>
      </w:tr>
      <w:tr w:rsidR="007F7C4E" w14:paraId="0EF50A37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9FBA1EB" w14:textId="77777777" w:rsidR="007F7C4E" w:rsidRDefault="00A92BF1" w:rsidP="00F620DF">
            <w:r>
              <w:rPr>
                <w:color w:val="23374B"/>
                <w:sz w:val="14"/>
              </w:rPr>
              <w:t>Informationssicherheitspolitik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57FA2BD" w14:textId="77777777" w:rsidR="007F7C4E" w:rsidRDefault="00A92BF1" w:rsidP="009A3D96">
            <w:pPr>
              <w:jc w:val="center"/>
            </w:pPr>
            <w:sdt>
              <w:sdtPr>
                <w:alias w:val="cb_82"/>
                <w:tag w:val="cb_82"/>
                <w:id w:val="10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C931BDB" w14:textId="77777777" w:rsidR="007F7C4E" w:rsidRDefault="00A92BF1" w:rsidP="009A3D96">
            <w:pPr>
              <w:jc w:val="center"/>
            </w:pPr>
            <w:sdt>
              <w:sdtPr>
                <w:alias w:val="cb_83"/>
                <w:tag w:val="cb_83"/>
                <w:id w:val="1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2A06950" w14:textId="77777777" w:rsidR="007F7C4E" w:rsidRDefault="00A92BF1" w:rsidP="009A3D96">
            <w:pPr>
              <w:jc w:val="center"/>
            </w:pPr>
            <w:sdt>
              <w:sdtPr>
                <w:alias w:val="cb_84"/>
                <w:tag w:val="cb_84"/>
                <w:id w:val="10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0EB667BB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995A609" w14:textId="77777777" w:rsidR="007F7C4E" w:rsidRDefault="00A92BF1" w:rsidP="00F620DF">
            <w:r>
              <w:rPr>
                <w:color w:val="23374B"/>
                <w:sz w:val="14"/>
              </w:rPr>
              <w:t>Verwaltung des Informationssicherheitsmanagementsystems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D0FA11B" w14:textId="77777777" w:rsidR="007F7C4E" w:rsidRDefault="00A92BF1" w:rsidP="009A3D96">
            <w:pPr>
              <w:jc w:val="center"/>
            </w:pPr>
            <w:sdt>
              <w:sdtPr>
                <w:alias w:val="cb_85"/>
                <w:tag w:val="cb_85"/>
                <w:id w:val="10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BA4499F" w14:textId="77777777" w:rsidR="007F7C4E" w:rsidRDefault="00A92BF1" w:rsidP="009A3D96">
            <w:pPr>
              <w:jc w:val="center"/>
            </w:pPr>
            <w:sdt>
              <w:sdtPr>
                <w:alias w:val="cb_86"/>
                <w:tag w:val="cb_86"/>
                <w:id w:val="10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8A9372B" w14:textId="77777777" w:rsidR="007F7C4E" w:rsidRDefault="00A92BF1" w:rsidP="009A3D96">
            <w:pPr>
              <w:jc w:val="center"/>
            </w:pPr>
            <w:sdt>
              <w:sdtPr>
                <w:alias w:val="cb_87"/>
                <w:tag w:val="cb_87"/>
                <w:id w:val="10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4A0ABA13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6B63532" w14:textId="77777777" w:rsidR="007F7C4E" w:rsidRDefault="00A92BF1" w:rsidP="00F620DF">
            <w:r>
              <w:rPr>
                <w:color w:val="23374B"/>
                <w:sz w:val="14"/>
              </w:rPr>
              <w:t>Rollen, Verantwortlichkeiten und Befugnisse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72384DA" w14:textId="77777777" w:rsidR="007F7C4E" w:rsidRDefault="00A92BF1" w:rsidP="009A3D96">
            <w:pPr>
              <w:jc w:val="center"/>
            </w:pPr>
            <w:sdt>
              <w:sdtPr>
                <w:alias w:val="cb_88"/>
                <w:tag w:val="cb_88"/>
                <w:id w:val="1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8AC4FD3" w14:textId="77777777" w:rsidR="007F7C4E" w:rsidRDefault="00A92BF1" w:rsidP="009A3D96">
            <w:pPr>
              <w:jc w:val="center"/>
            </w:pPr>
            <w:sdt>
              <w:sdtPr>
                <w:alias w:val="cb_89"/>
                <w:tag w:val="cb_89"/>
                <w:id w:val="10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57F2713" w14:textId="77777777" w:rsidR="007F7C4E" w:rsidRDefault="00A92BF1" w:rsidP="009A3D96">
            <w:pPr>
              <w:jc w:val="center"/>
            </w:pPr>
            <w:sdt>
              <w:sdtPr>
                <w:alias w:val="cb_90"/>
                <w:tag w:val="cb_90"/>
                <w:id w:val="10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3B425E70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8915142" w14:textId="77777777" w:rsidR="007F7C4E" w:rsidRDefault="00A92BF1" w:rsidP="00F620DF">
            <w:r>
              <w:rPr>
                <w:color w:val="23374B"/>
                <w:sz w:val="14"/>
              </w:rPr>
              <w:t>Dokumentenlenkung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9E7091A" w14:textId="77777777" w:rsidR="007F7C4E" w:rsidRDefault="00A92BF1" w:rsidP="009A3D96">
            <w:pPr>
              <w:jc w:val="center"/>
            </w:pPr>
            <w:sdt>
              <w:sdtPr>
                <w:alias w:val="cb_91"/>
                <w:tag w:val="cb_91"/>
                <w:id w:val="10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F54DFCB" w14:textId="77777777" w:rsidR="007F7C4E" w:rsidRDefault="00A92BF1" w:rsidP="009A3D96">
            <w:pPr>
              <w:jc w:val="center"/>
            </w:pPr>
            <w:sdt>
              <w:sdtPr>
                <w:alias w:val="cb_92"/>
                <w:tag w:val="cb_92"/>
                <w:id w:val="10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61A552D" w14:textId="77777777" w:rsidR="007F7C4E" w:rsidRDefault="00A92BF1" w:rsidP="009A3D96">
            <w:pPr>
              <w:jc w:val="center"/>
            </w:pPr>
            <w:sdt>
              <w:sdtPr>
                <w:alias w:val="cb_93"/>
                <w:tag w:val="cb_93"/>
                <w:id w:val="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22EA2FEC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C2DC646" w14:textId="77777777" w:rsidR="007F7C4E" w:rsidRDefault="00A92BF1" w:rsidP="00F620DF">
            <w:r>
              <w:rPr>
                <w:color w:val="23374B"/>
                <w:sz w:val="14"/>
              </w:rPr>
              <w:t>Personalmanagement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31C7899" w14:textId="77777777" w:rsidR="007F7C4E" w:rsidRDefault="00A92BF1" w:rsidP="009A3D96">
            <w:pPr>
              <w:jc w:val="center"/>
            </w:pPr>
            <w:sdt>
              <w:sdtPr>
                <w:alias w:val="cb_94"/>
                <w:tag w:val="cb_94"/>
                <w:id w:val="10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64B4126" w14:textId="77777777" w:rsidR="007F7C4E" w:rsidRDefault="00A92BF1" w:rsidP="009A3D96">
            <w:pPr>
              <w:jc w:val="center"/>
            </w:pPr>
            <w:sdt>
              <w:sdtPr>
                <w:alias w:val="cb_95"/>
                <w:tag w:val="cb_95"/>
                <w:id w:val="10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00F3828" w14:textId="77777777" w:rsidR="007F7C4E" w:rsidRDefault="00A92BF1" w:rsidP="009A3D96">
            <w:pPr>
              <w:jc w:val="center"/>
            </w:pPr>
            <w:sdt>
              <w:sdtPr>
                <w:alias w:val="cb_96"/>
                <w:tag w:val="cb_96"/>
                <w:id w:val="10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78DCFAFA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D3D3EF7" w14:textId="77777777" w:rsidR="007F7C4E" w:rsidRDefault="00A92BF1" w:rsidP="00F620DF">
            <w:r>
              <w:rPr>
                <w:color w:val="23374B"/>
                <w:sz w:val="14"/>
              </w:rPr>
              <w:t>Beschaffung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1A52F20" w14:textId="77777777" w:rsidR="007F7C4E" w:rsidRDefault="00A92BF1" w:rsidP="009A3D96">
            <w:pPr>
              <w:jc w:val="center"/>
            </w:pPr>
            <w:sdt>
              <w:sdtPr>
                <w:alias w:val="cb_97"/>
                <w:tag w:val="cb_97"/>
                <w:id w:val="10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90D843D" w14:textId="77777777" w:rsidR="007F7C4E" w:rsidRDefault="00A92BF1" w:rsidP="009A3D96">
            <w:pPr>
              <w:jc w:val="center"/>
            </w:pPr>
            <w:sdt>
              <w:sdtPr>
                <w:alias w:val="cb_98"/>
                <w:tag w:val="cb_98"/>
                <w:id w:val="10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696F90B" w14:textId="77777777" w:rsidR="007F7C4E" w:rsidRDefault="00A92BF1" w:rsidP="009A3D96">
            <w:pPr>
              <w:jc w:val="center"/>
            </w:pPr>
            <w:sdt>
              <w:sdtPr>
                <w:alias w:val="cb_99"/>
                <w:tag w:val="cb_99"/>
                <w:id w:val="10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75ED3572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0953CCF" w14:textId="77777777" w:rsidR="007F7C4E" w:rsidRDefault="00A92BF1" w:rsidP="00F620DF">
            <w:r>
              <w:rPr>
                <w:color w:val="23374B"/>
                <w:sz w:val="14"/>
              </w:rPr>
              <w:t>Risikomanagement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84AB1EF" w14:textId="77777777" w:rsidR="007F7C4E" w:rsidRDefault="00A92BF1" w:rsidP="009A3D96">
            <w:pPr>
              <w:jc w:val="center"/>
            </w:pPr>
            <w:sdt>
              <w:sdtPr>
                <w:alias w:val="cb_100"/>
                <w:tag w:val="cb_100"/>
                <w:id w:val="10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498E468" w14:textId="77777777" w:rsidR="007F7C4E" w:rsidRDefault="00A92BF1" w:rsidP="009A3D96">
            <w:pPr>
              <w:jc w:val="center"/>
            </w:pPr>
            <w:sdt>
              <w:sdtPr>
                <w:alias w:val="cb_101"/>
                <w:tag w:val="cb_101"/>
                <w:id w:val="10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87F47AA" w14:textId="77777777" w:rsidR="007F7C4E" w:rsidRDefault="00A92BF1" w:rsidP="009A3D96">
            <w:pPr>
              <w:jc w:val="center"/>
            </w:pPr>
            <w:sdt>
              <w:sdtPr>
                <w:alias w:val="cb_102"/>
                <w:tag w:val="cb_102"/>
                <w:id w:val="1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1679AB52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8285DD0" w14:textId="77777777" w:rsidR="007F7C4E" w:rsidRDefault="00A92BF1" w:rsidP="00F620DF">
            <w:r>
              <w:rPr>
                <w:color w:val="23374B"/>
                <w:sz w:val="14"/>
              </w:rPr>
              <w:t>Entwicklungstätigkeiten / Entwicklungsaktivitäten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FA3B0BB" w14:textId="77777777" w:rsidR="007F7C4E" w:rsidRDefault="00A92BF1" w:rsidP="009A3D96">
            <w:pPr>
              <w:jc w:val="center"/>
            </w:pPr>
            <w:sdt>
              <w:sdtPr>
                <w:alias w:val="cb_103"/>
                <w:tag w:val="cb_103"/>
                <w:id w:val="1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5BFCA4E" w14:textId="77777777" w:rsidR="007F7C4E" w:rsidRDefault="00A92BF1" w:rsidP="009A3D96">
            <w:pPr>
              <w:jc w:val="center"/>
            </w:pPr>
            <w:sdt>
              <w:sdtPr>
                <w:alias w:val="cb_104"/>
                <w:tag w:val="cb_104"/>
                <w:id w:val="10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9C0DA0C" w14:textId="77777777" w:rsidR="007F7C4E" w:rsidRDefault="00A92BF1" w:rsidP="009A3D96">
            <w:pPr>
              <w:jc w:val="center"/>
            </w:pPr>
            <w:sdt>
              <w:sdtPr>
                <w:alias w:val="cb_105"/>
                <w:tag w:val="cb_105"/>
                <w:id w:val="1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55EFA323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4AE1BAA" w14:textId="77777777" w:rsidR="007F7C4E" w:rsidRDefault="00A92BF1" w:rsidP="00F620DF">
            <w:r>
              <w:rPr>
                <w:color w:val="23374B"/>
                <w:sz w:val="14"/>
              </w:rPr>
              <w:t>Standortspezifische Prozesse/Aktivitäten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6682F69" w14:textId="77777777" w:rsidR="007F7C4E" w:rsidRDefault="007F7C4E" w:rsidP="00F620DF"/>
        </w:tc>
      </w:tr>
    </w:tbl>
    <w:p w14:paraId="6552674E" w14:textId="77777777" w:rsidR="007F7C4E" w:rsidRDefault="007F7C4E">
      <w:pPr>
        <w:spacing w:after="40"/>
      </w:pPr>
    </w:p>
    <w:p w14:paraId="25520343" w14:textId="77777777" w:rsidR="007F7C4E" w:rsidRPr="00F620DF" w:rsidRDefault="00A92BF1">
      <w:pPr>
        <w:spacing w:after="60"/>
        <w:rPr>
          <w:lang w:val="de-DE"/>
        </w:rPr>
      </w:pPr>
      <w:r w:rsidRPr="00F620DF">
        <w:rPr>
          <w:i/>
          <w:color w:val="5A6978"/>
          <w:sz w:val="15"/>
          <w:lang w:val="de-DE"/>
        </w:rPr>
        <w:t>Bitte kopieren Sie die Tabelle und verwenden Sie die entsprechende Anzahl (wie die Anzahl der Standorte).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1971"/>
        <w:gridCol w:w="1971"/>
        <w:gridCol w:w="1971"/>
      </w:tblGrid>
      <w:tr w:rsidR="007F7C4E" w14:paraId="3474139A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653F8B5" w14:textId="77777777" w:rsidR="007F7C4E" w:rsidRDefault="00A92BF1" w:rsidP="00F620DF">
            <w:proofErr w:type="spellStart"/>
            <w:r>
              <w:rPr>
                <w:b/>
                <w:color w:val="23374B"/>
                <w:sz w:val="15"/>
              </w:rPr>
              <w:t>Standort</w:t>
            </w:r>
            <w:proofErr w:type="spellEnd"/>
            <w:r>
              <w:rPr>
                <w:b/>
                <w:color w:val="23374B"/>
                <w:sz w:val="15"/>
              </w:rPr>
              <w:t xml:space="preserve"> 1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E7909A6" w14:textId="77777777" w:rsidR="007F7C4E" w:rsidRDefault="007F7C4E" w:rsidP="00F620DF"/>
        </w:tc>
      </w:tr>
      <w:tr w:rsidR="007F7C4E" w:rsidRPr="009A3D96" w14:paraId="07A6A6AF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420BCCE" w14:textId="77777777" w:rsidR="007F7C4E" w:rsidRDefault="00A92BF1" w:rsidP="00F620DF">
            <w:r>
              <w:rPr>
                <w:color w:val="23374B"/>
                <w:sz w:val="15"/>
              </w:rPr>
              <w:t>Anschrift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6F81E13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«Straße und Hausnummer», «Stadt», « Bundesland », «PLZ»</w:t>
            </w:r>
          </w:p>
        </w:tc>
      </w:tr>
      <w:tr w:rsidR="007F7C4E" w:rsidRPr="009A3D96" w14:paraId="55CEED06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F552AA5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4"/>
                <w:lang w:val="de-DE"/>
              </w:rPr>
              <w:lastRenderedPageBreak/>
              <w:t>Anzahl der in die zertifizierungsrelevanten Prozesse eingebundenen Mitarbeiter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151AFB8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Gesamt:</w:t>
            </w:r>
            <w:r w:rsidRPr="00F620DF">
              <w:rPr>
                <w:color w:val="23374B"/>
                <w:sz w:val="16"/>
                <w:lang w:val="de-DE"/>
              </w:rPr>
              <w:br/>
              <w:t>Einschließlich Teilzeitkräfte:</w:t>
            </w:r>
            <w:r w:rsidRPr="00F620DF">
              <w:rPr>
                <w:color w:val="23374B"/>
                <w:sz w:val="16"/>
                <w:lang w:val="de-DE"/>
              </w:rPr>
              <w:br/>
              <w:t>Einschließlich Außendienstmitarbeiter:</w:t>
            </w:r>
          </w:p>
        </w:tc>
      </w:tr>
      <w:tr w:rsidR="007F7C4E" w14:paraId="76FBEF87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E67EE72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color w:val="23374B"/>
                <w:sz w:val="14"/>
                <w:lang w:val="de-DE"/>
              </w:rPr>
              <w:t>Nutzung mobiler oder temporärer Arbeitsplätze?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4338180" w14:textId="77777777" w:rsidR="007F7C4E" w:rsidRDefault="00A92BF1" w:rsidP="00F620DF">
            <w:sdt>
              <w:sdtPr>
                <w:alias w:val="cb_106"/>
                <w:tag w:val="cb_106"/>
                <w:id w:val="10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     </w:t>
            </w:r>
            <w:sdt>
              <w:sdtPr>
                <w:alias w:val="cb_107"/>
                <w:tag w:val="cb_107"/>
                <w:id w:val="10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</w:t>
            </w:r>
          </w:p>
        </w:tc>
      </w:tr>
      <w:tr w:rsidR="007F7C4E" w14:paraId="795DDD64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A20FAC4" w14:textId="77777777" w:rsidR="007F7C4E" w:rsidRDefault="00A92BF1" w:rsidP="00F620DF">
            <w:r>
              <w:rPr>
                <w:b/>
                <w:color w:val="23374B"/>
                <w:sz w:val="14"/>
              </w:rPr>
              <w:t>Gemeinsame (Standort übergreifende) Funktionen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E40FA43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4"/>
                <w:lang w:val="de-DE"/>
              </w:rPr>
              <w:t>Ja, nur für diesen Standort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3DCD93A3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4"/>
                <w:lang w:val="de-DE"/>
              </w:rPr>
              <w:t>Ja, auch für andere Standorte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8ECF8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2A5B001" w14:textId="77777777" w:rsidR="007F7C4E" w:rsidRDefault="00A92BF1" w:rsidP="00F620DF">
            <w:r>
              <w:rPr>
                <w:b/>
                <w:color w:val="23374B"/>
                <w:sz w:val="14"/>
              </w:rPr>
              <w:t>Nein</w:t>
            </w:r>
          </w:p>
        </w:tc>
      </w:tr>
      <w:tr w:rsidR="007F7C4E" w14:paraId="341A3BD5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21034D07" w14:textId="77777777" w:rsidR="007F7C4E" w:rsidRDefault="00A92BF1" w:rsidP="00F620DF">
            <w:r>
              <w:rPr>
                <w:color w:val="23374B"/>
                <w:sz w:val="14"/>
              </w:rPr>
              <w:t>Informationssicherheitspolitik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16AEB739" w14:textId="77777777" w:rsidR="007F7C4E" w:rsidRDefault="00A92BF1" w:rsidP="009A3D96">
            <w:pPr>
              <w:jc w:val="center"/>
            </w:pPr>
            <w:sdt>
              <w:sdtPr>
                <w:alias w:val="cb_108"/>
                <w:tag w:val="cb_108"/>
                <w:id w:val="10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7B7C998" w14:textId="77777777" w:rsidR="007F7C4E" w:rsidRDefault="00A92BF1" w:rsidP="009A3D96">
            <w:pPr>
              <w:jc w:val="center"/>
            </w:pPr>
            <w:sdt>
              <w:sdtPr>
                <w:alias w:val="cb_109"/>
                <w:tag w:val="cb_109"/>
                <w:id w:val="10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0BD956C" w14:textId="77777777" w:rsidR="007F7C4E" w:rsidRDefault="00A92BF1" w:rsidP="009A3D96">
            <w:pPr>
              <w:jc w:val="center"/>
            </w:pPr>
            <w:sdt>
              <w:sdtPr>
                <w:alias w:val="cb_110"/>
                <w:tag w:val="cb_110"/>
                <w:id w:val="10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1F9DA15B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D762DEC" w14:textId="77777777" w:rsidR="007F7C4E" w:rsidRDefault="00A92BF1" w:rsidP="00F620DF">
            <w:r>
              <w:rPr>
                <w:color w:val="23374B"/>
                <w:sz w:val="14"/>
              </w:rPr>
              <w:t>Verwaltung des Informationssicherheitsmanagementsystems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9CCA4E0" w14:textId="77777777" w:rsidR="007F7C4E" w:rsidRDefault="00A92BF1" w:rsidP="009A3D96">
            <w:pPr>
              <w:jc w:val="center"/>
            </w:pPr>
            <w:sdt>
              <w:sdtPr>
                <w:alias w:val="cb_111"/>
                <w:tag w:val="cb_111"/>
                <w:id w:val="10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ADE262D" w14:textId="77777777" w:rsidR="007F7C4E" w:rsidRDefault="00A92BF1" w:rsidP="009A3D96">
            <w:pPr>
              <w:jc w:val="center"/>
            </w:pPr>
            <w:sdt>
              <w:sdtPr>
                <w:alias w:val="cb_112"/>
                <w:tag w:val="cb_112"/>
                <w:id w:val="1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76B6F67" w14:textId="77777777" w:rsidR="007F7C4E" w:rsidRDefault="00A92BF1" w:rsidP="009A3D96">
            <w:pPr>
              <w:jc w:val="center"/>
            </w:pPr>
            <w:sdt>
              <w:sdtPr>
                <w:alias w:val="cb_113"/>
                <w:tag w:val="cb_113"/>
                <w:id w:val="10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015245A4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7D43D8DA" w14:textId="77777777" w:rsidR="007F7C4E" w:rsidRDefault="00A92BF1" w:rsidP="00F620DF">
            <w:r>
              <w:rPr>
                <w:color w:val="23374B"/>
                <w:sz w:val="14"/>
              </w:rPr>
              <w:t>Rollen, Verantwortlichkeiten und Befugnisse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EE31743" w14:textId="77777777" w:rsidR="007F7C4E" w:rsidRDefault="00A92BF1" w:rsidP="009A3D96">
            <w:pPr>
              <w:jc w:val="center"/>
            </w:pPr>
            <w:sdt>
              <w:sdtPr>
                <w:alias w:val="cb_114"/>
                <w:tag w:val="cb_114"/>
                <w:id w:val="10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90026C0" w14:textId="77777777" w:rsidR="007F7C4E" w:rsidRDefault="00A92BF1" w:rsidP="009A3D96">
            <w:pPr>
              <w:jc w:val="center"/>
            </w:pPr>
            <w:sdt>
              <w:sdtPr>
                <w:alias w:val="cb_115"/>
                <w:tag w:val="cb_115"/>
                <w:id w:val="10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5DB838A" w14:textId="77777777" w:rsidR="007F7C4E" w:rsidRDefault="00A92BF1" w:rsidP="009A3D96">
            <w:pPr>
              <w:jc w:val="center"/>
            </w:pPr>
            <w:sdt>
              <w:sdtPr>
                <w:alias w:val="cb_116"/>
                <w:tag w:val="cb_116"/>
                <w:id w:val="10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083479E4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C464579" w14:textId="77777777" w:rsidR="007F7C4E" w:rsidRDefault="00A92BF1" w:rsidP="00F620DF">
            <w:r>
              <w:rPr>
                <w:color w:val="23374B"/>
                <w:sz w:val="14"/>
              </w:rPr>
              <w:t>Dokumentenlenkung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EE402D5" w14:textId="77777777" w:rsidR="007F7C4E" w:rsidRDefault="00A92BF1" w:rsidP="009A3D96">
            <w:pPr>
              <w:jc w:val="center"/>
            </w:pPr>
            <w:sdt>
              <w:sdtPr>
                <w:alias w:val="cb_117"/>
                <w:tag w:val="cb_117"/>
                <w:id w:val="10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C4D7C72" w14:textId="77777777" w:rsidR="007F7C4E" w:rsidRDefault="00A92BF1" w:rsidP="009A3D96">
            <w:pPr>
              <w:jc w:val="center"/>
            </w:pPr>
            <w:sdt>
              <w:sdtPr>
                <w:alias w:val="cb_118"/>
                <w:tag w:val="cb_118"/>
                <w:id w:val="10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3ABFDCD" w14:textId="77777777" w:rsidR="007F7C4E" w:rsidRDefault="00A92BF1" w:rsidP="009A3D96">
            <w:pPr>
              <w:jc w:val="center"/>
            </w:pPr>
            <w:sdt>
              <w:sdtPr>
                <w:alias w:val="cb_119"/>
                <w:tag w:val="cb_119"/>
                <w:id w:val="10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4149E6D8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6034E031" w14:textId="77777777" w:rsidR="007F7C4E" w:rsidRDefault="00A92BF1" w:rsidP="00F620DF">
            <w:r>
              <w:rPr>
                <w:color w:val="23374B"/>
                <w:sz w:val="14"/>
              </w:rPr>
              <w:t>Personalmanagement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78992C3" w14:textId="77777777" w:rsidR="007F7C4E" w:rsidRDefault="00A92BF1" w:rsidP="009A3D96">
            <w:pPr>
              <w:jc w:val="center"/>
            </w:pPr>
            <w:sdt>
              <w:sdtPr>
                <w:alias w:val="cb_120"/>
                <w:tag w:val="cb_120"/>
                <w:id w:val="10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3D03050" w14:textId="77777777" w:rsidR="007F7C4E" w:rsidRDefault="00A92BF1" w:rsidP="009A3D96">
            <w:pPr>
              <w:jc w:val="center"/>
            </w:pPr>
            <w:sdt>
              <w:sdtPr>
                <w:alias w:val="cb_121"/>
                <w:tag w:val="cb_121"/>
                <w:id w:val="10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04DA2F01" w14:textId="77777777" w:rsidR="007F7C4E" w:rsidRDefault="00A92BF1" w:rsidP="009A3D96">
            <w:pPr>
              <w:jc w:val="center"/>
            </w:pPr>
            <w:sdt>
              <w:sdtPr>
                <w:alias w:val="cb_122"/>
                <w:tag w:val="cb_122"/>
                <w:id w:val="10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09E73389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4B29D01F" w14:textId="77777777" w:rsidR="007F7C4E" w:rsidRDefault="00A92BF1" w:rsidP="00F620DF">
            <w:r>
              <w:rPr>
                <w:color w:val="23374B"/>
                <w:sz w:val="14"/>
              </w:rPr>
              <w:t>Beschaffung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1E22256F" w14:textId="77777777" w:rsidR="007F7C4E" w:rsidRDefault="00A92BF1" w:rsidP="009A3D96">
            <w:pPr>
              <w:jc w:val="center"/>
            </w:pPr>
            <w:sdt>
              <w:sdtPr>
                <w:alias w:val="cb_123"/>
                <w:tag w:val="cb_123"/>
                <w:id w:val="10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1F02C395" w14:textId="77777777" w:rsidR="007F7C4E" w:rsidRDefault="00A92BF1" w:rsidP="009A3D96">
            <w:pPr>
              <w:jc w:val="center"/>
            </w:pPr>
            <w:sdt>
              <w:sdtPr>
                <w:alias w:val="cb_124"/>
                <w:tag w:val="cb_124"/>
                <w:id w:val="10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4815DDB5" w14:textId="77777777" w:rsidR="007F7C4E" w:rsidRDefault="00A92BF1" w:rsidP="009A3D96">
            <w:pPr>
              <w:jc w:val="center"/>
            </w:pPr>
            <w:sdt>
              <w:sdtPr>
                <w:alias w:val="cb_125"/>
                <w:tag w:val="cb_125"/>
                <w:id w:val="10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6061B387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5B0CCE4" w14:textId="77777777" w:rsidR="007F7C4E" w:rsidRDefault="00A92BF1" w:rsidP="00F620DF">
            <w:r>
              <w:rPr>
                <w:color w:val="23374B"/>
                <w:sz w:val="14"/>
              </w:rPr>
              <w:t>Risikomanagement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AB0EA31" w14:textId="77777777" w:rsidR="007F7C4E" w:rsidRDefault="00A92BF1" w:rsidP="009A3D96">
            <w:pPr>
              <w:jc w:val="center"/>
            </w:pPr>
            <w:sdt>
              <w:sdtPr>
                <w:alias w:val="cb_126"/>
                <w:tag w:val="cb_126"/>
                <w:id w:val="10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0154FD1" w14:textId="77777777" w:rsidR="007F7C4E" w:rsidRDefault="00A92BF1" w:rsidP="009A3D96">
            <w:pPr>
              <w:jc w:val="center"/>
            </w:pPr>
            <w:sdt>
              <w:sdtPr>
                <w:alias w:val="cb_127"/>
                <w:tag w:val="cb_127"/>
                <w:id w:val="10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6CA3BB9F" w14:textId="77777777" w:rsidR="007F7C4E" w:rsidRDefault="00A92BF1" w:rsidP="009A3D96">
            <w:pPr>
              <w:jc w:val="center"/>
            </w:pPr>
            <w:sdt>
              <w:sdtPr>
                <w:alias w:val="cb_128"/>
                <w:tag w:val="cb_128"/>
                <w:id w:val="10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6243D850" w14:textId="77777777" w:rsidTr="009A3D96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1F312A1F" w14:textId="77777777" w:rsidR="007F7C4E" w:rsidRDefault="00A92BF1" w:rsidP="00F620DF">
            <w:r>
              <w:rPr>
                <w:color w:val="23374B"/>
                <w:sz w:val="14"/>
              </w:rPr>
              <w:t>Entwicklungstätigkeiten / Entwicklungsaktivitäten</w:t>
            </w:r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C29A634" w14:textId="77777777" w:rsidR="007F7C4E" w:rsidRDefault="00A92BF1" w:rsidP="009A3D96">
            <w:pPr>
              <w:jc w:val="center"/>
            </w:pPr>
            <w:sdt>
              <w:sdtPr>
                <w:alias w:val="cb_129"/>
                <w:tag w:val="cb_129"/>
                <w:id w:val="10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4D9E28C" w14:textId="77777777" w:rsidR="007F7C4E" w:rsidRDefault="00A92BF1" w:rsidP="009A3D96">
            <w:pPr>
              <w:jc w:val="center"/>
            </w:pPr>
            <w:sdt>
              <w:sdtPr>
                <w:alias w:val="cb_130"/>
                <w:tag w:val="cb_130"/>
                <w:id w:val="10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  <w:tc>
          <w:tcPr>
            <w:tcW w:w="197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5D4DD8A" w14:textId="77777777" w:rsidR="007F7C4E" w:rsidRDefault="00A92BF1" w:rsidP="009A3D96">
            <w:pPr>
              <w:jc w:val="center"/>
            </w:pPr>
            <w:sdt>
              <w:sdtPr>
                <w:alias w:val="cb_131"/>
                <w:tag w:val="cb_131"/>
                <w:id w:val="10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  <w:tr w:rsidR="007F7C4E" w14:paraId="69348C55" w14:textId="77777777" w:rsidTr="00F620DF"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5FCE6574" w14:textId="77777777" w:rsidR="007F7C4E" w:rsidRDefault="00A92BF1" w:rsidP="00F620DF">
            <w:r>
              <w:rPr>
                <w:color w:val="23374B"/>
                <w:sz w:val="14"/>
              </w:rPr>
              <w:t>Standortspezifische Prozesse/Aktivitäten</w:t>
            </w:r>
          </w:p>
        </w:tc>
        <w:tc>
          <w:tcPr>
            <w:tcW w:w="5913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30" w:type="dxa"/>
              <w:left w:w="55" w:type="dxa"/>
              <w:bottom w:w="30" w:type="dxa"/>
              <w:right w:w="55" w:type="dxa"/>
            </w:tcMar>
          </w:tcPr>
          <w:p w14:paraId="0C16FEAB" w14:textId="77777777" w:rsidR="007F7C4E" w:rsidRDefault="007F7C4E" w:rsidP="00F620DF"/>
        </w:tc>
      </w:tr>
    </w:tbl>
    <w:p w14:paraId="1FF88B26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9694"/>
      </w:tblGrid>
      <w:tr w:rsidR="007F7C4E" w14:paraId="707D5B4B" w14:textId="77777777">
        <w:tc>
          <w:tcPr>
            <w:tcW w:w="5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FEE45C" w14:textId="77777777" w:rsidR="007F7C4E" w:rsidRDefault="00A92BF1">
            <w:pPr>
              <w:jc w:val="center"/>
            </w:pPr>
            <w:r>
              <w:rPr>
                <w:b/>
                <w:color w:val="FFFFFF"/>
                <w:sz w:val="20"/>
              </w:rPr>
              <w:t>13</w:t>
            </w:r>
          </w:p>
        </w:tc>
        <w:tc>
          <w:tcPr>
            <w:tcW w:w="96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8B4FB2" w14:textId="77777777" w:rsidR="007F7C4E" w:rsidRDefault="00A92BF1">
            <w:r>
              <w:rPr>
                <w:b/>
                <w:color w:val="23374B"/>
                <w:sz w:val="22"/>
              </w:rPr>
              <w:t>Sprache / Besondere Anforderungen</w:t>
            </w:r>
          </w:p>
        </w:tc>
      </w:tr>
    </w:tbl>
    <w:p w14:paraId="1424415D" w14:textId="77777777" w:rsidR="007F7C4E" w:rsidRDefault="007F7C4E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76"/>
        <w:gridCol w:w="5913"/>
      </w:tblGrid>
      <w:tr w:rsidR="007F7C4E" w14:paraId="038D9DBB" w14:textId="77777777" w:rsidTr="00F620DF">
        <w:trPr>
          <w:trHeight w:val="42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EC3CAA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In welcher Sprache soll das Audit durchgeführt werden?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E02237" w14:textId="77777777" w:rsidR="007F7C4E" w:rsidRDefault="00A92BF1" w:rsidP="00F620DF">
            <w:sdt>
              <w:sdtPr>
                <w:alias w:val="cb_132"/>
                <w:tag w:val="cb_132"/>
                <w:id w:val="1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Deutsch  </w:t>
            </w:r>
            <w:sdt>
              <w:sdtPr>
                <w:alias w:val="cb_133"/>
                <w:tag w:val="cb_133"/>
                <w:id w:val="1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Englisch  </w:t>
            </w:r>
            <w:sdt>
              <w:sdtPr>
                <w:alias w:val="cb_134"/>
                <w:tag w:val="cb_134"/>
                <w:id w:val="10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Andere:</w:t>
            </w:r>
          </w:p>
        </w:tc>
      </w:tr>
      <w:tr w:rsidR="007F7C4E" w14:paraId="0BE8856B" w14:textId="77777777" w:rsidTr="00F620DF">
        <w:trPr>
          <w:trHeight w:val="80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E8CB40" w14:textId="77777777" w:rsidR="007F7C4E" w:rsidRPr="00F620DF" w:rsidRDefault="00A92BF1" w:rsidP="00F620DF">
            <w:pPr>
              <w:rPr>
                <w:lang w:val="de-DE"/>
              </w:rPr>
            </w:pPr>
            <w:r w:rsidRPr="00F620DF">
              <w:rPr>
                <w:b/>
                <w:color w:val="23374B"/>
                <w:sz w:val="16"/>
                <w:lang w:val="de-DE"/>
              </w:rPr>
              <w:t>Gibt es Bereiche oder Dokumente, die für den Geltungsbereich der Zertifizierung relevant sind, jedoch aus Vertraulichkeitsgründen von den Auditoren nicht betreten bzw. eingesehen werden dürfen?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CA388D" w14:textId="77777777" w:rsidR="007F7C4E" w:rsidRDefault="00A92BF1" w:rsidP="00F620DF">
            <w:sdt>
              <w:sdtPr>
                <w:alias w:val="cb_135"/>
                <w:tag w:val="cb_135"/>
                <w:id w:val="1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Nein  </w:t>
            </w:r>
            <w:sdt>
              <w:sdtPr>
                <w:alias w:val="cb_136"/>
                <w:tag w:val="cb_136"/>
                <w:id w:val="10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23374B"/>
                <w:sz w:val="16"/>
              </w:rPr>
              <w:t xml:space="preserve"> Ja, bitte angeben:</w:t>
            </w:r>
          </w:p>
        </w:tc>
      </w:tr>
      <w:tr w:rsidR="007F7C4E" w14:paraId="5F644D36" w14:textId="77777777" w:rsidTr="00F620DF">
        <w:trPr>
          <w:trHeight w:val="450"/>
        </w:trPr>
        <w:tc>
          <w:tcPr>
            <w:tcW w:w="43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5307A6" w14:textId="77777777" w:rsidR="007F7C4E" w:rsidRDefault="00A92BF1" w:rsidP="00F620DF">
            <w:r>
              <w:rPr>
                <w:b/>
                <w:color w:val="23374B"/>
                <w:sz w:val="16"/>
              </w:rPr>
              <w:t>Gewünschter Starttermin</w:t>
            </w:r>
          </w:p>
        </w:tc>
        <w:tc>
          <w:tcPr>
            <w:tcW w:w="5913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596AD4" w14:textId="77777777" w:rsidR="007F7C4E" w:rsidRDefault="007F7C4E" w:rsidP="00F620DF"/>
        </w:tc>
      </w:tr>
    </w:tbl>
    <w:p w14:paraId="25F2F6BF" w14:textId="77777777" w:rsidR="007F7C4E" w:rsidRDefault="007F7C4E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4"/>
        <w:gridCol w:w="2195"/>
        <w:gridCol w:w="3327"/>
        <w:gridCol w:w="2572"/>
      </w:tblGrid>
      <w:tr w:rsidR="007F7C4E" w14:paraId="43BC35DE" w14:textId="77777777" w:rsidTr="00F620DF">
        <w:tc>
          <w:tcPr>
            <w:tcW w:w="219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74F0C6F7" w14:textId="77777777" w:rsidR="007F7C4E" w:rsidRDefault="007F7C4E"/>
        </w:tc>
        <w:tc>
          <w:tcPr>
            <w:tcW w:w="21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540DD9CE" w14:textId="77777777" w:rsidR="007F7C4E" w:rsidRDefault="007F7C4E"/>
        </w:tc>
        <w:tc>
          <w:tcPr>
            <w:tcW w:w="33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32699937" w14:textId="77777777" w:rsidR="007F7C4E" w:rsidRDefault="007F7C4E"/>
        </w:tc>
        <w:tc>
          <w:tcPr>
            <w:tcW w:w="2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</w:tcPr>
          <w:p w14:paraId="1827A39B" w14:textId="77777777" w:rsidR="007F7C4E" w:rsidRDefault="007F7C4E"/>
        </w:tc>
      </w:tr>
      <w:tr w:rsidR="007F7C4E" w14:paraId="423F4138" w14:textId="77777777" w:rsidTr="00F620DF">
        <w:tc>
          <w:tcPr>
            <w:tcW w:w="219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266B6735" w14:textId="77777777" w:rsidR="007F7C4E" w:rsidRDefault="00A92BF1">
            <w:pPr>
              <w:jc w:val="center"/>
            </w:pPr>
            <w:r>
              <w:rPr>
                <w:color w:val="23374B"/>
                <w:sz w:val="16"/>
              </w:rPr>
              <w:t>Ort, Datum</w:t>
            </w:r>
          </w:p>
        </w:tc>
        <w:tc>
          <w:tcPr>
            <w:tcW w:w="219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016322C4" w14:textId="77777777" w:rsidR="007F7C4E" w:rsidRDefault="00A92BF1">
            <w:pPr>
              <w:jc w:val="center"/>
            </w:pPr>
            <w:r>
              <w:rPr>
                <w:color w:val="23374B"/>
                <w:sz w:val="16"/>
              </w:rPr>
              <w:t>Vorname, Nachname</w:t>
            </w:r>
          </w:p>
        </w:tc>
        <w:tc>
          <w:tcPr>
            <w:tcW w:w="33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533969C1" w14:textId="77777777" w:rsidR="007F7C4E" w:rsidRDefault="00A92BF1">
            <w:pPr>
              <w:jc w:val="center"/>
            </w:pPr>
            <w:r>
              <w:rPr>
                <w:color w:val="23374B"/>
                <w:sz w:val="16"/>
              </w:rPr>
              <w:t>Funktion</w:t>
            </w:r>
          </w:p>
        </w:tc>
        <w:tc>
          <w:tcPr>
            <w:tcW w:w="2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5C9B05ED" w14:textId="77777777" w:rsidR="007F7C4E" w:rsidRDefault="00A92BF1">
            <w:pPr>
              <w:jc w:val="center"/>
            </w:pPr>
            <w:r>
              <w:rPr>
                <w:color w:val="23374B"/>
                <w:sz w:val="16"/>
              </w:rPr>
              <w:t>Unterschrift</w:t>
            </w:r>
          </w:p>
        </w:tc>
      </w:tr>
    </w:tbl>
    <w:p w14:paraId="0FB5DF4F" w14:textId="77777777" w:rsidR="007F7C4E" w:rsidRDefault="007F7C4E">
      <w:pPr>
        <w:spacing w:after="40"/>
      </w:pPr>
    </w:p>
    <w:p w14:paraId="4F4484A2" w14:textId="77777777" w:rsidR="007F7C4E" w:rsidRPr="00F620DF" w:rsidRDefault="00A92BF1">
      <w:pPr>
        <w:spacing w:before="20"/>
        <w:rPr>
          <w:lang w:val="de-DE"/>
        </w:rPr>
      </w:pPr>
      <w:r w:rsidRPr="00F620DF">
        <w:rPr>
          <w:b/>
          <w:color w:val="23374B"/>
          <w:lang w:val="de-DE"/>
        </w:rPr>
        <w:t>Bitte senden Sie das ausgefüllte und unterschriebene Formular an: sales@intellcert.com</w:t>
      </w:r>
    </w:p>
    <w:sectPr w:rsidR="007F7C4E" w:rsidRPr="00F620DF" w:rsidSect="00A557F7">
      <w:headerReference w:type="default" r:id="rId8"/>
      <w:footerReference w:type="default" r:id="rId9"/>
      <w:pgSz w:w="12240" w:h="15840"/>
      <w:pgMar w:top="879" w:right="709" w:bottom="765" w:left="1134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42CD" w14:textId="77777777" w:rsidR="00A92BF1" w:rsidRDefault="00A92BF1">
      <w:r>
        <w:separator/>
      </w:r>
    </w:p>
  </w:endnote>
  <w:endnote w:type="continuationSeparator" w:id="0">
    <w:p w14:paraId="628A39AE" w14:textId="77777777" w:rsidR="00A92BF1" w:rsidRDefault="00A9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6AA9" w14:textId="77777777" w:rsidR="00974B2C" w:rsidRDefault="00974B2C">
    <w:pPr>
      <w:pStyle w:val="Fu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515"/>
      <w:gridCol w:w="3515"/>
      <w:gridCol w:w="3458"/>
    </w:tblGrid>
    <w:tr w:rsidR="00974B2C" w14:paraId="7923FC6A" w14:textId="77777777">
      <w:trPr>
        <w:jc w:val="center"/>
      </w:trPr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6742AB09" w14:textId="77777777" w:rsidR="007F7C4E" w:rsidRDefault="00A92BF1">
          <w:r>
            <w:rPr>
              <w:color w:val="5F6E7D"/>
              <w:sz w:val="16"/>
            </w:rPr>
            <w:t>IQM_</w:t>
          </w:r>
          <w:proofErr w:type="gramStart"/>
          <w:r>
            <w:rPr>
              <w:color w:val="5F6E7D"/>
              <w:sz w:val="16"/>
            </w:rPr>
            <w:t>011172  |</w:t>
          </w:r>
          <w:proofErr w:type="gramEnd"/>
          <w:r>
            <w:rPr>
              <w:color w:val="5F6E7D"/>
              <w:sz w:val="16"/>
            </w:rPr>
            <w:t xml:space="preserve">  Revision </w:t>
          </w:r>
          <w:proofErr w:type="gramStart"/>
          <w:r>
            <w:rPr>
              <w:color w:val="5F6E7D"/>
              <w:sz w:val="16"/>
            </w:rPr>
            <w:t>01.20  |</w:t>
          </w:r>
          <w:proofErr w:type="gramEnd"/>
          <w:r>
            <w:rPr>
              <w:color w:val="5F6E7D"/>
              <w:sz w:val="16"/>
            </w:rPr>
            <w:t xml:space="preserve">  2025-12-17</w:t>
          </w:r>
        </w:p>
      </w:tc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03A869B7" w14:textId="77777777" w:rsidR="00974B2C" w:rsidRDefault="003375EC">
          <w:pPr>
            <w:jc w:val="center"/>
          </w:pPr>
          <w:r>
            <w:rPr>
              <w:color w:val="6E7B87"/>
              <w:sz w:val="14"/>
            </w:rPr>
            <w:t>intellcert is a registered trademark.</w:t>
          </w:r>
        </w:p>
      </w:tc>
      <w:tc>
        <w:tcPr>
          <w:tcW w:w="3458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6EEC451B" w14:textId="77777777" w:rsidR="00974B2C" w:rsidRDefault="003375EC">
          <w:pPr>
            <w:jc w:val="right"/>
          </w:pPr>
          <w:proofErr w:type="spellStart"/>
          <w:r>
            <w:rPr>
              <w:color w:val="6E7B87"/>
              <w:sz w:val="14"/>
            </w:rPr>
            <w:t>Seite</w:t>
          </w:r>
          <w:proofErr w:type="spellEnd"/>
          <w:r>
            <w:rPr>
              <w:color w:val="6E7B87"/>
              <w:sz w:val="14"/>
            </w:rPr>
            <w:t xml:space="preserve">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5A8A">
            <w:rPr>
              <w:noProof/>
            </w:rPr>
            <w:t>1</w:t>
          </w:r>
          <w:r>
            <w:fldChar w:fldCharType="end"/>
          </w:r>
          <w:r>
            <w:rPr>
              <w:color w:val="6E7B87"/>
              <w:sz w:val="14"/>
            </w:rPr>
            <w:t xml:space="preserve"> von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D5A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B313" w14:textId="77777777" w:rsidR="00A92BF1" w:rsidRDefault="00A92BF1">
      <w:r>
        <w:separator/>
      </w:r>
    </w:p>
  </w:footnote>
  <w:footnote w:type="continuationSeparator" w:id="0">
    <w:p w14:paraId="0FF588F4" w14:textId="77777777" w:rsidR="00A92BF1" w:rsidRDefault="00A9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2D15" w14:textId="77777777" w:rsidR="00974B2C" w:rsidRDefault="00974B2C">
    <w:pPr>
      <w:pStyle w:val="Kopf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6690"/>
    </w:tblGrid>
    <w:tr w:rsidR="00974B2C" w14:paraId="54D61FBF" w14:textId="77777777" w:rsidTr="00C70136">
      <w:trPr>
        <w:jc w:val="center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A3A5805" w14:textId="77777777" w:rsidR="00974B2C" w:rsidRDefault="003375EC">
          <w:r>
            <w:rPr>
              <w:noProof/>
            </w:rPr>
            <w:drawing>
              <wp:inline distT="0" distB="0" distL="0" distR="0" wp14:anchorId="051641A2" wp14:editId="41E09B4C">
                <wp:extent cx="1512000" cy="6374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tellcert_logo_mast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637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B4F860B" w14:textId="77777777" w:rsidR="007F7C4E" w:rsidRDefault="00A92BF1">
          <w:pPr>
            <w:jc w:val="right"/>
          </w:pPr>
          <w:proofErr w:type="spellStart"/>
          <w:r>
            <w:rPr>
              <w:b/>
              <w:color w:val="23374B"/>
              <w:sz w:val="34"/>
            </w:rPr>
            <w:t>Fragebogen</w:t>
          </w:r>
          <w:proofErr w:type="spellEnd"/>
          <w:r>
            <w:rPr>
              <w:b/>
              <w:color w:val="23374B"/>
              <w:sz w:val="34"/>
            </w:rPr>
            <w:t xml:space="preserve"> </w:t>
          </w:r>
          <w:proofErr w:type="spellStart"/>
          <w:r>
            <w:rPr>
              <w:b/>
              <w:color w:val="23374B"/>
              <w:sz w:val="34"/>
            </w:rPr>
            <w:t>zur</w:t>
          </w:r>
          <w:proofErr w:type="spellEnd"/>
          <w:r>
            <w:rPr>
              <w:b/>
              <w:color w:val="23374B"/>
              <w:sz w:val="34"/>
            </w:rPr>
            <w:t xml:space="preserve"> </w:t>
          </w:r>
          <w:proofErr w:type="spellStart"/>
          <w:r>
            <w:rPr>
              <w:b/>
              <w:color w:val="23374B"/>
              <w:sz w:val="34"/>
            </w:rPr>
            <w:t>Serviceanforderung</w:t>
          </w:r>
          <w:proofErr w:type="spellEnd"/>
          <w:r>
            <w:rPr>
              <w:b/>
              <w:color w:val="0070C0"/>
              <w:sz w:val="26"/>
            </w:rPr>
            <w:br/>
            <w:t>ISO 27001:2022</w:t>
          </w:r>
        </w:p>
      </w:tc>
    </w:tr>
  </w:tbl>
  <w:p w14:paraId="358CD4BA" w14:textId="77777777" w:rsidR="00974B2C" w:rsidRDefault="00974B2C">
    <w:pPr>
      <w:pBdr>
        <w:bottom w:val="single" w:sz="16" w:space="1" w:color="0070C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979252">
    <w:abstractNumId w:val="8"/>
  </w:num>
  <w:num w:numId="2" w16cid:durableId="605116660">
    <w:abstractNumId w:val="6"/>
  </w:num>
  <w:num w:numId="3" w16cid:durableId="645167399">
    <w:abstractNumId w:val="5"/>
  </w:num>
  <w:num w:numId="4" w16cid:durableId="555510499">
    <w:abstractNumId w:val="4"/>
  </w:num>
  <w:num w:numId="5" w16cid:durableId="1819346027">
    <w:abstractNumId w:val="7"/>
  </w:num>
  <w:num w:numId="6" w16cid:durableId="337462491">
    <w:abstractNumId w:val="3"/>
  </w:num>
  <w:num w:numId="7" w16cid:durableId="118375729">
    <w:abstractNumId w:val="2"/>
  </w:num>
  <w:num w:numId="8" w16cid:durableId="800343183">
    <w:abstractNumId w:val="1"/>
  </w:num>
  <w:num w:numId="9" w16cid:durableId="95479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A5"/>
    <w:rsid w:val="000729A7"/>
    <w:rsid w:val="000932F3"/>
    <w:rsid w:val="0015074B"/>
    <w:rsid w:val="0018552F"/>
    <w:rsid w:val="001D5A8A"/>
    <w:rsid w:val="002103C7"/>
    <w:rsid w:val="0029639D"/>
    <w:rsid w:val="002A2C79"/>
    <w:rsid w:val="00326F90"/>
    <w:rsid w:val="003375EC"/>
    <w:rsid w:val="004148A0"/>
    <w:rsid w:val="005014FF"/>
    <w:rsid w:val="00635B7D"/>
    <w:rsid w:val="00683507"/>
    <w:rsid w:val="006C1FEB"/>
    <w:rsid w:val="007A3506"/>
    <w:rsid w:val="007A790A"/>
    <w:rsid w:val="007F7C4E"/>
    <w:rsid w:val="00800605"/>
    <w:rsid w:val="00974B2C"/>
    <w:rsid w:val="009A3D96"/>
    <w:rsid w:val="009D723C"/>
    <w:rsid w:val="00A557F7"/>
    <w:rsid w:val="00A751B7"/>
    <w:rsid w:val="00A92BF1"/>
    <w:rsid w:val="00AA1D8D"/>
    <w:rsid w:val="00AB72AE"/>
    <w:rsid w:val="00B47730"/>
    <w:rsid w:val="00BC42CE"/>
    <w:rsid w:val="00BD4CB7"/>
    <w:rsid w:val="00BD7DF6"/>
    <w:rsid w:val="00C70136"/>
    <w:rsid w:val="00CB0664"/>
    <w:rsid w:val="00D5141F"/>
    <w:rsid w:val="00DE6179"/>
    <w:rsid w:val="00E05F87"/>
    <w:rsid w:val="00E4231F"/>
    <w:rsid w:val="00F620DF"/>
    <w:rsid w:val="00FC46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C5BD0"/>
  <w14:defaultImageDpi w14:val="300"/>
  <w15:docId w15:val="{4D57F10A-EA27-4DEF-B0FB-438DB46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Arial" w:eastAsia="Arial" w:hAnsi="Arial"/>
      <w:color w:val="20364A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1038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IQM_011160 Fragebogen zur Serviceanforderung ISO 9001:2015</vt:lpstr>
      <vt:lpstr/>
    </vt:vector>
  </TitlesOfParts>
  <Manager/>
  <Company/>
  <LinksUpToDate>false</LinksUpToDate>
  <CharactersWithSpaces>7566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IQM_011160 Fragebogen zur Serviceanforderung ISO 9001:2015</dc:title>
  <dc:subject>Service Request Form ISO 9001</dc:subject>
  <dc:creator>intellcert GmbH</dc:creator>
  <cp:keywords/>
  <dc:description>Modernisierte Word-Vorlage; Revision 02.00</dc:description>
  <cp:lastModifiedBy>Hamid Rezvani</cp:lastModifiedBy>
  <cp:revision>4</cp:revision>
  <dcterms:created xsi:type="dcterms:W3CDTF">2026-09-08T17:36:00Z</dcterms:created>
  <dcterms:modified xsi:type="dcterms:W3CDTF">2026-09-08T17:59:00Z</dcterms:modified>
  <cp:category/>
</cp:coreProperties>
</file>