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7564" w14:textId="77777777" w:rsidR="00917C80" w:rsidRDefault="00917C8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65D0E858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4D81C398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1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06397883" w14:textId="77777777" w:rsidR="00974B2C" w:rsidRDefault="00CD66F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Company Information</w:t>
            </w:r>
          </w:p>
        </w:tc>
      </w:tr>
    </w:tbl>
    <w:p w14:paraId="1A6E5EFF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4"/>
        <w:gridCol w:w="5920"/>
      </w:tblGrid>
      <w:tr w:rsidR="00974B2C" w14:paraId="7052B054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73F2D1D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Company Name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DB26828" w14:textId="77777777" w:rsidR="00974B2C" w:rsidRDefault="00974B2C" w:rsidP="00115A9F">
            <w:pPr>
              <w:spacing w:line="240" w:lineRule="auto"/>
            </w:pPr>
          </w:p>
        </w:tc>
      </w:tr>
      <w:tr w:rsidR="00974B2C" w14:paraId="75E33083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F4372A3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Legal Form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991B540" w14:textId="77777777" w:rsidR="00974B2C" w:rsidRDefault="00974B2C" w:rsidP="00115A9F">
            <w:pPr>
              <w:spacing w:line="240" w:lineRule="auto"/>
            </w:pPr>
          </w:p>
        </w:tc>
      </w:tr>
      <w:tr w:rsidR="0048738B" w:rsidRPr="001D5A8A" w14:paraId="3A7479AA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C910BF" w14:textId="77777777" w:rsidR="0048738B" w:rsidRDefault="0048738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Registered Company Address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7942C4D" w14:textId="582AEC3F" w:rsidR="0048738B" w:rsidRPr="008D3CFF" w:rsidRDefault="0048738B" w:rsidP="00115A9F">
            <w:pPr>
              <w:spacing w:line="240" w:lineRule="auto"/>
            </w:pPr>
            <w:r w:rsidRPr="001F1B2D">
              <w:rPr>
                <w:sz w:val="15"/>
              </w:rPr>
              <w:t>«Street and house number», «City», «State/Region», «Postal code»</w:t>
            </w:r>
          </w:p>
        </w:tc>
      </w:tr>
      <w:tr w:rsidR="0048738B" w:rsidRPr="001D5A8A" w14:paraId="0F95B09F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6C339E" w14:textId="77777777" w:rsidR="0048738B" w:rsidRDefault="0048738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Address of the Operational Site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F050B77" w14:textId="432C3134" w:rsidR="0048738B" w:rsidRPr="008D3CFF" w:rsidRDefault="0048738B" w:rsidP="00115A9F">
            <w:pPr>
              <w:spacing w:line="240" w:lineRule="auto"/>
            </w:pPr>
            <w:r w:rsidRPr="001F1B2D">
              <w:rPr>
                <w:sz w:val="15"/>
              </w:rPr>
              <w:t>«Street and house number», «City», «State/Region», «Postal code»</w:t>
            </w:r>
          </w:p>
        </w:tc>
      </w:tr>
      <w:tr w:rsidR="00974B2C" w14:paraId="551058EB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A575CF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URL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2A59349" w14:textId="77777777" w:rsidR="00974B2C" w:rsidRDefault="00974B2C" w:rsidP="00115A9F">
            <w:pPr>
              <w:spacing w:line="240" w:lineRule="auto"/>
            </w:pPr>
          </w:p>
        </w:tc>
      </w:tr>
      <w:tr w:rsidR="00974B2C" w14:paraId="608DE77F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F3023E2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Tax No. / VAT ID No.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4DD8040" w14:textId="77777777" w:rsidR="00974B2C" w:rsidRDefault="00974B2C" w:rsidP="00115A9F">
            <w:pPr>
              <w:spacing w:line="240" w:lineRule="auto"/>
            </w:pPr>
          </w:p>
        </w:tc>
      </w:tr>
      <w:tr w:rsidR="00974B2C" w14:paraId="4119CF18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EF6E195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Contact Person (Last Name, First Name)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38E0EE" w14:textId="77777777" w:rsidR="00974B2C" w:rsidRDefault="00974B2C" w:rsidP="00115A9F">
            <w:pPr>
              <w:spacing w:line="240" w:lineRule="auto"/>
            </w:pPr>
          </w:p>
        </w:tc>
      </w:tr>
      <w:tr w:rsidR="00974B2C" w14:paraId="78252FB8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2AB43F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Position / Function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F519745" w14:textId="77777777" w:rsidR="00974B2C" w:rsidRDefault="00974B2C" w:rsidP="00115A9F">
            <w:pPr>
              <w:spacing w:line="240" w:lineRule="auto"/>
            </w:pPr>
          </w:p>
        </w:tc>
      </w:tr>
      <w:tr w:rsidR="00974B2C" w14:paraId="6732C1D0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5A49736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E-Mail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49C5B6" w14:textId="77777777" w:rsidR="00974B2C" w:rsidRDefault="00974B2C" w:rsidP="00115A9F">
            <w:pPr>
              <w:spacing w:line="240" w:lineRule="auto"/>
            </w:pPr>
          </w:p>
        </w:tc>
      </w:tr>
      <w:tr w:rsidR="00974B2C" w14:paraId="306B9602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423B94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Telephone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4F46FA4" w14:textId="77777777" w:rsidR="00974B2C" w:rsidRDefault="00974B2C" w:rsidP="00115A9F">
            <w:pPr>
              <w:spacing w:line="240" w:lineRule="auto"/>
            </w:pPr>
          </w:p>
        </w:tc>
      </w:tr>
      <w:tr w:rsidR="00974B2C" w14:paraId="481342ED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A66A3BE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Mobile (optional)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EA481C5" w14:textId="77777777" w:rsidR="00974B2C" w:rsidRDefault="00974B2C" w:rsidP="00115A9F">
            <w:pPr>
              <w:spacing w:line="240" w:lineRule="auto"/>
            </w:pPr>
          </w:p>
        </w:tc>
      </w:tr>
    </w:tbl>
    <w:p w14:paraId="25FB4834" w14:textId="77777777" w:rsidR="00974B2C" w:rsidRDefault="00974B2C">
      <w:pPr>
        <w:spacing w:after="40" w:line="96" w:lineRule="auto"/>
      </w:pPr>
    </w:p>
    <w:p w14:paraId="6EF90492" w14:textId="77777777" w:rsidR="00917C80" w:rsidRDefault="00917C80">
      <w:pPr>
        <w:spacing w:after="4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:rsidRPr="001D5A8A" w14:paraId="76FFA8B4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340DBF05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2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0E65EB47" w14:textId="77777777" w:rsidR="00974B2C" w:rsidRPr="008D3CFF" w:rsidRDefault="00CD66FB">
            <w:pPr>
              <w:spacing w:line="240" w:lineRule="auto"/>
            </w:pPr>
            <w:r w:rsidRPr="008D3CFF">
              <w:rPr>
                <w:b/>
                <w:color w:val="1F3347"/>
                <w:sz w:val="21"/>
              </w:rPr>
              <w:t>Existing Certifications / Change of Certification Body</w:t>
            </w:r>
          </w:p>
        </w:tc>
      </w:tr>
    </w:tbl>
    <w:p w14:paraId="48F7FE25" w14:textId="77777777" w:rsidR="00974B2C" w:rsidRPr="008D3CFF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19"/>
        <w:gridCol w:w="1985"/>
        <w:gridCol w:w="2859"/>
        <w:gridCol w:w="3061"/>
      </w:tblGrid>
      <w:tr w:rsidR="00974B2C" w14:paraId="3DB1E066" w14:textId="77777777" w:rsidTr="00115A9F">
        <w:trPr>
          <w:cantSplit/>
          <w:tblHeader/>
          <w:jc w:val="center"/>
        </w:trPr>
        <w:tc>
          <w:tcPr>
            <w:tcW w:w="161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CDDBBE9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Standard</w:t>
            </w: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17EDE1F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Version</w:t>
            </w:r>
          </w:p>
        </w:tc>
        <w:tc>
          <w:tcPr>
            <w:tcW w:w="285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B1C0422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Valid Until</w:t>
            </w:r>
          </w:p>
        </w:tc>
        <w:tc>
          <w:tcPr>
            <w:tcW w:w="30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CD76106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Certification Body</w:t>
            </w:r>
          </w:p>
        </w:tc>
      </w:tr>
      <w:tr w:rsidR="00974B2C" w14:paraId="55077DCD" w14:textId="77777777" w:rsidTr="00115A9F">
        <w:trPr>
          <w:cantSplit/>
          <w:jc w:val="center"/>
        </w:trPr>
        <w:tc>
          <w:tcPr>
            <w:tcW w:w="161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BFA6BE3" w14:textId="77777777" w:rsidR="00974B2C" w:rsidRDefault="00974B2C" w:rsidP="00115A9F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09E492" w14:textId="77777777" w:rsidR="00974B2C" w:rsidRDefault="00974B2C" w:rsidP="00115A9F">
            <w:pPr>
              <w:spacing w:line="240" w:lineRule="auto"/>
            </w:pPr>
          </w:p>
        </w:tc>
        <w:tc>
          <w:tcPr>
            <w:tcW w:w="285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3926750" w14:textId="77777777" w:rsidR="00974B2C" w:rsidRDefault="00974B2C" w:rsidP="00115A9F">
            <w:pPr>
              <w:spacing w:line="240" w:lineRule="auto"/>
            </w:pPr>
          </w:p>
        </w:tc>
        <w:tc>
          <w:tcPr>
            <w:tcW w:w="30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9263B2" w14:textId="77777777" w:rsidR="00974B2C" w:rsidRDefault="00974B2C" w:rsidP="00115A9F">
            <w:pPr>
              <w:spacing w:line="240" w:lineRule="auto"/>
            </w:pPr>
          </w:p>
        </w:tc>
      </w:tr>
      <w:tr w:rsidR="00974B2C" w14:paraId="45BD040F" w14:textId="77777777" w:rsidTr="00115A9F">
        <w:trPr>
          <w:cantSplit/>
          <w:jc w:val="center"/>
        </w:trPr>
        <w:tc>
          <w:tcPr>
            <w:tcW w:w="161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720F05" w14:textId="77777777" w:rsidR="00974B2C" w:rsidRDefault="00974B2C" w:rsidP="00115A9F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B6FBBA" w14:textId="77777777" w:rsidR="00974B2C" w:rsidRDefault="00974B2C" w:rsidP="00115A9F">
            <w:pPr>
              <w:spacing w:line="240" w:lineRule="auto"/>
            </w:pPr>
          </w:p>
        </w:tc>
        <w:tc>
          <w:tcPr>
            <w:tcW w:w="285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E3B7EE" w14:textId="77777777" w:rsidR="00974B2C" w:rsidRDefault="00974B2C" w:rsidP="00115A9F">
            <w:pPr>
              <w:spacing w:line="240" w:lineRule="auto"/>
            </w:pPr>
          </w:p>
        </w:tc>
        <w:tc>
          <w:tcPr>
            <w:tcW w:w="30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214097E" w14:textId="77777777" w:rsidR="00974B2C" w:rsidRDefault="00974B2C" w:rsidP="00115A9F">
            <w:pPr>
              <w:spacing w:line="240" w:lineRule="auto"/>
            </w:pPr>
          </w:p>
        </w:tc>
      </w:tr>
      <w:tr w:rsidR="00974B2C" w14:paraId="722821CF" w14:textId="77777777" w:rsidTr="00115A9F">
        <w:trPr>
          <w:cantSplit/>
          <w:jc w:val="center"/>
        </w:trPr>
        <w:tc>
          <w:tcPr>
            <w:tcW w:w="161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F5192C1" w14:textId="77777777" w:rsidR="00974B2C" w:rsidRDefault="00974B2C" w:rsidP="00115A9F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777F81C" w14:textId="77777777" w:rsidR="00974B2C" w:rsidRDefault="00974B2C" w:rsidP="00115A9F">
            <w:pPr>
              <w:spacing w:line="240" w:lineRule="auto"/>
            </w:pPr>
          </w:p>
        </w:tc>
        <w:tc>
          <w:tcPr>
            <w:tcW w:w="285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765011" w14:textId="77777777" w:rsidR="00974B2C" w:rsidRDefault="00974B2C" w:rsidP="00115A9F">
            <w:pPr>
              <w:spacing w:line="240" w:lineRule="auto"/>
            </w:pPr>
          </w:p>
        </w:tc>
        <w:tc>
          <w:tcPr>
            <w:tcW w:w="30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5EA8CCA" w14:textId="77777777" w:rsidR="00974B2C" w:rsidRDefault="00974B2C" w:rsidP="00115A9F">
            <w:pPr>
              <w:spacing w:line="240" w:lineRule="auto"/>
            </w:pPr>
          </w:p>
        </w:tc>
      </w:tr>
    </w:tbl>
    <w:p w14:paraId="08A5E8C8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28"/>
        <w:gridCol w:w="5896"/>
      </w:tblGrid>
      <w:tr w:rsidR="00974B2C" w14:paraId="08840429" w14:textId="77777777" w:rsidTr="00115A9F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DFE764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Change of Certification Body?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BCE403" w14:textId="016576F4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7875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No    </w:t>
            </w:r>
            <w:sdt>
              <w:sdtPr>
                <w:rPr>
                  <w:color w:val="1F3347"/>
                  <w:sz w:val="15"/>
                </w:rPr>
                <w:id w:val="45360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Yes</w:t>
            </w:r>
          </w:p>
        </w:tc>
      </w:tr>
      <w:tr w:rsidR="00974B2C" w14:paraId="142D8264" w14:textId="77777777" w:rsidTr="00115A9F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BA04DCB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Previous Certification Body / Certificate No.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D547BA" w14:textId="77777777" w:rsidR="00974B2C" w:rsidRDefault="00974B2C" w:rsidP="00115A9F">
            <w:pPr>
              <w:spacing w:line="240" w:lineRule="auto"/>
            </w:pPr>
          </w:p>
        </w:tc>
      </w:tr>
      <w:tr w:rsidR="00974B2C" w14:paraId="0001642E" w14:textId="77777777" w:rsidTr="00115A9F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0EFE54F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Certificate Status / Expiry Date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E3CDD44" w14:textId="77777777" w:rsidR="00974B2C" w:rsidRDefault="00974B2C" w:rsidP="00115A9F">
            <w:pPr>
              <w:spacing w:line="240" w:lineRule="auto"/>
            </w:pPr>
          </w:p>
        </w:tc>
      </w:tr>
      <w:tr w:rsidR="00974B2C" w14:paraId="097D7A16" w14:textId="77777777" w:rsidTr="00115A9F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6CF088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Last Audit (Type / Date)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E54779B" w14:textId="77777777" w:rsidR="00974B2C" w:rsidRDefault="00974B2C" w:rsidP="00115A9F">
            <w:pPr>
              <w:spacing w:line="240" w:lineRule="auto"/>
            </w:pPr>
          </w:p>
        </w:tc>
      </w:tr>
      <w:tr w:rsidR="00974B2C" w14:paraId="5196FB87" w14:textId="77777777" w:rsidTr="00115A9F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DC14C60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Open Nonconformities?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B9BC30F" w14:textId="44F20165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95239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No    </w:t>
            </w:r>
            <w:sdt>
              <w:sdtPr>
                <w:rPr>
                  <w:color w:val="1F3347"/>
                  <w:sz w:val="15"/>
                </w:rPr>
                <w:id w:val="-1464885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Yes, please explain: ______________________________</w:t>
            </w:r>
          </w:p>
        </w:tc>
      </w:tr>
      <w:tr w:rsidR="00974B2C" w14:paraId="3BD5255A" w14:textId="77777777" w:rsidTr="00115A9F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3C453C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5"/>
              </w:rPr>
              <w:t>Pending Complaints / Other Open Issues?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38C472" w14:textId="5D91036F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35013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No    </w:t>
            </w:r>
            <w:sdt>
              <w:sdtPr>
                <w:rPr>
                  <w:color w:val="1F3347"/>
                  <w:sz w:val="15"/>
                </w:rPr>
                <w:id w:val="-60573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Yes, please explain: ______________________________</w:t>
            </w:r>
          </w:p>
        </w:tc>
      </w:tr>
      <w:tr w:rsidR="00974B2C" w14:paraId="7BCD799E" w14:textId="77777777" w:rsidTr="00115A9F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B06C2A9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Reason for Change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66CCD9" w14:textId="77777777" w:rsidR="00974B2C" w:rsidRDefault="00974B2C" w:rsidP="00115A9F">
            <w:pPr>
              <w:spacing w:line="240" w:lineRule="auto"/>
            </w:pPr>
          </w:p>
        </w:tc>
      </w:tr>
    </w:tbl>
    <w:p w14:paraId="14BFABF8" w14:textId="77777777" w:rsidR="00974B2C" w:rsidRDefault="00974B2C">
      <w:pPr>
        <w:spacing w:after="40" w:line="96" w:lineRule="auto"/>
      </w:pPr>
    </w:p>
    <w:p w14:paraId="1863CB80" w14:textId="77777777" w:rsidR="00917C80" w:rsidRDefault="00917C80">
      <w:pPr>
        <w:spacing w:after="4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4E24E1F4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18350F74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3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469E9E1F" w14:textId="77777777" w:rsidR="00974B2C" w:rsidRDefault="00CD66F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Activities / Intended Scope of Certification</w:t>
            </w:r>
          </w:p>
        </w:tc>
      </w:tr>
    </w:tbl>
    <w:p w14:paraId="77FD2D8C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5"/>
        <w:gridCol w:w="5920"/>
      </w:tblGrid>
      <w:tr w:rsidR="00974B2C" w:rsidRPr="001D5A8A" w14:paraId="4E80594C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6C940E1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Type of Organization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1CADCAB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color w:val="1F3347"/>
                <w:sz w:val="15"/>
              </w:rPr>
              <w:t>☐ Trade   ☐ Services   ☐ Production   ☐ Public Authority / Public Administration</w:t>
            </w:r>
          </w:p>
        </w:tc>
      </w:tr>
      <w:tr w:rsidR="00974B2C" w14:paraId="12B87724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CEE95E6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Industry Sector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7F95180" w14:textId="77777777" w:rsidR="00974B2C" w:rsidRDefault="00974B2C" w:rsidP="00115A9F">
            <w:pPr>
              <w:spacing w:line="240" w:lineRule="auto"/>
            </w:pPr>
          </w:p>
        </w:tc>
      </w:tr>
      <w:tr w:rsidR="00974B2C" w14:paraId="6950032A" w14:textId="77777777" w:rsidTr="00115A9F">
        <w:trPr>
          <w:cantSplit/>
          <w:trHeight w:val="488"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9BF592C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Products / Services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CCCD68F" w14:textId="1CDB9F6E" w:rsidR="00974B2C" w:rsidRDefault="00CD66FB" w:rsidP="00115A9F">
            <w:pPr>
              <w:spacing w:line="240" w:lineRule="auto"/>
            </w:pPr>
            <w:r>
              <w:rPr>
                <w:color w:val="1F3347"/>
                <w:sz w:val="15"/>
              </w:rPr>
              <w:t xml:space="preserve">1) __________________________    2) __________________________    </w:t>
            </w:r>
            <w:r w:rsidR="001D5A8A">
              <w:rPr>
                <w:color w:val="1F3347"/>
                <w:sz w:val="15"/>
              </w:rPr>
              <w:br/>
            </w:r>
            <w:r>
              <w:rPr>
                <w:color w:val="1F3347"/>
                <w:sz w:val="15"/>
              </w:rPr>
              <w:t>3)</w:t>
            </w:r>
            <w:r w:rsidR="009328D9">
              <w:rPr>
                <w:color w:val="1F3347"/>
                <w:sz w:val="15"/>
              </w:rPr>
              <w:t xml:space="preserve"> </w:t>
            </w:r>
            <w:r w:rsidR="009328D9" w:rsidRPr="009328D9">
              <w:rPr>
                <w:color w:val="1F3347"/>
                <w:sz w:val="15"/>
              </w:rPr>
              <w:t>__________________________</w:t>
            </w:r>
            <w:r>
              <w:rPr>
                <w:color w:val="1F3347"/>
                <w:sz w:val="15"/>
              </w:rPr>
              <w:t xml:space="preserve"> </w:t>
            </w:r>
          </w:p>
        </w:tc>
      </w:tr>
      <w:tr w:rsidR="00974B2C" w:rsidRPr="001D5A8A" w14:paraId="33523173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D964C95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5"/>
              </w:rPr>
              <w:t>Responsibility for Design and Development?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A04C04D" w14:textId="362C4AB2" w:rsidR="00974B2C" w:rsidRPr="008D3CFF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5083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 w:rsidRPr="008D3CFF">
              <w:rPr>
                <w:color w:val="1F3347"/>
                <w:sz w:val="15"/>
              </w:rPr>
              <w:t xml:space="preserve">Yes   </w:t>
            </w:r>
            <w:sdt>
              <w:sdtPr>
                <w:rPr>
                  <w:color w:val="1F3347"/>
                  <w:sz w:val="15"/>
                </w:rPr>
                <w:id w:val="-171272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 w:rsidRPr="008D3CFF">
              <w:rPr>
                <w:color w:val="1F3347"/>
                <w:sz w:val="15"/>
              </w:rPr>
              <w:t>No. If no: reason / responsibility: __________________________</w:t>
            </w:r>
          </w:p>
        </w:tc>
      </w:tr>
      <w:tr w:rsidR="00974B2C" w14:paraId="1F7373A5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33FDCB2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Sector-specific regulatory Requirements?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028349" w14:textId="70CA5F94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50004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No   </w:t>
            </w:r>
            <w:sdt>
              <w:sdtPr>
                <w:rPr>
                  <w:color w:val="1F3347"/>
                  <w:sz w:val="15"/>
                </w:rPr>
                <w:id w:val="-195724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Yes, please describe: __________________________________________</w:t>
            </w:r>
          </w:p>
        </w:tc>
      </w:tr>
      <w:tr w:rsidR="00974B2C" w14:paraId="3954DDC3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28389D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Intended Scope of Certification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110B74D" w14:textId="77777777" w:rsidR="00974B2C" w:rsidRDefault="00CD66FB" w:rsidP="00115A9F">
            <w:pPr>
              <w:spacing w:line="240" w:lineRule="auto"/>
            </w:pPr>
            <w:r w:rsidRPr="008D3CFF">
              <w:rPr>
                <w:color w:val="1F3347"/>
                <w:sz w:val="15"/>
              </w:rPr>
              <w:t xml:space="preserve">Products/Services, Activities/Processes and, if applicable, </w:t>
            </w:r>
            <w:r>
              <w:rPr>
                <w:color w:val="1F3347"/>
                <w:sz w:val="15"/>
              </w:rPr>
              <w:t>Sites:</w:t>
            </w:r>
          </w:p>
        </w:tc>
      </w:tr>
    </w:tbl>
    <w:p w14:paraId="07CC650C" w14:textId="77777777" w:rsidR="00974B2C" w:rsidRDefault="00CD66FB">
      <w:r>
        <w:br w:type="page"/>
      </w:r>
    </w:p>
    <w:p w14:paraId="4782A073" w14:textId="77777777" w:rsidR="00917C80" w:rsidRDefault="00917C8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79781F57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474D43B8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4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7A2BB2D2" w14:textId="77777777" w:rsidR="00974B2C" w:rsidRDefault="00CD66F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Operational Aspects</w:t>
            </w:r>
          </w:p>
        </w:tc>
      </w:tr>
    </w:tbl>
    <w:p w14:paraId="105752F5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5"/>
        <w:gridCol w:w="5920"/>
      </w:tblGrid>
      <w:tr w:rsidR="00974B2C" w:rsidRPr="001D5A8A" w14:paraId="5B388E29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162858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Personnel within Certification Scope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A16794E" w14:textId="77777777" w:rsidR="00974B2C" w:rsidRPr="00653896" w:rsidRDefault="00CD66FB" w:rsidP="00115A9F">
            <w:pPr>
              <w:spacing w:line="240" w:lineRule="auto"/>
            </w:pPr>
            <w:proofErr w:type="gramStart"/>
            <w:r w:rsidRPr="00653896">
              <w:rPr>
                <w:color w:val="1F3347"/>
                <w:sz w:val="14"/>
              </w:rPr>
              <w:t>Permanent: _</w:t>
            </w:r>
            <w:proofErr w:type="gramEnd"/>
            <w:r w:rsidRPr="00653896">
              <w:rPr>
                <w:color w:val="1F3347"/>
                <w:sz w:val="14"/>
              </w:rPr>
              <w:t>_____   Temporary: ______   Part-</w:t>
            </w:r>
            <w:proofErr w:type="gramStart"/>
            <w:r w:rsidRPr="00653896">
              <w:rPr>
                <w:color w:val="1F3347"/>
                <w:sz w:val="14"/>
              </w:rPr>
              <w:t>time: _</w:t>
            </w:r>
            <w:proofErr w:type="gramEnd"/>
            <w:r w:rsidRPr="00653896">
              <w:rPr>
                <w:color w:val="1F3347"/>
                <w:sz w:val="14"/>
              </w:rPr>
              <w:t>_____   External/Contracted: ______</w:t>
            </w:r>
          </w:p>
        </w:tc>
      </w:tr>
      <w:tr w:rsidR="00974B2C" w14:paraId="2B6DD14E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B2A49F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Shift-based Staffing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762268E" w14:textId="77777777" w:rsidR="00974B2C" w:rsidRDefault="00CD66FB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Early: ______   Day: ______   Late: ______   Night: ______</w:t>
            </w:r>
          </w:p>
        </w:tc>
      </w:tr>
      <w:tr w:rsidR="00974B2C" w14:paraId="57611F37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F036E43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Seasonal Operations / Peak Workforce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1A9BA69" w14:textId="77777777" w:rsidR="00974B2C" w:rsidRDefault="00CD66FB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☐ No   ☐ Yes; maximum number of personnel: ______</w:t>
            </w:r>
          </w:p>
        </w:tc>
      </w:tr>
      <w:tr w:rsidR="00974B2C" w:rsidRPr="001D5A8A" w14:paraId="35233BCD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3F76F5A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4"/>
              </w:rPr>
              <w:t>Key Activities / Processes per Shift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6779888" w14:textId="77777777" w:rsidR="00974B2C" w:rsidRPr="008D3CFF" w:rsidRDefault="00974B2C" w:rsidP="00115A9F">
            <w:pPr>
              <w:spacing w:line="240" w:lineRule="auto"/>
            </w:pPr>
          </w:p>
        </w:tc>
      </w:tr>
      <w:tr w:rsidR="00974B2C" w:rsidRPr="001D5A8A" w14:paraId="7A3CDDC8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B9E943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Are Processes Outsourced?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367540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color w:val="1F3347"/>
                <w:sz w:val="14"/>
              </w:rPr>
              <w:t>☐ No   ☐ Yes: ☐ Design &amp; Development ☐ Production ☐ Surface Treatment ☐ Quality Control ☐ Cleaning ☐ Packaging ☐ Storage ☐ Transport ☐ Other: ______</w:t>
            </w:r>
          </w:p>
        </w:tc>
      </w:tr>
      <w:tr w:rsidR="00974B2C" w14:paraId="75AEE6F8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C153114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Control of Outsourced Processes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40883A4" w14:textId="77777777" w:rsidR="00974B2C" w:rsidRDefault="00974B2C" w:rsidP="00115A9F">
            <w:pPr>
              <w:spacing w:line="240" w:lineRule="auto"/>
            </w:pPr>
          </w:p>
        </w:tc>
      </w:tr>
      <w:tr w:rsidR="00974B2C" w:rsidRPr="001D5A8A" w14:paraId="7618A9DF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1DFA15E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4"/>
              </w:rPr>
              <w:t>Key Technical Resources / Equipment / Technologies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B3E74EF" w14:textId="77777777" w:rsidR="00974B2C" w:rsidRPr="008D3CFF" w:rsidRDefault="00974B2C" w:rsidP="00115A9F">
            <w:pPr>
              <w:spacing w:line="240" w:lineRule="auto"/>
            </w:pPr>
          </w:p>
        </w:tc>
      </w:tr>
      <w:tr w:rsidR="00974B2C" w14:paraId="00E1213D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39C0EE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Controlled Environmental or  Cleanroom Conditions?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1AB3A1C" w14:textId="77777777" w:rsidR="00974B2C" w:rsidRDefault="00CD66FB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☐ No   ☐ Yes, please describe: __________________________________________</w:t>
            </w:r>
          </w:p>
        </w:tc>
      </w:tr>
    </w:tbl>
    <w:p w14:paraId="57C4C533" w14:textId="77777777" w:rsidR="00974B2C" w:rsidRDefault="00974B2C">
      <w:pPr>
        <w:spacing w:after="40" w:line="96" w:lineRule="auto"/>
      </w:pPr>
    </w:p>
    <w:p w14:paraId="64D69DED" w14:textId="77777777" w:rsidR="00917C80" w:rsidRDefault="00917C80">
      <w:pPr>
        <w:spacing w:after="4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13CCFD3B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32CE1D88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5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284FADD8" w14:textId="77777777" w:rsidR="00974B2C" w:rsidRDefault="00CD66F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Risk Factors</w:t>
            </w:r>
          </w:p>
        </w:tc>
      </w:tr>
    </w:tbl>
    <w:p w14:paraId="3A1B7808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4"/>
        <w:gridCol w:w="5920"/>
      </w:tblGrid>
      <w:tr w:rsidR="00974B2C" w14:paraId="15B4C24E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AD89C34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4"/>
              </w:rPr>
              <w:t>Hazardous Processes (chemical, mechanical, thermal, electrical)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2ED53CD" w14:textId="28236270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75721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141828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Yes, Description: __________________________________________</w:t>
            </w:r>
          </w:p>
        </w:tc>
      </w:tr>
      <w:tr w:rsidR="001D5A8A" w14:paraId="6A775C62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8EF44A" w14:textId="77777777" w:rsidR="001D5A8A" w:rsidRDefault="001D5A8A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Hazardous Work Environments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13E9F70" w14:textId="533E3CAA" w:rsidR="001D5A8A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204123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212780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Yes, Description: __________________________________________</w:t>
            </w:r>
          </w:p>
        </w:tc>
      </w:tr>
      <w:tr w:rsidR="001D5A8A" w14:paraId="21BA7681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0200D7F" w14:textId="77777777" w:rsidR="001D5A8A" w:rsidRPr="008D3CFF" w:rsidRDefault="001D5A8A" w:rsidP="00115A9F">
            <w:pPr>
              <w:spacing w:line="240" w:lineRule="auto"/>
            </w:pPr>
            <w:r w:rsidRPr="008D3CFF">
              <w:rPr>
                <w:b/>
                <w:color w:val="1F3347"/>
                <w:sz w:val="14"/>
              </w:rPr>
              <w:t>Product/Service Criticality (e.g. safety-relevant)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B27835" w14:textId="6AA7EAB5" w:rsidR="001D5A8A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76460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-113055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Yes, Description: __________________________________________</w:t>
            </w:r>
          </w:p>
        </w:tc>
      </w:tr>
      <w:tr w:rsidR="001D5A8A" w14:paraId="74087A97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960EE49" w14:textId="77777777" w:rsidR="001D5A8A" w:rsidRPr="008D3CFF" w:rsidRDefault="001D5A8A" w:rsidP="00115A9F">
            <w:pPr>
              <w:spacing w:line="240" w:lineRule="auto"/>
            </w:pPr>
            <w:r w:rsidRPr="008D3CFF">
              <w:rPr>
                <w:b/>
                <w:color w:val="1F3347"/>
                <w:sz w:val="14"/>
              </w:rPr>
              <w:t>Increased / Special Complexity of the Process or Service System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6A21B91" w14:textId="76A28540" w:rsidR="001D5A8A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90170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74977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Yes, Description: __________________________________________</w:t>
            </w:r>
          </w:p>
        </w:tc>
      </w:tr>
      <w:tr w:rsidR="001D5A8A" w14:paraId="55B88B5F" w14:textId="77777777" w:rsidTr="00115A9F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453E8CC" w14:textId="77777777" w:rsidR="001D5A8A" w:rsidRDefault="001D5A8A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Supply Chain Risks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21689FE" w14:textId="3D568FC1" w:rsidR="001D5A8A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37704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13098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Yes, Description: __________________________________________</w:t>
            </w:r>
          </w:p>
        </w:tc>
      </w:tr>
    </w:tbl>
    <w:p w14:paraId="23C79AE6" w14:textId="77777777" w:rsidR="00974B2C" w:rsidRDefault="00974B2C">
      <w:pPr>
        <w:spacing w:after="40" w:line="96" w:lineRule="auto"/>
      </w:pPr>
    </w:p>
    <w:p w14:paraId="6E9E2CF5" w14:textId="77777777" w:rsidR="00917C80" w:rsidRDefault="00917C80">
      <w:pPr>
        <w:spacing w:after="4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3AFEA55D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3B8E25CC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6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574CDE72" w14:textId="77777777" w:rsidR="00974B2C" w:rsidRDefault="00CD66F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Legal &amp; Regulatory Requirements</w:t>
            </w:r>
          </w:p>
        </w:tc>
      </w:tr>
    </w:tbl>
    <w:p w14:paraId="561AB47B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5"/>
        <w:gridCol w:w="5920"/>
      </w:tblGrid>
      <w:tr w:rsidR="001D5A8A" w14:paraId="29EE301A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8AA866" w14:textId="77777777" w:rsidR="001D5A8A" w:rsidRDefault="001D5A8A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Special Legal Requirements?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76B4977" w14:textId="40B272E6" w:rsidR="001D5A8A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85637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102752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Yes, Description: __________________________________________</w:t>
            </w:r>
          </w:p>
        </w:tc>
      </w:tr>
      <w:tr w:rsidR="001D5A8A" w14:paraId="548BB534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1B80F11" w14:textId="77777777" w:rsidR="001D5A8A" w:rsidRDefault="001D5A8A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Regulatory Authority Oversight?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26CCCC" w14:textId="73990821" w:rsidR="001D5A8A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42888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181676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Yes, Description: __________________________________________</w:t>
            </w:r>
          </w:p>
        </w:tc>
      </w:tr>
      <w:tr w:rsidR="001D5A8A" w14:paraId="26B95FB6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EB378EA" w14:textId="77777777" w:rsidR="001D5A8A" w:rsidRDefault="001D5A8A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Regulatory Approvals Required?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326780" w14:textId="012659E1" w:rsidR="001D5A8A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68843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-125343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Yes, Description: __________________________________________</w:t>
            </w:r>
          </w:p>
        </w:tc>
      </w:tr>
    </w:tbl>
    <w:p w14:paraId="30998429" w14:textId="77777777" w:rsidR="00974B2C" w:rsidRDefault="00974B2C">
      <w:pPr>
        <w:spacing w:after="40" w:line="96" w:lineRule="auto"/>
      </w:pPr>
    </w:p>
    <w:p w14:paraId="63E15F90" w14:textId="77777777" w:rsidR="00917C80" w:rsidRDefault="00917C80">
      <w:pPr>
        <w:spacing w:after="4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:rsidRPr="001D5A8A" w14:paraId="50E70F0C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0C6FF7D5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7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3E835F2D" w14:textId="77777777" w:rsidR="00974B2C" w:rsidRPr="008D3CFF" w:rsidRDefault="00CD66FB">
            <w:pPr>
              <w:spacing w:line="240" w:lineRule="auto"/>
            </w:pPr>
            <w:r w:rsidRPr="008D3CFF">
              <w:rPr>
                <w:b/>
                <w:color w:val="1F3347"/>
                <w:sz w:val="21"/>
              </w:rPr>
              <w:t>Characteristics and Maturity of the Management System</w:t>
            </w:r>
          </w:p>
        </w:tc>
      </w:tr>
    </w:tbl>
    <w:p w14:paraId="4B39270F" w14:textId="77777777" w:rsidR="00974B2C" w:rsidRPr="008D3CFF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5"/>
        <w:gridCol w:w="5920"/>
      </w:tblGrid>
      <w:tr w:rsidR="00974B2C" w:rsidRPr="001D5A8A" w14:paraId="7529871B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A9C5346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4"/>
              </w:rPr>
              <w:t>Since when has the management system been in operation?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A3382B1" w14:textId="77777777" w:rsidR="00974B2C" w:rsidRPr="008D3CFF" w:rsidRDefault="00974B2C" w:rsidP="00115A9F">
            <w:pPr>
              <w:spacing w:line="240" w:lineRule="auto"/>
            </w:pPr>
          </w:p>
        </w:tc>
      </w:tr>
      <w:tr w:rsidR="00974B2C" w14:paraId="165DCACE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310999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Documentation Status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4A16E9" w14:textId="306956BC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39809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Complete   </w:t>
            </w:r>
            <w:sdt>
              <w:sdtPr>
                <w:rPr>
                  <w:color w:val="1F3347"/>
                  <w:sz w:val="15"/>
                </w:rPr>
                <w:id w:val="-16656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Partial; what is missing? ______________________________</w:t>
            </w:r>
          </w:p>
        </w:tc>
      </w:tr>
      <w:tr w:rsidR="00974B2C" w14:paraId="103DAE88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39F25E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Internal Audit Conducted?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513B618" w14:textId="5C8AB5A2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34922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-90668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Yes, when? __________________</w:t>
            </w:r>
          </w:p>
        </w:tc>
      </w:tr>
      <w:tr w:rsidR="00974B2C" w14:paraId="2FB18164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95D5BF8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Management Review Conducted?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9DF449" w14:textId="789B28FE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32943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-119669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Yes, when? __________________</w:t>
            </w:r>
          </w:p>
        </w:tc>
      </w:tr>
      <w:tr w:rsidR="00974B2C" w14:paraId="5CAE40CA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7BDB052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Integrated Management System in Place?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220F35" w14:textId="2BFE8138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21046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58434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Yes, which standards? __________________________________________</w:t>
            </w:r>
          </w:p>
        </w:tc>
      </w:tr>
      <w:tr w:rsidR="00974B2C" w14:paraId="0A9A795F" w14:textId="77777777" w:rsidTr="00115A9F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F86BBD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4"/>
              </w:rPr>
              <w:t>External Consultancy Used for Development / Implementation?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C49E9C9" w14:textId="3E8D6AA1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205029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-58838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Yes, which consultant? __________________________________________</w:t>
            </w:r>
          </w:p>
        </w:tc>
      </w:tr>
      <w:tr w:rsidR="00974B2C" w:rsidRPr="001D5A8A" w14:paraId="1AF679DC" w14:textId="77777777" w:rsidTr="00115A9F">
        <w:trPr>
          <w:cantSplit/>
          <w:jc w:val="center"/>
        </w:trPr>
        <w:tc>
          <w:tcPr>
            <w:tcW w:w="9525" w:type="dxa"/>
            <w:gridSpan w:val="2"/>
            <w:tcBorders>
              <w:top w:val="single" w:sz="4" w:space="0" w:color="9BBFD8"/>
              <w:left w:val="single" w:sz="4" w:space="0" w:color="9BBFD8"/>
              <w:bottom w:val="single" w:sz="4" w:space="0" w:color="9BBFD8"/>
              <w:right w:val="single" w:sz="4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15BCA85" w14:textId="77777777" w:rsidR="000932F3" w:rsidRPr="008D3CFF" w:rsidRDefault="00CD66FB" w:rsidP="00115A9F">
            <w:pPr>
              <w:spacing w:line="240" w:lineRule="auto"/>
              <w:rPr>
                <w:i/>
                <w:color w:val="6E7B87"/>
                <w:sz w:val="16"/>
              </w:rPr>
            </w:pPr>
            <w:r w:rsidRPr="008D3CFF">
              <w:rPr>
                <w:i/>
                <w:color w:val="6E7B87"/>
                <w:sz w:val="16"/>
              </w:rPr>
              <w:t xml:space="preserve">For an integrated management system, please tick the applicable criteria: </w:t>
            </w:r>
          </w:p>
          <w:p w14:paraId="3EE7B1D1" w14:textId="32D292DF" w:rsidR="000932F3" w:rsidRPr="008D3CFF" w:rsidRDefault="00AD1912" w:rsidP="00115A9F">
            <w:pPr>
              <w:spacing w:line="240" w:lineRule="auto"/>
              <w:rPr>
                <w:i/>
                <w:color w:val="6E7B87"/>
                <w:sz w:val="16"/>
              </w:rPr>
            </w:pPr>
            <w:sdt>
              <w:sdtPr>
                <w:rPr>
                  <w:color w:val="1F3347"/>
                  <w:sz w:val="15"/>
                </w:rPr>
                <w:id w:val="3575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8D3CF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 w:rsidRPr="008D3CFF">
              <w:rPr>
                <w:color w:val="1F3347"/>
                <w:sz w:val="14"/>
              </w:rPr>
              <w:t xml:space="preserve"> </w:t>
            </w:r>
            <w:r w:rsidR="000932F3" w:rsidRPr="008D3CFF">
              <w:rPr>
                <w:i/>
                <w:color w:val="6E7B87"/>
                <w:sz w:val="16"/>
              </w:rPr>
              <w:t xml:space="preserve">integrated management review  </w:t>
            </w:r>
          </w:p>
          <w:p w14:paraId="07433EFE" w14:textId="00A5C67D" w:rsidR="000932F3" w:rsidRPr="008D3CFF" w:rsidRDefault="00AD1912" w:rsidP="00115A9F">
            <w:pPr>
              <w:spacing w:line="240" w:lineRule="auto"/>
              <w:rPr>
                <w:i/>
                <w:color w:val="6E7B87"/>
                <w:sz w:val="16"/>
              </w:rPr>
            </w:pPr>
            <w:sdt>
              <w:sdtPr>
                <w:rPr>
                  <w:color w:val="1F3347"/>
                  <w:sz w:val="15"/>
                </w:rPr>
                <w:id w:val="124546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8D3CF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 w:rsidRPr="008D3CFF">
              <w:rPr>
                <w:i/>
                <w:color w:val="6E7B87"/>
                <w:sz w:val="16"/>
              </w:rPr>
              <w:t xml:space="preserve"> integrated internal audits  </w:t>
            </w:r>
          </w:p>
          <w:p w14:paraId="222C24C2" w14:textId="7F02EEB7" w:rsidR="000932F3" w:rsidRPr="008D3CFF" w:rsidRDefault="00AD1912" w:rsidP="00115A9F">
            <w:pPr>
              <w:spacing w:line="240" w:lineRule="auto"/>
              <w:rPr>
                <w:i/>
                <w:color w:val="6E7B87"/>
                <w:sz w:val="16"/>
              </w:rPr>
            </w:pPr>
            <w:sdt>
              <w:sdtPr>
                <w:rPr>
                  <w:color w:val="1F3347"/>
                  <w:sz w:val="15"/>
                </w:rPr>
                <w:id w:val="214322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8D3CF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 w:rsidRPr="008D3CFF">
              <w:rPr>
                <w:color w:val="1F3347"/>
                <w:sz w:val="14"/>
              </w:rPr>
              <w:t xml:space="preserve"> </w:t>
            </w:r>
            <w:r w:rsidR="000932F3" w:rsidRPr="008D3CFF">
              <w:rPr>
                <w:i/>
                <w:color w:val="6E7B87"/>
                <w:sz w:val="16"/>
              </w:rPr>
              <w:t xml:space="preserve">integrated policies/objectives  </w:t>
            </w:r>
          </w:p>
          <w:p w14:paraId="75BE0174" w14:textId="2E8CE289" w:rsidR="000932F3" w:rsidRPr="008D3CFF" w:rsidRDefault="00AD1912" w:rsidP="00115A9F">
            <w:pPr>
              <w:spacing w:line="240" w:lineRule="auto"/>
              <w:rPr>
                <w:i/>
                <w:color w:val="6E7B87"/>
                <w:sz w:val="16"/>
              </w:rPr>
            </w:pPr>
            <w:sdt>
              <w:sdtPr>
                <w:rPr>
                  <w:color w:val="1F3347"/>
                  <w:sz w:val="15"/>
                </w:rPr>
                <w:id w:val="-51268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8D3CF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 w:rsidRPr="008D3CFF">
              <w:rPr>
                <w:color w:val="1F3347"/>
                <w:sz w:val="14"/>
              </w:rPr>
              <w:t xml:space="preserve"> </w:t>
            </w:r>
            <w:r w:rsidR="000932F3" w:rsidRPr="008D3CFF">
              <w:rPr>
                <w:i/>
                <w:color w:val="6E7B87"/>
                <w:sz w:val="16"/>
              </w:rPr>
              <w:t xml:space="preserve">integrated system processes  </w:t>
            </w:r>
          </w:p>
          <w:p w14:paraId="6EA70FC8" w14:textId="6DDB6594" w:rsidR="000932F3" w:rsidRPr="008D3CFF" w:rsidRDefault="00AD1912" w:rsidP="00115A9F">
            <w:pPr>
              <w:spacing w:line="240" w:lineRule="auto"/>
              <w:rPr>
                <w:i/>
                <w:color w:val="6E7B87"/>
                <w:sz w:val="16"/>
              </w:rPr>
            </w:pPr>
            <w:sdt>
              <w:sdtPr>
                <w:rPr>
                  <w:color w:val="1F3347"/>
                  <w:sz w:val="15"/>
                </w:rPr>
                <w:id w:val="-92896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8D3CF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 w:rsidRPr="008D3CFF">
              <w:rPr>
                <w:color w:val="1F3347"/>
                <w:sz w:val="14"/>
              </w:rPr>
              <w:t xml:space="preserve"> </w:t>
            </w:r>
            <w:r w:rsidR="000932F3" w:rsidRPr="008D3CFF">
              <w:rPr>
                <w:i/>
                <w:color w:val="6E7B87"/>
                <w:sz w:val="16"/>
              </w:rPr>
              <w:t xml:space="preserve">largely integrated system documentation  </w:t>
            </w:r>
          </w:p>
          <w:p w14:paraId="3FDDEB04" w14:textId="14D4C75E" w:rsidR="000932F3" w:rsidRPr="008D3CFF" w:rsidRDefault="00AD1912" w:rsidP="00115A9F">
            <w:pPr>
              <w:spacing w:line="240" w:lineRule="auto"/>
              <w:rPr>
                <w:i/>
                <w:color w:val="6E7B87"/>
                <w:sz w:val="16"/>
              </w:rPr>
            </w:pPr>
            <w:sdt>
              <w:sdtPr>
                <w:rPr>
                  <w:color w:val="1F3347"/>
                  <w:sz w:val="15"/>
                </w:rPr>
                <w:id w:val="-144639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8D3CF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 w:rsidRPr="008D3CFF">
              <w:rPr>
                <w:color w:val="1F3347"/>
                <w:sz w:val="14"/>
              </w:rPr>
              <w:t xml:space="preserve"> </w:t>
            </w:r>
            <w:r w:rsidR="000932F3" w:rsidRPr="008D3CFF">
              <w:rPr>
                <w:i/>
                <w:color w:val="6E7B87"/>
                <w:sz w:val="16"/>
              </w:rPr>
              <w:t xml:space="preserve">integrated improvement approach  </w:t>
            </w:r>
          </w:p>
          <w:p w14:paraId="3DBE04F2" w14:textId="41F12A81" w:rsidR="000932F3" w:rsidRPr="008D3CFF" w:rsidRDefault="00AD1912" w:rsidP="00115A9F">
            <w:pPr>
              <w:spacing w:line="240" w:lineRule="auto"/>
              <w:rPr>
                <w:i/>
                <w:color w:val="6E7B87"/>
                <w:sz w:val="16"/>
              </w:rPr>
            </w:pPr>
            <w:sdt>
              <w:sdtPr>
                <w:rPr>
                  <w:color w:val="1F3347"/>
                  <w:sz w:val="15"/>
                </w:rPr>
                <w:id w:val="153985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8D3CF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 w:rsidRPr="008D3CFF">
              <w:rPr>
                <w:color w:val="1F3347"/>
                <w:sz w:val="14"/>
              </w:rPr>
              <w:t xml:space="preserve"> </w:t>
            </w:r>
            <w:r w:rsidR="000932F3" w:rsidRPr="008D3CFF">
              <w:rPr>
                <w:i/>
                <w:color w:val="6E7B87"/>
                <w:sz w:val="16"/>
              </w:rPr>
              <w:t xml:space="preserve">integrated planning including risk management  </w:t>
            </w:r>
          </w:p>
          <w:p w14:paraId="632EF193" w14:textId="5BF86A08" w:rsidR="00974B2C" w:rsidRPr="008D3CFF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60045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8D3CF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 w:rsidRPr="008D3CFF">
              <w:rPr>
                <w:color w:val="1F3347"/>
                <w:sz w:val="14"/>
              </w:rPr>
              <w:t xml:space="preserve"> </w:t>
            </w:r>
            <w:r w:rsidR="000932F3" w:rsidRPr="008D3CFF">
              <w:rPr>
                <w:i/>
                <w:color w:val="6E7B87"/>
                <w:sz w:val="16"/>
              </w:rPr>
              <w:t>unified system responsibility and clearly defined responsibilities</w:t>
            </w:r>
          </w:p>
        </w:tc>
      </w:tr>
    </w:tbl>
    <w:p w14:paraId="7CAD9E25" w14:textId="77777777" w:rsidR="00974B2C" w:rsidRPr="008D3CFF" w:rsidRDefault="00CD66FB">
      <w:r w:rsidRPr="008D3CFF">
        <w:br w:type="page"/>
      </w:r>
    </w:p>
    <w:p w14:paraId="581C02FC" w14:textId="77777777" w:rsidR="00917C80" w:rsidRDefault="00917C8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0401A783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2B98FE9C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8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276C623E" w14:textId="77777777" w:rsidR="00974B2C" w:rsidRDefault="00CD66F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Site-specific Particularities / Multisite</w:t>
            </w:r>
          </w:p>
        </w:tc>
      </w:tr>
    </w:tbl>
    <w:p w14:paraId="4E840EE7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98"/>
        <w:gridCol w:w="5727"/>
      </w:tblGrid>
      <w:tr w:rsidR="00974B2C" w14:paraId="65D78C14" w14:textId="77777777" w:rsidTr="00115A9F">
        <w:trPr>
          <w:cantSplit/>
          <w:jc w:val="center"/>
        </w:trPr>
        <w:tc>
          <w:tcPr>
            <w:tcW w:w="379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B3C843E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Multiple Sites within Certification Scope?</w:t>
            </w:r>
          </w:p>
        </w:tc>
        <w:tc>
          <w:tcPr>
            <w:tcW w:w="572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AA0D93" w14:textId="66A9A19E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54633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No  </w:t>
            </w:r>
            <w:sdt>
              <w:sdtPr>
                <w:rPr>
                  <w:color w:val="1F3347"/>
                  <w:sz w:val="15"/>
                </w:rPr>
                <w:id w:val="181051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Yes</w:t>
            </w:r>
          </w:p>
        </w:tc>
      </w:tr>
      <w:tr w:rsidR="00974B2C" w14:paraId="5DA6787D" w14:textId="77777777" w:rsidTr="00115A9F">
        <w:trPr>
          <w:cantSplit/>
          <w:jc w:val="center"/>
        </w:trPr>
        <w:tc>
          <w:tcPr>
            <w:tcW w:w="379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25C6A4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Number of Sites</w:t>
            </w:r>
          </w:p>
        </w:tc>
        <w:tc>
          <w:tcPr>
            <w:tcW w:w="572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424038" w14:textId="77777777" w:rsidR="00974B2C" w:rsidRDefault="00CD66FB" w:rsidP="00115A9F">
            <w:pPr>
              <w:spacing w:line="240" w:lineRule="auto"/>
            </w:pPr>
            <w:r>
              <w:rPr>
                <w:color w:val="1F3347"/>
                <w:sz w:val="15"/>
              </w:rPr>
              <w:t>Permanent: ______   Temporary: ______   Virtual: ______</w:t>
            </w:r>
          </w:p>
        </w:tc>
      </w:tr>
      <w:tr w:rsidR="00974B2C" w14:paraId="77179B1B" w14:textId="77777777" w:rsidTr="00115A9F">
        <w:trPr>
          <w:cantSplit/>
          <w:jc w:val="center"/>
        </w:trPr>
        <w:tc>
          <w:tcPr>
            <w:tcW w:w="379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692C93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Central Function / Central Control</w:t>
            </w:r>
          </w:p>
        </w:tc>
        <w:tc>
          <w:tcPr>
            <w:tcW w:w="572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DFE317" w14:textId="77777777" w:rsidR="00974B2C" w:rsidRDefault="00CD66FB" w:rsidP="00115A9F">
            <w:pPr>
              <w:spacing w:line="240" w:lineRule="auto"/>
            </w:pPr>
            <w:r>
              <w:rPr>
                <w:color w:val="1F3347"/>
                <w:sz w:val="15"/>
              </w:rPr>
              <w:t>Organizational Unit / Site: __________________________________________</w:t>
            </w:r>
          </w:p>
        </w:tc>
      </w:tr>
      <w:tr w:rsidR="00974B2C" w14:paraId="0FE05EF8" w14:textId="77777777" w:rsidTr="00115A9F">
        <w:trPr>
          <w:cantSplit/>
          <w:jc w:val="center"/>
        </w:trPr>
        <w:tc>
          <w:tcPr>
            <w:tcW w:w="379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A64C06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5"/>
              </w:rPr>
              <w:t>Are Processes/Activities at the Sites Substantially Similar?</w:t>
            </w:r>
          </w:p>
        </w:tc>
        <w:tc>
          <w:tcPr>
            <w:tcW w:w="572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9BF6DB5" w14:textId="519EC41C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99917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Yes   </w:t>
            </w:r>
            <w:sdt>
              <w:sdtPr>
                <w:rPr>
                  <w:color w:val="1F3347"/>
                  <w:sz w:val="15"/>
                </w:rPr>
                <w:id w:val="37211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No; Differences: __________________________________________</w:t>
            </w:r>
          </w:p>
        </w:tc>
      </w:tr>
      <w:tr w:rsidR="00974B2C" w14:paraId="2AFAFCDD" w14:textId="77777777" w:rsidTr="00115A9F">
        <w:trPr>
          <w:cantSplit/>
          <w:jc w:val="center"/>
        </w:trPr>
        <w:tc>
          <w:tcPr>
            <w:tcW w:w="379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DA81BFF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5"/>
              </w:rPr>
              <w:t xml:space="preserve">Are All Sites Included in the Internal Audit </w:t>
            </w:r>
            <w:proofErr w:type="spellStart"/>
            <w:r w:rsidRPr="008D3CFF">
              <w:rPr>
                <w:b/>
                <w:color w:val="1F3347"/>
                <w:sz w:val="15"/>
              </w:rPr>
              <w:t>Programme</w:t>
            </w:r>
            <w:proofErr w:type="spellEnd"/>
            <w:r w:rsidRPr="008D3CFF">
              <w:rPr>
                <w:b/>
                <w:color w:val="1F3347"/>
                <w:sz w:val="15"/>
              </w:rPr>
              <w:t>?</w:t>
            </w:r>
          </w:p>
        </w:tc>
        <w:tc>
          <w:tcPr>
            <w:tcW w:w="572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546DF8D" w14:textId="62FD3D5E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5359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Yes   </w:t>
            </w:r>
            <w:sdt>
              <w:sdtPr>
                <w:rPr>
                  <w:color w:val="1F3347"/>
                  <w:sz w:val="15"/>
                </w:rPr>
                <w:id w:val="183255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No; Explanation: __________________________________________</w:t>
            </w:r>
          </w:p>
        </w:tc>
      </w:tr>
      <w:tr w:rsidR="00974B2C" w:rsidRPr="001D5A8A" w14:paraId="5C01392F" w14:textId="77777777" w:rsidTr="00115A9F">
        <w:trPr>
          <w:cantSplit/>
          <w:jc w:val="center"/>
        </w:trPr>
        <w:tc>
          <w:tcPr>
            <w:tcW w:w="9525" w:type="dxa"/>
            <w:gridSpan w:val="2"/>
            <w:tcBorders>
              <w:top w:val="single" w:sz="4" w:space="0" w:color="9BBFD8"/>
              <w:left w:val="single" w:sz="4" w:space="0" w:color="9BBFD8"/>
              <w:bottom w:val="single" w:sz="4" w:space="0" w:color="9BBFD8"/>
              <w:right w:val="single" w:sz="4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9C37F8D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i/>
                <w:color w:val="6E7B87"/>
                <w:sz w:val="16"/>
              </w:rPr>
              <w:t xml:space="preserve">For </w:t>
            </w:r>
            <w:proofErr w:type="gramStart"/>
            <w:r w:rsidRPr="008D3CFF">
              <w:rPr>
                <w:i/>
                <w:color w:val="6E7B87"/>
                <w:sz w:val="16"/>
              </w:rPr>
              <w:t>multisite</w:t>
            </w:r>
            <w:proofErr w:type="gramEnd"/>
            <w:r w:rsidRPr="008D3CFF">
              <w:rPr>
                <w:i/>
                <w:color w:val="6E7B87"/>
                <w:sz w:val="16"/>
              </w:rPr>
              <w:t xml:space="preserve"> structures, please complete a separate site block for each site. The site block on the following page can be fully selected and copied in Word and inserted for additional sites.</w:t>
            </w:r>
          </w:p>
        </w:tc>
      </w:tr>
    </w:tbl>
    <w:p w14:paraId="595E2179" w14:textId="77777777" w:rsidR="00917C80" w:rsidRPr="008D3CFF" w:rsidRDefault="00917C80" w:rsidP="00115A9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7"/>
        <w:gridCol w:w="5778"/>
      </w:tblGrid>
      <w:tr w:rsidR="00974B2C" w14:paraId="210F2535" w14:textId="77777777" w:rsidTr="00115A9F">
        <w:trPr>
          <w:cantSplit/>
          <w:jc w:val="center"/>
        </w:trPr>
        <w:tc>
          <w:tcPr>
            <w:tcW w:w="9525" w:type="dxa"/>
            <w:gridSpan w:val="2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0070C0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36B93BB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FFFFFF"/>
                <w:sz w:val="18"/>
              </w:rPr>
              <w:t>Central Function / Main Site</w:t>
            </w:r>
          </w:p>
        </w:tc>
      </w:tr>
      <w:tr w:rsidR="00974B2C" w14:paraId="4269F2A1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D13258A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Company/Site Name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293FD51" w14:textId="77777777" w:rsidR="00974B2C" w:rsidRDefault="00974B2C" w:rsidP="00115A9F">
            <w:pPr>
              <w:spacing w:line="240" w:lineRule="auto"/>
            </w:pPr>
          </w:p>
        </w:tc>
      </w:tr>
      <w:tr w:rsidR="00974B2C" w14:paraId="785F8C88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58DDB09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Address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E18CC39" w14:textId="77777777" w:rsidR="00974B2C" w:rsidRDefault="00974B2C" w:rsidP="00115A9F">
            <w:pPr>
              <w:spacing w:line="240" w:lineRule="auto"/>
            </w:pPr>
          </w:p>
        </w:tc>
      </w:tr>
      <w:tr w:rsidR="00974B2C" w:rsidRPr="001D5A8A" w14:paraId="5F93FE84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49F37D8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Personnel within Certification Scope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B2E0573" w14:textId="7513FF52" w:rsidR="00974B2C" w:rsidRPr="00653896" w:rsidRDefault="00CD66FB" w:rsidP="00115A9F">
            <w:pPr>
              <w:spacing w:line="240" w:lineRule="auto"/>
            </w:pPr>
            <w:proofErr w:type="gramStart"/>
            <w:r w:rsidRPr="00653896">
              <w:rPr>
                <w:color w:val="1F3347"/>
                <w:sz w:val="15"/>
              </w:rPr>
              <w:t>Permanent: _</w:t>
            </w:r>
            <w:proofErr w:type="gramEnd"/>
            <w:r w:rsidRPr="00653896">
              <w:rPr>
                <w:color w:val="1F3347"/>
                <w:sz w:val="15"/>
              </w:rPr>
              <w:t xml:space="preserve">_____   Temporary: ______   Part-time: ______   </w:t>
            </w:r>
            <w:r w:rsidR="001D5A8A" w:rsidRPr="00653896">
              <w:rPr>
                <w:color w:val="1F3347"/>
                <w:sz w:val="15"/>
              </w:rPr>
              <w:br/>
            </w:r>
            <w:r w:rsidRPr="00653896">
              <w:rPr>
                <w:color w:val="1F3347"/>
                <w:sz w:val="15"/>
              </w:rPr>
              <w:t>External/Contracted: ______</w:t>
            </w:r>
          </w:p>
        </w:tc>
      </w:tr>
      <w:tr w:rsidR="00974B2C" w14:paraId="351AF127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B9803F7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Shift-based Staffing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DCF7CB" w14:textId="77777777" w:rsidR="00974B2C" w:rsidRDefault="00CD66FB" w:rsidP="00115A9F">
            <w:pPr>
              <w:spacing w:line="240" w:lineRule="auto"/>
            </w:pPr>
            <w:r>
              <w:rPr>
                <w:color w:val="1F3347"/>
                <w:sz w:val="15"/>
              </w:rPr>
              <w:t>Early: ______   Day: ______   Late: ______   Night: ______</w:t>
            </w:r>
          </w:p>
        </w:tc>
      </w:tr>
      <w:tr w:rsidR="00974B2C" w:rsidRPr="001D5A8A" w14:paraId="5462E4C2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5A226CE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5"/>
              </w:rPr>
              <w:t>Key Activities/Processes per Shift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8B78B2C" w14:textId="77777777" w:rsidR="00974B2C" w:rsidRPr="008D3CFF" w:rsidRDefault="00974B2C" w:rsidP="00115A9F">
            <w:pPr>
              <w:spacing w:line="240" w:lineRule="auto"/>
            </w:pPr>
          </w:p>
        </w:tc>
      </w:tr>
      <w:tr w:rsidR="00974B2C" w14:paraId="172B5714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0EED525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5"/>
              </w:rPr>
              <w:t>Use of Mobile or Temporary Workplaces?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573D126" w14:textId="2406969C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40803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No    </w:t>
            </w:r>
            <w:sdt>
              <w:sdtPr>
                <w:rPr>
                  <w:color w:val="1F3347"/>
                  <w:sz w:val="15"/>
                </w:rPr>
                <w:id w:val="9329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Yes, please explain: ______________________________</w:t>
            </w:r>
          </w:p>
        </w:tc>
      </w:tr>
      <w:tr w:rsidR="00974B2C" w14:paraId="26BA240F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B85D8C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Site-specific Processes/Activities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E9C868" w14:textId="77777777" w:rsidR="00974B2C" w:rsidRDefault="00974B2C" w:rsidP="00115A9F">
            <w:pPr>
              <w:spacing w:line="240" w:lineRule="auto"/>
            </w:pPr>
          </w:p>
        </w:tc>
      </w:tr>
    </w:tbl>
    <w:p w14:paraId="4E062AF7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1474"/>
        <w:gridCol w:w="1587"/>
        <w:gridCol w:w="1360"/>
      </w:tblGrid>
      <w:tr w:rsidR="00974B2C" w14:paraId="70402069" w14:textId="77777777" w:rsidTr="00115A9F">
        <w:trPr>
          <w:cantSplit/>
          <w:tblHeader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DAB2590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Shared / Cross-site Functions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9CCEB5E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this site only</w:t>
            </w:r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56E37C3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other sites as well</w:t>
            </w:r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05DF9AC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No</w:t>
            </w:r>
          </w:p>
        </w:tc>
      </w:tr>
      <w:tr w:rsidR="000932F3" w14:paraId="4B79F57A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7284FAF" w14:textId="77777777" w:rsidR="000932F3" w:rsidRDefault="000932F3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Policy, Objectives, Management Review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085CA03" w14:textId="0482B220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95308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7A39BF8" w14:textId="3151065E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2877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AA372DA" w14:textId="40BCB3DD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41477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5C41564A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CB32D2" w14:textId="77777777" w:rsidR="000932F3" w:rsidRDefault="000932F3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Design and Development Activities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69728A" w14:textId="42CD0A02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85013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5BE037" w14:textId="38FDB3C3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69230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5B56DC7" w14:textId="533185D6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26223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1723C70F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1983D68" w14:textId="77777777" w:rsidR="000932F3" w:rsidRDefault="000932F3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Purchasing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878A788" w14:textId="53B855CA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203464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BFE3B3" w14:textId="74D6A93F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12836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78F14F6" w14:textId="653A82FB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63861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13268A44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984BF0" w14:textId="77777777" w:rsidR="000932F3" w:rsidRDefault="000932F3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Human Resources Management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7A60696" w14:textId="557C23FB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27606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7577E82" w14:textId="351BB898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24649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29D2F25" w14:textId="1DF3B890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64948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47BDC093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89314DD" w14:textId="77777777" w:rsidR="000932F3" w:rsidRDefault="000932F3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Document Control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944B09" w14:textId="1365ADDE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74193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0F6F8F" w14:textId="30C26173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51102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437B23D" w14:textId="0B173EE2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58150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02563652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91AF41" w14:textId="77777777" w:rsidR="000932F3" w:rsidRPr="008D3CFF" w:rsidRDefault="000932F3" w:rsidP="00115A9F">
            <w:pPr>
              <w:spacing w:line="240" w:lineRule="auto"/>
            </w:pPr>
            <w:r w:rsidRPr="008D3CFF">
              <w:rPr>
                <w:color w:val="1F3347"/>
                <w:sz w:val="14"/>
              </w:rPr>
              <w:t>Review of Compliance with Legal Requirements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FD2103" w14:textId="23E0D65C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6336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E8461C" w14:textId="1F14FEB4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88597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ED667BA" w14:textId="3516975B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89102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1561E807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06EA30F" w14:textId="77777777" w:rsidR="000932F3" w:rsidRDefault="000932F3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Sales / Customer Service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F7243ED" w14:textId="0DC4EA65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81094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DA4C4E6" w14:textId="0878AE82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13401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5227151" w14:textId="0D60A905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64087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2853F5B7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0EFF7A" w14:textId="77777777" w:rsidR="000932F3" w:rsidRDefault="000932F3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Maintenance / Facility Management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26BC83C" w14:textId="7F4FEFDD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03703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ED6244" w14:textId="4FF63585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96254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DF9494" w14:textId="5FFBF9CE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54806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71EF0049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8064260" w14:textId="77777777" w:rsidR="000932F3" w:rsidRDefault="000932F3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Calibration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2D2EFF" w14:textId="209F150D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31429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770C979" w14:textId="3BAE5B4D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29814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CEE02D2" w14:textId="2E9B512F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43981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43298A3B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8EAF417" w14:textId="77777777" w:rsidR="000932F3" w:rsidRDefault="000932F3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Logistics Support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A3150F" w14:textId="52168E8E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76889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6BC048" w14:textId="214ED1E0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71625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7BC7035" w14:textId="29249ED0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09721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64295553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A8BF45" w14:textId="77777777" w:rsidR="000932F3" w:rsidRPr="008D3CFF" w:rsidRDefault="000932F3" w:rsidP="00115A9F">
            <w:pPr>
              <w:spacing w:line="240" w:lineRule="auto"/>
            </w:pPr>
            <w:r w:rsidRPr="008D3CFF">
              <w:rPr>
                <w:color w:val="1F3347"/>
                <w:sz w:val="14"/>
              </w:rPr>
              <w:t>Planning and Conducting Internal Audits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3BE78A3" w14:textId="56C0C030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96516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D26AC07" w14:textId="71440D8D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72703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FA265D5" w14:textId="7D68C390" w:rsidR="000932F3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93196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</w:tbl>
    <w:p w14:paraId="57131A5C" w14:textId="77777777" w:rsidR="00917C80" w:rsidRDefault="00917C8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7"/>
        <w:gridCol w:w="5778"/>
      </w:tblGrid>
      <w:tr w:rsidR="00974B2C" w:rsidRPr="001D5A8A" w14:paraId="17A2C1AF" w14:textId="77777777" w:rsidTr="00115A9F">
        <w:trPr>
          <w:cantSplit/>
          <w:jc w:val="center"/>
        </w:trPr>
        <w:tc>
          <w:tcPr>
            <w:tcW w:w="9525" w:type="dxa"/>
            <w:gridSpan w:val="2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0070C0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7B220D7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FFFFFF"/>
                <w:sz w:val="18"/>
              </w:rPr>
              <w:t>Site 1 (for additional sites, please copy the entire block)</w:t>
            </w:r>
          </w:p>
        </w:tc>
      </w:tr>
      <w:tr w:rsidR="00974B2C" w14:paraId="1E6F8FE9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ED076D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Company/Site Name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542CAEB" w14:textId="77777777" w:rsidR="00974B2C" w:rsidRDefault="00974B2C" w:rsidP="00115A9F">
            <w:pPr>
              <w:spacing w:line="240" w:lineRule="auto"/>
            </w:pPr>
          </w:p>
        </w:tc>
      </w:tr>
      <w:tr w:rsidR="00974B2C" w14:paraId="49977D18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8F09EE8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Address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20D0C24" w14:textId="77777777" w:rsidR="00974B2C" w:rsidRDefault="00974B2C" w:rsidP="00115A9F">
            <w:pPr>
              <w:spacing w:line="240" w:lineRule="auto"/>
            </w:pPr>
          </w:p>
        </w:tc>
      </w:tr>
      <w:tr w:rsidR="00974B2C" w:rsidRPr="001D5A8A" w14:paraId="4DA9A1C9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A6EE84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Personnel within Certification Scope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61924E8" w14:textId="77777777" w:rsidR="00974B2C" w:rsidRPr="00653896" w:rsidRDefault="00CD66FB" w:rsidP="00115A9F">
            <w:pPr>
              <w:spacing w:line="240" w:lineRule="auto"/>
            </w:pPr>
            <w:proofErr w:type="gramStart"/>
            <w:r w:rsidRPr="00653896">
              <w:rPr>
                <w:color w:val="1F3347"/>
                <w:sz w:val="15"/>
              </w:rPr>
              <w:t>Permanent: _</w:t>
            </w:r>
            <w:proofErr w:type="gramEnd"/>
            <w:r w:rsidRPr="00653896">
              <w:rPr>
                <w:color w:val="1F3347"/>
                <w:sz w:val="15"/>
              </w:rPr>
              <w:t>_____   Temporary: ______   Part-</w:t>
            </w:r>
            <w:proofErr w:type="gramStart"/>
            <w:r w:rsidRPr="00653896">
              <w:rPr>
                <w:color w:val="1F3347"/>
                <w:sz w:val="15"/>
              </w:rPr>
              <w:t>time: _</w:t>
            </w:r>
            <w:proofErr w:type="gramEnd"/>
            <w:r w:rsidRPr="00653896">
              <w:rPr>
                <w:color w:val="1F3347"/>
                <w:sz w:val="15"/>
              </w:rPr>
              <w:t>_____   External/Contracted: ______</w:t>
            </w:r>
          </w:p>
        </w:tc>
      </w:tr>
      <w:tr w:rsidR="00974B2C" w14:paraId="6236A213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FB07D1F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Shift-based Staffing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0BD1E0D" w14:textId="77777777" w:rsidR="00974B2C" w:rsidRDefault="00CD66FB" w:rsidP="00115A9F">
            <w:pPr>
              <w:spacing w:line="240" w:lineRule="auto"/>
            </w:pPr>
            <w:r>
              <w:rPr>
                <w:color w:val="1F3347"/>
                <w:sz w:val="15"/>
              </w:rPr>
              <w:t>Early: ______   Day: ______   Late: ______   Night: ______</w:t>
            </w:r>
          </w:p>
        </w:tc>
      </w:tr>
      <w:tr w:rsidR="00974B2C" w:rsidRPr="001D5A8A" w14:paraId="13DA4BCF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4F4AC6F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5"/>
              </w:rPr>
              <w:t>Key Activities/Processes per Shift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880FFE" w14:textId="77777777" w:rsidR="00974B2C" w:rsidRPr="008D3CFF" w:rsidRDefault="00974B2C" w:rsidP="00115A9F">
            <w:pPr>
              <w:spacing w:line="240" w:lineRule="auto"/>
            </w:pPr>
          </w:p>
        </w:tc>
      </w:tr>
      <w:tr w:rsidR="00974B2C" w14:paraId="733A5653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89AF115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5"/>
              </w:rPr>
              <w:t>Use of Mobile or Temporary Workplaces?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1F84E7" w14:textId="77777777" w:rsidR="00974B2C" w:rsidRDefault="00CD66FB" w:rsidP="00115A9F">
            <w:pPr>
              <w:spacing w:line="240" w:lineRule="auto"/>
            </w:pPr>
            <w:r>
              <w:rPr>
                <w:color w:val="1F3347"/>
                <w:sz w:val="15"/>
              </w:rPr>
              <w:t>☐ No    ☐ Yes, please explain: ______________________________</w:t>
            </w:r>
          </w:p>
        </w:tc>
      </w:tr>
      <w:tr w:rsidR="00974B2C" w14:paraId="74254C65" w14:textId="77777777" w:rsidTr="00115A9F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0EA823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Site-specific Processes/Activities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D551576" w14:textId="77777777" w:rsidR="00974B2C" w:rsidRDefault="00974B2C" w:rsidP="00115A9F">
            <w:pPr>
              <w:spacing w:line="240" w:lineRule="auto"/>
            </w:pPr>
          </w:p>
        </w:tc>
      </w:tr>
    </w:tbl>
    <w:p w14:paraId="55F0BAB2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1474"/>
        <w:gridCol w:w="1587"/>
        <w:gridCol w:w="1360"/>
      </w:tblGrid>
      <w:tr w:rsidR="00974B2C" w14:paraId="4E550F9E" w14:textId="77777777" w:rsidTr="00115A9F">
        <w:trPr>
          <w:cantSplit/>
          <w:tblHeader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F37302F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lastRenderedPageBreak/>
              <w:t>Shared / Cross-site Functions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4035AB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this site only</w:t>
            </w:r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157BC9B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other sites as well</w:t>
            </w:r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EB7E31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No</w:t>
            </w:r>
          </w:p>
        </w:tc>
      </w:tr>
      <w:tr w:rsidR="000658A5" w14:paraId="43CE2143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044F6F1" w14:textId="77777777" w:rsidR="000658A5" w:rsidRDefault="000658A5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Policy, Objectives, Management Review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0C24D85" w14:textId="26746D53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21556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24DC95" w14:textId="6BBBCE0A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88539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62EFDDF" w14:textId="033802B3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84005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0DF8978C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DEEB98" w14:textId="77777777" w:rsidR="000658A5" w:rsidRDefault="000658A5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Design and Development Activities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4010168" w14:textId="1775D5F5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84597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59FCECC" w14:textId="29AC3B46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43987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CD1DAF" w14:textId="2CCF8FD1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82318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37779E38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4DA8897" w14:textId="77777777" w:rsidR="000658A5" w:rsidRDefault="000658A5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Purchasing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B6BB36" w14:textId="4946C998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10500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38BC7D" w14:textId="595B8E3F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8959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2A3F841" w14:textId="5E96736B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42620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486CEF37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2FDA490" w14:textId="77777777" w:rsidR="000658A5" w:rsidRDefault="000658A5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Human Resources Management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79ED019" w14:textId="2BDCD6F1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91963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2A23A3C" w14:textId="44D6CA1C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04998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4A0D089" w14:textId="2DAC2279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63809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25C81BB4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21DA7D" w14:textId="77777777" w:rsidR="000658A5" w:rsidRDefault="000658A5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Document Control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C7A828" w14:textId="69FE7919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29074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58AC998" w14:textId="0D1F614A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83012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864957F" w14:textId="0AF91978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61651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0D7A4D52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8DB97D1" w14:textId="77777777" w:rsidR="000658A5" w:rsidRPr="008D3CFF" w:rsidRDefault="000658A5" w:rsidP="00115A9F">
            <w:pPr>
              <w:spacing w:line="240" w:lineRule="auto"/>
            </w:pPr>
            <w:r w:rsidRPr="008D3CFF">
              <w:rPr>
                <w:color w:val="1F3347"/>
                <w:sz w:val="14"/>
              </w:rPr>
              <w:t>Review of Compliance with Legal Requirements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B5BF514" w14:textId="114B4612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26774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1D5FD65" w14:textId="6089304E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88883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966F2B8" w14:textId="3D1B3181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2647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2F4CED95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F4F96A" w14:textId="77777777" w:rsidR="000658A5" w:rsidRDefault="000658A5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Sales / Customer Service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111AF1" w14:textId="73CDE750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32951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7437BAC" w14:textId="0D83E3B8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60057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2EC5385" w14:textId="38615F75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70793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6C061FDE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54345EB" w14:textId="77777777" w:rsidR="000658A5" w:rsidRDefault="000658A5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Maintenance / Facility Management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0DE2B93" w14:textId="7D8B13F0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7227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3A9320" w14:textId="00279864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56406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02AFBAE" w14:textId="12176D8B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58630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291F1D79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20189CD" w14:textId="77777777" w:rsidR="000658A5" w:rsidRDefault="000658A5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Calibration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104494" w14:textId="4255C1A5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93119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23CA12" w14:textId="031E353A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60412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70BC205" w14:textId="33D035AE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80014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5217A426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9BA74C3" w14:textId="77777777" w:rsidR="000658A5" w:rsidRDefault="000658A5" w:rsidP="00115A9F">
            <w:pPr>
              <w:spacing w:line="240" w:lineRule="auto"/>
            </w:pPr>
            <w:r>
              <w:rPr>
                <w:color w:val="1F3347"/>
                <w:sz w:val="14"/>
              </w:rPr>
              <w:t>Logistics Support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11E3374" w14:textId="093BBC04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49513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A8E872" w14:textId="78114220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3045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EA2845" w14:textId="21B99747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4288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0828FE94" w14:textId="77777777" w:rsidTr="00115A9F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00131C6" w14:textId="77777777" w:rsidR="000658A5" w:rsidRPr="008D3CFF" w:rsidRDefault="000658A5" w:rsidP="00115A9F">
            <w:pPr>
              <w:spacing w:line="240" w:lineRule="auto"/>
            </w:pPr>
            <w:r w:rsidRPr="008D3CFF">
              <w:rPr>
                <w:color w:val="1F3347"/>
                <w:sz w:val="14"/>
              </w:rPr>
              <w:t>Planning and Conducting Internal Audits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8DF6F50" w14:textId="027DC043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74431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BE4FF7" w14:textId="5968EE87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17611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0E92F7" w14:textId="0806C2D4" w:rsidR="000658A5" w:rsidRDefault="00AD1912" w:rsidP="00115A9F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94990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</w:tbl>
    <w:p w14:paraId="27BB1602" w14:textId="77777777" w:rsidR="00974B2C" w:rsidRDefault="00974B2C">
      <w:pPr>
        <w:spacing w:after="6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1D07612D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4F4824F1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9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1DBDFFB4" w14:textId="77777777" w:rsidR="00974B2C" w:rsidRDefault="00CD66F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Language / Special Requirements</w:t>
            </w:r>
          </w:p>
        </w:tc>
      </w:tr>
    </w:tbl>
    <w:p w14:paraId="3F27CB72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6"/>
        <w:gridCol w:w="5778"/>
      </w:tblGrid>
      <w:tr w:rsidR="00974B2C" w14:paraId="7A512B40" w14:textId="77777777" w:rsidTr="00115A9F">
        <w:trPr>
          <w:cantSplit/>
          <w:jc w:val="center"/>
        </w:trPr>
        <w:tc>
          <w:tcPr>
            <w:tcW w:w="374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B4B4EB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Audit Language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8D99C6" w14:textId="5C8447D0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69026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German   </w:t>
            </w:r>
            <w:sdt>
              <w:sdtPr>
                <w:rPr>
                  <w:color w:val="1F3347"/>
                  <w:sz w:val="15"/>
                </w:rPr>
                <w:id w:val="24893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English   </w:t>
            </w:r>
            <w:sdt>
              <w:sdtPr>
                <w:rPr>
                  <w:color w:val="1F3347"/>
                  <w:sz w:val="15"/>
                </w:rPr>
                <w:id w:val="38414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Other: __________________</w:t>
            </w:r>
          </w:p>
        </w:tc>
      </w:tr>
      <w:tr w:rsidR="00974B2C" w14:paraId="38A655CC" w14:textId="77777777" w:rsidTr="00115A9F">
        <w:trPr>
          <w:cantSplit/>
          <w:jc w:val="center"/>
        </w:trPr>
        <w:tc>
          <w:tcPr>
            <w:tcW w:w="374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F52CCA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5"/>
              </w:rPr>
              <w:t>Special Safety, Access, Occupational Health &amp; Safety, Confidentiality or Other Requirements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C402A5" w14:textId="4DB80AB6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53969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No    </w:t>
            </w:r>
            <w:sdt>
              <w:sdtPr>
                <w:rPr>
                  <w:color w:val="1F3347"/>
                  <w:sz w:val="15"/>
                </w:rPr>
                <w:id w:val="-78357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Yes, please describe: __________________________________________</w:t>
            </w:r>
          </w:p>
        </w:tc>
      </w:tr>
      <w:tr w:rsidR="00974B2C" w14:paraId="3AEE8634" w14:textId="77777777" w:rsidTr="00115A9F">
        <w:trPr>
          <w:cantSplit/>
          <w:jc w:val="center"/>
        </w:trPr>
        <w:tc>
          <w:tcPr>
            <w:tcW w:w="374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036557D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b/>
                <w:color w:val="1F3347"/>
                <w:sz w:val="15"/>
              </w:rPr>
              <w:t>Certification-relevant Areas / Documents with Access Restrictions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F7A8935" w14:textId="79E2479F" w:rsidR="00974B2C" w:rsidRDefault="00AD1912" w:rsidP="00115A9F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79297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No    </w:t>
            </w:r>
            <w:sdt>
              <w:sdtPr>
                <w:rPr>
                  <w:color w:val="1F3347"/>
                  <w:sz w:val="15"/>
                </w:rPr>
                <w:id w:val="-51870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Yes, please specify: __________________________________________</w:t>
            </w:r>
          </w:p>
        </w:tc>
      </w:tr>
      <w:tr w:rsidR="00974B2C" w:rsidRPr="001D5A8A" w14:paraId="0DD77162" w14:textId="77777777" w:rsidTr="00115A9F">
        <w:trPr>
          <w:cantSplit/>
          <w:jc w:val="center"/>
        </w:trPr>
        <w:tc>
          <w:tcPr>
            <w:tcW w:w="374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B9F4B76" w14:textId="77777777" w:rsidR="00974B2C" w:rsidRDefault="00CD66FB" w:rsidP="00115A9F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Preferred Timeframe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1ECE26" w14:textId="77777777" w:rsidR="00974B2C" w:rsidRPr="008D3CFF" w:rsidRDefault="00CD66FB" w:rsidP="00115A9F">
            <w:pPr>
              <w:spacing w:line="240" w:lineRule="auto"/>
            </w:pPr>
            <w:r w:rsidRPr="008D3CFF">
              <w:rPr>
                <w:color w:val="1F3347"/>
                <w:sz w:val="15"/>
              </w:rPr>
              <w:t>Stage 1 (initial certification) or next scheduled audit (transfer): __________________</w:t>
            </w:r>
          </w:p>
        </w:tc>
      </w:tr>
    </w:tbl>
    <w:p w14:paraId="1D256D75" w14:textId="77777777" w:rsidR="00974B2C" w:rsidRPr="008D3CFF" w:rsidRDefault="00974B2C">
      <w:pPr>
        <w:spacing w:after="6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61"/>
        <w:gridCol w:w="1985"/>
        <w:gridCol w:w="3397"/>
        <w:gridCol w:w="2381"/>
      </w:tblGrid>
      <w:tr w:rsidR="00974B2C" w14:paraId="32F041CC" w14:textId="77777777" w:rsidTr="001D5A8A">
        <w:trPr>
          <w:cantSplit/>
          <w:jc w:val="center"/>
        </w:trPr>
        <w:tc>
          <w:tcPr>
            <w:tcW w:w="17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E4E577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6E7B87"/>
                <w:sz w:val="14"/>
              </w:rPr>
              <w:t>Place, Date</w:t>
            </w: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43D667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6E7B87"/>
                <w:sz w:val="14"/>
              </w:rPr>
              <w:t>First Name, Last Name</w:t>
            </w:r>
          </w:p>
        </w:tc>
        <w:tc>
          <w:tcPr>
            <w:tcW w:w="339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8514E6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6E7B87"/>
                <w:sz w:val="14"/>
              </w:rPr>
              <w:t>Function</w:t>
            </w:r>
          </w:p>
        </w:tc>
        <w:tc>
          <w:tcPr>
            <w:tcW w:w="238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7F691E" w14:textId="77777777" w:rsidR="00974B2C" w:rsidRDefault="00CD66FB">
            <w:pPr>
              <w:spacing w:line="240" w:lineRule="auto"/>
              <w:jc w:val="center"/>
            </w:pPr>
            <w:r>
              <w:rPr>
                <w:b/>
                <w:color w:val="6E7B87"/>
                <w:sz w:val="14"/>
              </w:rPr>
              <w:t>Signature</w:t>
            </w:r>
          </w:p>
        </w:tc>
      </w:tr>
      <w:tr w:rsidR="00974B2C" w14:paraId="47A15FE5" w14:textId="77777777" w:rsidTr="001D5A8A">
        <w:trPr>
          <w:cantSplit/>
          <w:jc w:val="center"/>
        </w:trPr>
        <w:tc>
          <w:tcPr>
            <w:tcW w:w="17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18F4CB" w14:textId="77777777" w:rsidR="00974B2C" w:rsidRDefault="00CD66FB">
            <w:pPr>
              <w:spacing w:line="240" w:lineRule="auto"/>
            </w:pPr>
            <w:r>
              <w:rPr>
                <w:color w:val="1F3347"/>
                <w:sz w:val="16"/>
              </w:rPr>
              <w:br/>
            </w: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73F23D" w14:textId="77777777" w:rsidR="00974B2C" w:rsidRDefault="00CD66FB">
            <w:pPr>
              <w:spacing w:line="240" w:lineRule="auto"/>
            </w:pPr>
            <w:r>
              <w:rPr>
                <w:color w:val="1F3347"/>
                <w:sz w:val="16"/>
              </w:rPr>
              <w:br/>
            </w:r>
          </w:p>
        </w:tc>
        <w:tc>
          <w:tcPr>
            <w:tcW w:w="339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20F243" w14:textId="77777777" w:rsidR="00974B2C" w:rsidRDefault="00CD66FB">
            <w:pPr>
              <w:spacing w:line="240" w:lineRule="auto"/>
            </w:pPr>
            <w:r>
              <w:rPr>
                <w:color w:val="1F3347"/>
                <w:sz w:val="16"/>
              </w:rPr>
              <w:br/>
            </w:r>
          </w:p>
        </w:tc>
        <w:tc>
          <w:tcPr>
            <w:tcW w:w="238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FAE7F5" w14:textId="77777777" w:rsidR="00974B2C" w:rsidRDefault="00CD66FB">
            <w:pPr>
              <w:spacing w:line="240" w:lineRule="auto"/>
            </w:pPr>
            <w:r>
              <w:rPr>
                <w:color w:val="1F3347"/>
                <w:sz w:val="16"/>
              </w:rPr>
              <w:br/>
            </w:r>
          </w:p>
        </w:tc>
      </w:tr>
    </w:tbl>
    <w:p w14:paraId="14E8AF62" w14:textId="77777777" w:rsidR="00974B2C" w:rsidRPr="008D3CFF" w:rsidRDefault="00CD66FB">
      <w:pPr>
        <w:spacing w:before="100"/>
        <w:jc w:val="center"/>
      </w:pPr>
      <w:r w:rsidRPr="008D3CFF">
        <w:rPr>
          <w:color w:val="1F3347"/>
          <w:sz w:val="15"/>
        </w:rPr>
        <w:t xml:space="preserve">Please send the completed and signed form to: </w:t>
      </w:r>
      <w:r w:rsidRPr="008D3CFF">
        <w:rPr>
          <w:b/>
          <w:color w:val="0070C0"/>
          <w:sz w:val="15"/>
        </w:rPr>
        <w:t>sales@intellcert.com</w:t>
      </w:r>
    </w:p>
    <w:sectPr w:rsidR="00974B2C" w:rsidRPr="008D3CFF" w:rsidSect="00034616">
      <w:headerReference w:type="default" r:id="rId8"/>
      <w:footerReference w:type="default" r:id="rId9"/>
      <w:pgSz w:w="12240" w:h="15840"/>
      <w:pgMar w:top="879" w:right="709" w:bottom="765" w:left="709" w:header="255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8150" w14:textId="77777777" w:rsidR="00AD1912" w:rsidRDefault="00AD1912">
      <w:pPr>
        <w:spacing w:line="240" w:lineRule="auto"/>
      </w:pPr>
      <w:r>
        <w:separator/>
      </w:r>
    </w:p>
  </w:endnote>
  <w:endnote w:type="continuationSeparator" w:id="0">
    <w:p w14:paraId="7F5C74B4" w14:textId="77777777" w:rsidR="00AD1912" w:rsidRDefault="00AD1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1ECC" w14:textId="77777777" w:rsidR="00974B2C" w:rsidRDefault="00974B2C">
    <w:pPr>
      <w:pStyle w:val="Fu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515"/>
      <w:gridCol w:w="3515"/>
      <w:gridCol w:w="3458"/>
    </w:tblGrid>
    <w:tr w:rsidR="00974B2C" w14:paraId="122B24BE" w14:textId="77777777">
      <w:trPr>
        <w:jc w:val="center"/>
      </w:trPr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5C3C340D" w14:textId="4E656539" w:rsidR="00974B2C" w:rsidRDefault="00CD66FB">
          <w:pPr>
            <w:spacing w:line="240" w:lineRule="auto"/>
          </w:pPr>
          <w:r>
            <w:rPr>
              <w:color w:val="6E7B87"/>
              <w:sz w:val="14"/>
            </w:rPr>
            <w:t>IQM_</w:t>
          </w:r>
          <w:proofErr w:type="gramStart"/>
          <w:r>
            <w:rPr>
              <w:color w:val="6E7B87"/>
              <w:sz w:val="14"/>
            </w:rPr>
            <w:t>011</w:t>
          </w:r>
          <w:r w:rsidR="008D3CFF">
            <w:rPr>
              <w:color w:val="6E7B87"/>
              <w:sz w:val="14"/>
            </w:rPr>
            <w:t>2</w:t>
          </w:r>
          <w:r>
            <w:rPr>
              <w:color w:val="6E7B87"/>
              <w:sz w:val="14"/>
            </w:rPr>
            <w:t>60  |</w:t>
          </w:r>
          <w:proofErr w:type="gramEnd"/>
          <w:r>
            <w:rPr>
              <w:color w:val="6E7B87"/>
              <w:sz w:val="14"/>
            </w:rPr>
            <w:t xml:space="preserve">  Revision </w:t>
          </w:r>
          <w:proofErr w:type="gramStart"/>
          <w:r>
            <w:rPr>
              <w:color w:val="6E7B87"/>
              <w:sz w:val="14"/>
            </w:rPr>
            <w:t>0</w:t>
          </w:r>
          <w:r w:rsidR="00D5141F">
            <w:rPr>
              <w:color w:val="6E7B87"/>
              <w:sz w:val="14"/>
            </w:rPr>
            <w:t>1</w:t>
          </w:r>
          <w:r>
            <w:rPr>
              <w:color w:val="6E7B87"/>
              <w:sz w:val="14"/>
            </w:rPr>
            <w:t>.</w:t>
          </w:r>
          <w:r w:rsidR="00D5141F">
            <w:rPr>
              <w:color w:val="6E7B87"/>
              <w:sz w:val="14"/>
            </w:rPr>
            <w:t>3</w:t>
          </w:r>
          <w:r>
            <w:rPr>
              <w:color w:val="6E7B87"/>
              <w:sz w:val="14"/>
            </w:rPr>
            <w:t>0  |</w:t>
          </w:r>
          <w:proofErr w:type="gramEnd"/>
          <w:r>
            <w:rPr>
              <w:color w:val="6E7B87"/>
              <w:sz w:val="14"/>
            </w:rPr>
            <w:t xml:space="preserve">  2026-09-07</w:t>
          </w:r>
        </w:p>
      </w:tc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0CA5BC8E" w14:textId="77777777" w:rsidR="00974B2C" w:rsidRDefault="00CD66FB">
          <w:pPr>
            <w:spacing w:line="240" w:lineRule="auto"/>
            <w:jc w:val="center"/>
          </w:pPr>
          <w:r>
            <w:rPr>
              <w:color w:val="6E7B87"/>
              <w:sz w:val="14"/>
            </w:rPr>
            <w:t>intellcert is a registered trademark.</w:t>
          </w:r>
        </w:p>
      </w:tc>
      <w:tc>
        <w:tcPr>
          <w:tcW w:w="3458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4D3F584B" w14:textId="77777777" w:rsidR="00974B2C" w:rsidRDefault="00CD66FB">
          <w:pPr>
            <w:jc w:val="right"/>
          </w:pPr>
          <w:r>
            <w:rPr>
              <w:color w:val="6E7B87"/>
              <w:sz w:val="1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D5A8A">
            <w:rPr>
              <w:noProof/>
            </w:rPr>
            <w:t>1</w:t>
          </w:r>
          <w:r>
            <w:fldChar w:fldCharType="end"/>
          </w:r>
          <w:r>
            <w:rPr>
              <w:color w:val="6E7B87"/>
              <w:sz w:val="1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D5A8A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EDC1A" w14:textId="77777777" w:rsidR="00AD1912" w:rsidRDefault="00AD1912">
      <w:pPr>
        <w:spacing w:line="240" w:lineRule="auto"/>
      </w:pPr>
      <w:r>
        <w:separator/>
      </w:r>
    </w:p>
  </w:footnote>
  <w:footnote w:type="continuationSeparator" w:id="0">
    <w:p w14:paraId="0A0BB39E" w14:textId="77777777" w:rsidR="00AD1912" w:rsidRDefault="00AD19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8F3F" w14:textId="77777777" w:rsidR="00974B2C" w:rsidRDefault="00974B2C">
    <w:pPr>
      <w:pStyle w:val="Kopf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835"/>
      <w:gridCol w:w="6690"/>
    </w:tblGrid>
    <w:tr w:rsidR="00974B2C" w14:paraId="1A311C70" w14:textId="77777777" w:rsidTr="001D5A8A">
      <w:trPr>
        <w:jc w:val="center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4D730D06" w14:textId="77777777" w:rsidR="00974B2C" w:rsidRDefault="00CD66FB">
          <w:r>
            <w:rPr>
              <w:noProof/>
            </w:rPr>
            <w:drawing>
              <wp:inline distT="0" distB="0" distL="0" distR="0" wp14:anchorId="051641A2" wp14:editId="41E09B4C">
                <wp:extent cx="1512000" cy="63749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tellcert_logo_mast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6374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9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51C76E4E" w14:textId="4FB77D2B" w:rsidR="00974B2C" w:rsidRDefault="00CD66FB" w:rsidP="001D5A8A">
          <w:pPr>
            <w:jc w:val="right"/>
          </w:pPr>
          <w:r>
            <w:rPr>
              <w:b/>
              <w:color w:val="1F3347"/>
              <w:sz w:val="26"/>
            </w:rPr>
            <w:t xml:space="preserve">Service </w:t>
          </w:r>
          <w:r w:rsidR="009328D9">
            <w:rPr>
              <w:b/>
              <w:color w:val="1F3347"/>
              <w:sz w:val="26"/>
            </w:rPr>
            <w:t>Request Questionnaire</w:t>
          </w:r>
        </w:p>
        <w:p w14:paraId="6ADF78FB" w14:textId="77777777" w:rsidR="00974B2C" w:rsidRDefault="00CD66FB" w:rsidP="001D5A8A">
          <w:pPr>
            <w:jc w:val="right"/>
          </w:pPr>
          <w:r>
            <w:rPr>
              <w:b/>
              <w:color w:val="0070C0"/>
              <w:sz w:val="20"/>
            </w:rPr>
            <w:t>ISO 9001:2015</w:t>
          </w:r>
        </w:p>
      </w:tc>
    </w:tr>
  </w:tbl>
  <w:p w14:paraId="691CB3DA" w14:textId="77777777" w:rsidR="00974B2C" w:rsidRDefault="00974B2C">
    <w:pPr>
      <w:pBdr>
        <w:bottom w:val="single" w:sz="16" w:space="1" w:color="0070C0"/>
      </w:pBdr>
      <w:spacing w:after="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8979252">
    <w:abstractNumId w:val="8"/>
  </w:num>
  <w:num w:numId="2" w16cid:durableId="605116660">
    <w:abstractNumId w:val="6"/>
  </w:num>
  <w:num w:numId="3" w16cid:durableId="645167399">
    <w:abstractNumId w:val="5"/>
  </w:num>
  <w:num w:numId="4" w16cid:durableId="555510499">
    <w:abstractNumId w:val="4"/>
  </w:num>
  <w:num w:numId="5" w16cid:durableId="1819346027">
    <w:abstractNumId w:val="7"/>
  </w:num>
  <w:num w:numId="6" w16cid:durableId="337462491">
    <w:abstractNumId w:val="3"/>
  </w:num>
  <w:num w:numId="7" w16cid:durableId="118375729">
    <w:abstractNumId w:val="2"/>
  </w:num>
  <w:num w:numId="8" w16cid:durableId="800343183">
    <w:abstractNumId w:val="1"/>
  </w:num>
  <w:num w:numId="9" w16cid:durableId="95479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8A5"/>
    <w:rsid w:val="000932F3"/>
    <w:rsid w:val="00115A9F"/>
    <w:rsid w:val="0015074B"/>
    <w:rsid w:val="001D5A8A"/>
    <w:rsid w:val="0029639D"/>
    <w:rsid w:val="00326F90"/>
    <w:rsid w:val="0048738B"/>
    <w:rsid w:val="00653896"/>
    <w:rsid w:val="008D3CFF"/>
    <w:rsid w:val="00917C80"/>
    <w:rsid w:val="00920867"/>
    <w:rsid w:val="009328D9"/>
    <w:rsid w:val="00974B2C"/>
    <w:rsid w:val="009D2F3D"/>
    <w:rsid w:val="009D723C"/>
    <w:rsid w:val="00AA1D8D"/>
    <w:rsid w:val="00AB7207"/>
    <w:rsid w:val="00AD1912"/>
    <w:rsid w:val="00B47730"/>
    <w:rsid w:val="00BC42CE"/>
    <w:rsid w:val="00CB0664"/>
    <w:rsid w:val="00CD66FB"/>
    <w:rsid w:val="00D514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F3CD6"/>
  <w14:defaultImageDpi w14:val="300"/>
  <w15:docId w15:val="{4D57F10A-EA27-4DEF-B0FB-438DB468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/>
    </w:pPr>
    <w:rPr>
      <w:rFonts w:ascii="Arial" w:eastAsia="Arial" w:hAnsi="Arial"/>
      <w:sz w:val="17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IQM_011160 Fragebogen zur Serviceanforderung ISO 9001:2015</dc:title>
  <dc:subject>Service Request Form ISO 9001</dc:subject>
  <dc:creator>intellcert GmbH</dc:creator>
  <cp:keywords/>
  <dc:description>Modernisierte Word-Vorlage; Revision 02.00</dc:description>
  <cp:lastModifiedBy>Hamid Rezvani</cp:lastModifiedBy>
  <cp:revision>7</cp:revision>
  <dcterms:created xsi:type="dcterms:W3CDTF">2026-09-07T14:54:00Z</dcterms:created>
  <dcterms:modified xsi:type="dcterms:W3CDTF">2026-09-08T18:27:00Z</dcterms:modified>
  <cp:category/>
</cp:coreProperties>
</file>