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26FFE" w14:textId="77777777" w:rsidR="00972AE0" w:rsidRDefault="00972AE0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44"/>
      </w:tblGrid>
      <w:tr w:rsidR="002A2C79" w:rsidRPr="00DE6179" w14:paraId="388827E9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81C98D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1</w:t>
            </w:r>
          </w:p>
        </w:tc>
        <w:tc>
          <w:tcPr>
            <w:tcW w:w="9744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1DF68C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Company Information</w:t>
            </w:r>
          </w:p>
        </w:tc>
      </w:tr>
    </w:tbl>
    <w:p w14:paraId="5A6FE152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4"/>
        <w:gridCol w:w="5954"/>
      </w:tblGrid>
      <w:tr w:rsidR="002A2C79" w:rsidRPr="00DE6179" w14:paraId="515292B3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123F22A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Company Name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B0DF3E6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50704E29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7D2B631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Legal Form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A4557D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6C1FEB" w14:paraId="5705EE85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F736C1C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Registered Company Address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A07599F" w14:textId="77777777" w:rsidR="002A2C79" w:rsidRPr="001F1B2D" w:rsidRDefault="003375EC">
            <w:r w:rsidRPr="001F1B2D">
              <w:rPr>
                <w:sz w:val="15"/>
              </w:rPr>
              <w:t>«Street and house number», «City», «State/Region», «Postal code»</w:t>
            </w:r>
          </w:p>
        </w:tc>
      </w:tr>
      <w:tr w:rsidR="002A2C79" w:rsidRPr="006C1FEB" w14:paraId="245DA245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9C4247" w14:textId="77777777" w:rsidR="002A2C79" w:rsidRPr="001F1B2D" w:rsidRDefault="003375EC">
            <w:r w:rsidRPr="001F1B2D">
              <w:rPr>
                <w:b/>
                <w:sz w:val="15"/>
              </w:rPr>
              <w:t>Address of the Operational Site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A76F18" w14:textId="77777777" w:rsidR="002A2C79" w:rsidRPr="001F1B2D" w:rsidRDefault="003375EC">
            <w:r w:rsidRPr="001F1B2D">
              <w:rPr>
                <w:sz w:val="15"/>
              </w:rPr>
              <w:t>«Street and house number», «City», «State/Region», «Postal code»</w:t>
            </w:r>
          </w:p>
        </w:tc>
      </w:tr>
      <w:tr w:rsidR="002A2C79" w:rsidRPr="00DE6179" w14:paraId="45CF3FE4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726ED89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URL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B736AA6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7BE36459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AD2E2B9" w14:textId="77777777" w:rsidR="002A2C79" w:rsidRPr="001F1B2D" w:rsidRDefault="003375EC">
            <w:r w:rsidRPr="001F1B2D">
              <w:rPr>
                <w:b/>
                <w:sz w:val="15"/>
              </w:rPr>
              <w:t>Tax No. / VAT ID No.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750A554" w14:textId="77777777" w:rsidR="002A2C79" w:rsidRPr="001F1B2D" w:rsidRDefault="002A2C79"/>
        </w:tc>
      </w:tr>
      <w:tr w:rsidR="002A2C79" w:rsidRPr="00DE6179" w14:paraId="6BA0823A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D8DAC8E" w14:textId="77777777" w:rsidR="002A2C79" w:rsidRPr="001F1B2D" w:rsidRDefault="003375EC">
            <w:r w:rsidRPr="001F1B2D">
              <w:rPr>
                <w:b/>
                <w:sz w:val="15"/>
              </w:rPr>
              <w:t>Contact Person (Last Name, First Name)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F21B81A" w14:textId="77777777" w:rsidR="002A2C79" w:rsidRPr="001F1B2D" w:rsidRDefault="002A2C79"/>
        </w:tc>
      </w:tr>
      <w:tr w:rsidR="002A2C79" w:rsidRPr="00DE6179" w14:paraId="64EB0EEB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7B0E189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Position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C8FEFE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5B340A57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8A83380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E-mail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7CC7F14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3C0AC6BB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67D90E8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Telephone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A2D044C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2B76846F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476B5B9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Mobile (optional)</w:t>
            </w:r>
          </w:p>
        </w:tc>
        <w:tc>
          <w:tcPr>
            <w:tcW w:w="595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926401D" w14:textId="77777777" w:rsidR="002A2C79" w:rsidRPr="00DE6179" w:rsidRDefault="002A2C79">
            <w:pPr>
              <w:rPr>
                <w:lang w:val="de-DE"/>
              </w:rPr>
            </w:pPr>
          </w:p>
        </w:tc>
      </w:tr>
    </w:tbl>
    <w:p w14:paraId="7CC35F60" w14:textId="77777777" w:rsidR="002A2C79" w:rsidRDefault="002A2C79">
      <w:pPr>
        <w:spacing w:after="40"/>
        <w:rPr>
          <w:lang w:val="de-DE"/>
        </w:rPr>
      </w:pPr>
    </w:p>
    <w:p w14:paraId="31C113ED" w14:textId="77777777" w:rsidR="00972AE0" w:rsidRPr="00DE6179" w:rsidRDefault="00972AE0">
      <w:pPr>
        <w:spacing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44"/>
      </w:tblGrid>
      <w:tr w:rsidR="002A2C79" w:rsidRPr="00DE6179" w14:paraId="7D7CCED0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E2EE9E5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2</w:t>
            </w:r>
          </w:p>
        </w:tc>
        <w:tc>
          <w:tcPr>
            <w:tcW w:w="9744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8CFF87F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Available Certifications</w:t>
            </w:r>
          </w:p>
        </w:tc>
      </w:tr>
    </w:tbl>
    <w:p w14:paraId="381707FC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4"/>
        <w:gridCol w:w="3119"/>
        <w:gridCol w:w="2829"/>
      </w:tblGrid>
      <w:tr w:rsidR="002A2C79" w:rsidRPr="00DE6179" w14:paraId="54110FBF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69A234A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lang w:val="de-DE"/>
              </w:rPr>
              <w:t>Standard</w:t>
            </w:r>
          </w:p>
        </w:tc>
        <w:tc>
          <w:tcPr>
            <w:tcW w:w="311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248B86E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lang w:val="de-DE"/>
              </w:rPr>
              <w:t>Standard: Version</w:t>
            </w:r>
          </w:p>
        </w:tc>
        <w:tc>
          <w:tcPr>
            <w:tcW w:w="282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AD83909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lang w:val="de-DE"/>
              </w:rPr>
              <w:t>Valid Until</w:t>
            </w:r>
          </w:p>
        </w:tc>
      </w:tr>
      <w:tr w:rsidR="002A2C79" w:rsidRPr="00DE6179" w14:paraId="73621BD4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D95E76F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lang w:val="de-DE"/>
              </w:rPr>
              <w:t>Standard 1</w:t>
            </w:r>
          </w:p>
        </w:tc>
        <w:tc>
          <w:tcPr>
            <w:tcW w:w="311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DC4704" w14:textId="77777777" w:rsidR="002A2C79" w:rsidRPr="00DE6179" w:rsidRDefault="002A2C79">
            <w:pPr>
              <w:rPr>
                <w:lang w:val="de-DE"/>
              </w:rPr>
            </w:pPr>
          </w:p>
        </w:tc>
        <w:tc>
          <w:tcPr>
            <w:tcW w:w="282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F9D5F6A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04D81075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5D2884F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lang w:val="de-DE"/>
              </w:rPr>
              <w:t>Standard 2</w:t>
            </w:r>
          </w:p>
        </w:tc>
        <w:tc>
          <w:tcPr>
            <w:tcW w:w="311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8C3EE94" w14:textId="77777777" w:rsidR="002A2C79" w:rsidRPr="00DE6179" w:rsidRDefault="002A2C79">
            <w:pPr>
              <w:rPr>
                <w:lang w:val="de-DE"/>
              </w:rPr>
            </w:pPr>
          </w:p>
        </w:tc>
        <w:tc>
          <w:tcPr>
            <w:tcW w:w="282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FA4803B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153A171A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FFC14BE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lang w:val="de-DE"/>
              </w:rPr>
              <w:t>Standard 3</w:t>
            </w:r>
          </w:p>
        </w:tc>
        <w:tc>
          <w:tcPr>
            <w:tcW w:w="311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B4BEBA" w14:textId="77777777" w:rsidR="002A2C79" w:rsidRPr="00DE6179" w:rsidRDefault="002A2C79">
            <w:pPr>
              <w:rPr>
                <w:lang w:val="de-DE"/>
              </w:rPr>
            </w:pPr>
          </w:p>
        </w:tc>
        <w:tc>
          <w:tcPr>
            <w:tcW w:w="282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505A93C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69AFCD32" w14:textId="77777777" w:rsidTr="00C70136">
        <w:trPr>
          <w:cantSplit/>
        </w:trPr>
        <w:tc>
          <w:tcPr>
            <w:tcW w:w="43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094EBAD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lang w:val="de-DE"/>
              </w:rPr>
              <w:t>Change of Certification Body?</w:t>
            </w:r>
          </w:p>
        </w:tc>
        <w:tc>
          <w:tcPr>
            <w:tcW w:w="5948" w:type="dxa"/>
            <w:gridSpan w:val="2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2244A2" w14:textId="171A76DC" w:rsidR="002A2C79" w:rsidRPr="00DE6179" w:rsidRDefault="00CB779C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352422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1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751B7" w:rsidRPr="00DE6179">
              <w:rPr>
                <w:lang w:val="de-DE"/>
              </w:rPr>
              <w:t xml:space="preserve"> No     </w:t>
            </w:r>
            <w:sdt>
              <w:sdtPr>
                <w:rPr>
                  <w:lang w:val="de-DE"/>
                </w:rPr>
                <w:id w:val="541101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1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751B7" w:rsidRPr="00DE6179">
              <w:rPr>
                <w:lang w:val="de-DE"/>
              </w:rPr>
              <w:t xml:space="preserve"> Yes, why?</w:t>
            </w:r>
          </w:p>
        </w:tc>
      </w:tr>
    </w:tbl>
    <w:p w14:paraId="185FE8E8" w14:textId="77777777" w:rsidR="002A2C79" w:rsidRDefault="002A2C79">
      <w:pPr>
        <w:spacing w:after="40"/>
        <w:rPr>
          <w:lang w:val="de-DE"/>
        </w:rPr>
      </w:pPr>
    </w:p>
    <w:p w14:paraId="7323D1DD" w14:textId="77777777" w:rsidR="00972AE0" w:rsidRPr="00DE6179" w:rsidRDefault="00972AE0">
      <w:pPr>
        <w:spacing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44"/>
      </w:tblGrid>
      <w:tr w:rsidR="002A2C79" w:rsidRPr="00DE6179" w14:paraId="1740094E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276DBC8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3</w:t>
            </w:r>
          </w:p>
        </w:tc>
        <w:tc>
          <w:tcPr>
            <w:tcW w:w="9744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4DA56C9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Fields of Activity / Scope</w:t>
            </w:r>
          </w:p>
        </w:tc>
      </w:tr>
    </w:tbl>
    <w:p w14:paraId="0EB1B63A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53"/>
      </w:tblGrid>
      <w:tr w:rsidR="002A2C79" w:rsidRPr="00DE6179" w14:paraId="1D541BF6" w14:textId="77777777" w:rsidTr="00C70136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2A88E16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Type of Organization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5FB29E" w14:textId="5628891C" w:rsidR="002A2C79" w:rsidRPr="004F4991" w:rsidRDefault="00CB779C">
            <w:sdt>
              <w:sdtPr>
                <w:id w:val="-276798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1B7" w:rsidRPr="004F4991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751B7" w:rsidRPr="004F4991">
              <w:t xml:space="preserve"> </w:t>
            </w:r>
            <w:r w:rsidR="00A751B7" w:rsidRPr="004F4991">
              <w:rPr>
                <w:sz w:val="15"/>
              </w:rPr>
              <w:t xml:space="preserve">Trade   </w:t>
            </w:r>
            <w:sdt>
              <w:sdtPr>
                <w:id w:val="1185474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1B7" w:rsidRPr="004F4991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751B7" w:rsidRPr="004F4991">
              <w:t xml:space="preserve"> </w:t>
            </w:r>
            <w:r w:rsidR="00A751B7" w:rsidRPr="004F4991">
              <w:rPr>
                <w:sz w:val="15"/>
              </w:rPr>
              <w:t xml:space="preserve">Service Provision   </w:t>
            </w:r>
            <w:sdt>
              <w:sdtPr>
                <w:id w:val="836421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1B7" w:rsidRPr="004F4991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751B7" w:rsidRPr="004F4991">
              <w:t xml:space="preserve"> </w:t>
            </w:r>
            <w:r w:rsidR="00A751B7" w:rsidRPr="004F4991">
              <w:rPr>
                <w:sz w:val="15"/>
              </w:rPr>
              <w:t xml:space="preserve">Production   </w:t>
            </w:r>
            <w:sdt>
              <w:sdtPr>
                <w:id w:val="-1782647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51B7" w:rsidRPr="004F4991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751B7" w:rsidRPr="004F4991">
              <w:t xml:space="preserve"> </w:t>
            </w:r>
            <w:r w:rsidR="00A751B7" w:rsidRPr="004F4991">
              <w:rPr>
                <w:sz w:val="15"/>
              </w:rPr>
              <w:t>Public Authority</w:t>
            </w:r>
          </w:p>
        </w:tc>
      </w:tr>
      <w:tr w:rsidR="002A2C79" w:rsidRPr="00DE6179" w14:paraId="77E7E034" w14:textId="77777777" w:rsidTr="00C70136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EC16790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Industry Sector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CAEC5D3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16BC1B36" w14:textId="77777777" w:rsidTr="00C70136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5911FB5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Products / Services (Group / Category 1)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B7A1D1F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392C6B98" w14:textId="77777777" w:rsidTr="00C70136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96C9E4A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Products / Services (Group / Category 2)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7015525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42BEE00F" w14:textId="77777777" w:rsidTr="00C70136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28896C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Products / Services (Group / Category 3)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62CE0F5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6C1FEB" w14:paraId="0F528267" w14:textId="77777777" w:rsidTr="00C70136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A67D1C" w14:textId="77777777" w:rsidR="002A2C79" w:rsidRPr="001F1B2D" w:rsidRDefault="003375EC">
            <w:r w:rsidRPr="001F1B2D">
              <w:rPr>
                <w:b/>
                <w:sz w:val="15"/>
              </w:rPr>
              <w:t>Intended Scope (processes to be included within the scope)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11A76F6" w14:textId="77777777" w:rsidR="002A2C79" w:rsidRPr="001F1B2D" w:rsidRDefault="002A2C79"/>
        </w:tc>
      </w:tr>
    </w:tbl>
    <w:p w14:paraId="6B616462" w14:textId="77777777" w:rsidR="002A2C79" w:rsidRDefault="002A2C79">
      <w:pPr>
        <w:spacing w:after="40"/>
      </w:pPr>
    </w:p>
    <w:p w14:paraId="19EEB5AD" w14:textId="77777777" w:rsidR="00972AE0" w:rsidRPr="001F1B2D" w:rsidRDefault="00972AE0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44"/>
      </w:tblGrid>
      <w:tr w:rsidR="002A2C79" w:rsidRPr="00DE6179" w14:paraId="163B0818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25501EF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4</w:t>
            </w:r>
          </w:p>
        </w:tc>
        <w:tc>
          <w:tcPr>
            <w:tcW w:w="9744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37EAE4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Operational Aspects</w:t>
            </w:r>
          </w:p>
        </w:tc>
      </w:tr>
    </w:tbl>
    <w:p w14:paraId="71B23D55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53"/>
      </w:tblGrid>
      <w:tr w:rsidR="002A2C79" w:rsidRPr="00DE6179" w14:paraId="37038951" w14:textId="77777777" w:rsidTr="006C1FEB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DE7E40F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Number of Employees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424E8CB" w14:textId="77777777" w:rsidR="002A2C79" w:rsidRPr="001F1B2D" w:rsidRDefault="003375EC">
            <w:r w:rsidRPr="001F1B2D">
              <w:rPr>
                <w:sz w:val="15"/>
              </w:rPr>
              <w:t>Total: ____________________</w:t>
            </w:r>
            <w:r w:rsidRPr="001F1B2D">
              <w:rPr>
                <w:sz w:val="15"/>
              </w:rPr>
              <w:br/>
              <w:t>Including part-time employees: ____________________</w:t>
            </w:r>
          </w:p>
        </w:tc>
      </w:tr>
      <w:tr w:rsidR="002A2C79" w:rsidRPr="00DE6179" w14:paraId="2E8053F9" w14:textId="77777777" w:rsidTr="006C1FEB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DB7AC8A" w14:textId="77777777" w:rsidR="002A2C79" w:rsidRPr="001F1B2D" w:rsidRDefault="003375EC">
            <w:r w:rsidRPr="001F1B2D">
              <w:rPr>
                <w:b/>
                <w:sz w:val="15"/>
              </w:rPr>
              <w:t>Other employees performing simple activities with low environmental impact (e.g. packaging, assembly-line work)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62E1E2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sz w:val="15"/>
                <w:lang w:val="de-DE"/>
              </w:rPr>
              <w:t>Number: ____________________</w:t>
            </w:r>
            <w:r w:rsidRPr="00DE6179">
              <w:rPr>
                <w:sz w:val="15"/>
                <w:lang w:val="de-DE"/>
              </w:rPr>
              <w:br/>
              <w:t>Activity: __________________________________________</w:t>
            </w:r>
          </w:p>
        </w:tc>
      </w:tr>
      <w:tr w:rsidR="002A2C79" w:rsidRPr="00DE6179" w14:paraId="1D84F318" w14:textId="77777777" w:rsidTr="006C1FEB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224C21" w14:textId="77777777" w:rsidR="002A2C79" w:rsidRPr="001F1B2D" w:rsidRDefault="003375EC">
            <w:r w:rsidRPr="001F1B2D">
              <w:rPr>
                <w:b/>
                <w:sz w:val="15"/>
              </w:rPr>
              <w:t>Site Size in sq. m (approx.)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ACF4B35" w14:textId="77777777" w:rsidR="002A2C79" w:rsidRPr="001F1B2D" w:rsidRDefault="002A2C79"/>
        </w:tc>
      </w:tr>
    </w:tbl>
    <w:p w14:paraId="106E9419" w14:textId="77777777" w:rsidR="002A2C79" w:rsidRPr="001F1B2D" w:rsidRDefault="003375EC">
      <w:r w:rsidRPr="001F1B2D"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44"/>
      </w:tblGrid>
      <w:tr w:rsidR="002A2C79" w:rsidRPr="00DE6179" w14:paraId="5D1EEE15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343548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lastRenderedPageBreak/>
              <w:t>5</w:t>
            </w:r>
          </w:p>
        </w:tc>
        <w:tc>
          <w:tcPr>
            <w:tcW w:w="9744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6ECFFD2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Risks &amp; Opportunities</w:t>
            </w:r>
          </w:p>
        </w:tc>
      </w:tr>
    </w:tbl>
    <w:p w14:paraId="06A090D2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53"/>
      </w:tblGrid>
      <w:tr w:rsidR="002A2C79" w:rsidRPr="00DE6179" w14:paraId="78CBA0F3" w14:textId="77777777" w:rsidTr="006C1FEB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E07F0F" w14:textId="77777777" w:rsidR="002A2C79" w:rsidRPr="001F1B2D" w:rsidRDefault="003375EC">
            <w:r w:rsidRPr="001F1B2D">
              <w:rPr>
                <w:b/>
                <w:sz w:val="15"/>
              </w:rPr>
              <w:t>Environmental Risks (hazardous substances, noise, emissions, waste, water)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7775A2F" w14:textId="54EE2EFF" w:rsidR="002A2C79" w:rsidRPr="00DE6179" w:rsidRDefault="00CB779C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305481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 xml:space="preserve">No   </w:t>
            </w:r>
            <w:sdt>
              <w:sdtPr>
                <w:rPr>
                  <w:lang w:val="de-DE"/>
                </w:rPr>
                <w:id w:val="-1251187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>Yes, please describe: _______________________________________</w:t>
            </w:r>
          </w:p>
        </w:tc>
      </w:tr>
      <w:tr w:rsidR="00635B7D" w:rsidRPr="00DE6179" w14:paraId="54DDF957" w14:textId="77777777" w:rsidTr="006C1FEB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EA8F5A" w14:textId="77777777" w:rsidR="00635B7D" w:rsidRPr="001F1B2D" w:rsidRDefault="00635B7D" w:rsidP="00635B7D">
            <w:r w:rsidRPr="001F1B2D">
              <w:rPr>
                <w:b/>
                <w:sz w:val="15"/>
              </w:rPr>
              <w:t>Opportunities for Improvement (resource efficiency, circular economy, energy savings)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F8A39F3" w14:textId="6B1D3058" w:rsidR="00635B7D" w:rsidRPr="00DE6179" w:rsidRDefault="00CB779C" w:rsidP="00635B7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935728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 xml:space="preserve">No   </w:t>
            </w:r>
            <w:sdt>
              <w:sdtPr>
                <w:rPr>
                  <w:lang w:val="de-DE"/>
                </w:rPr>
                <w:id w:val="-1051460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>Yes, please describe: _______________________________________</w:t>
            </w:r>
          </w:p>
        </w:tc>
      </w:tr>
      <w:tr w:rsidR="00635B7D" w:rsidRPr="00DE6179" w14:paraId="2EC179CC" w14:textId="77777777" w:rsidTr="006C1FEB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B3652E" w14:textId="77777777" w:rsidR="00635B7D" w:rsidRPr="001F1B2D" w:rsidRDefault="00635B7D" w:rsidP="00635B7D">
            <w:r w:rsidRPr="001F1B2D">
              <w:rPr>
                <w:b/>
                <w:sz w:val="15"/>
              </w:rPr>
              <w:t>Emergency Preparedness and Response Plans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73D891A" w14:textId="1A832839" w:rsidR="00635B7D" w:rsidRPr="00DE6179" w:rsidRDefault="00CB779C" w:rsidP="00635B7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721127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 xml:space="preserve">No   </w:t>
            </w:r>
            <w:sdt>
              <w:sdtPr>
                <w:rPr>
                  <w:lang w:val="de-DE"/>
                </w:rPr>
                <w:id w:val="46725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>Yes, please describe: _______________________________________</w:t>
            </w:r>
          </w:p>
        </w:tc>
      </w:tr>
      <w:tr w:rsidR="00635B7D" w:rsidRPr="00DE6179" w14:paraId="15BCFCA4" w14:textId="77777777" w:rsidTr="006C1FEB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F6A484C" w14:textId="77777777" w:rsidR="00635B7D" w:rsidRPr="001F1B2D" w:rsidRDefault="00635B7D" w:rsidP="00635B7D">
            <w:r w:rsidRPr="001F1B2D">
              <w:rPr>
                <w:b/>
                <w:sz w:val="15"/>
              </w:rPr>
              <w:t>Complexity of the Process System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B64667F" w14:textId="5C8702E8" w:rsidR="00635B7D" w:rsidRPr="00DE6179" w:rsidRDefault="00CB779C" w:rsidP="00635B7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90665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 xml:space="preserve">No   </w:t>
            </w:r>
            <w:sdt>
              <w:sdtPr>
                <w:rPr>
                  <w:lang w:val="de-DE"/>
                </w:rPr>
                <w:id w:val="9784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>Yes, please describe: _______________________________________</w:t>
            </w:r>
          </w:p>
        </w:tc>
      </w:tr>
      <w:tr w:rsidR="00635B7D" w:rsidRPr="00DE6179" w14:paraId="0EC82DC1" w14:textId="77777777" w:rsidTr="006C1FEB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E34E5A4" w14:textId="77777777" w:rsidR="00635B7D" w:rsidRPr="00DE6179" w:rsidRDefault="00635B7D" w:rsidP="00635B7D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Supply Chain Risks</w:t>
            </w:r>
          </w:p>
        </w:tc>
        <w:tc>
          <w:tcPr>
            <w:tcW w:w="5953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E5A71B0" w14:textId="7E3159D5" w:rsidR="00635B7D" w:rsidRPr="00DE6179" w:rsidRDefault="00CB779C" w:rsidP="00635B7D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084990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 xml:space="preserve">No   </w:t>
            </w:r>
            <w:sdt>
              <w:sdtPr>
                <w:rPr>
                  <w:lang w:val="de-DE"/>
                </w:rPr>
                <w:id w:val="1722944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5B7D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635B7D" w:rsidRPr="00DE6179">
              <w:rPr>
                <w:lang w:val="de-DE"/>
              </w:rPr>
              <w:t xml:space="preserve"> </w:t>
            </w:r>
            <w:r w:rsidR="00635B7D" w:rsidRPr="00DE6179">
              <w:rPr>
                <w:sz w:val="15"/>
                <w:lang w:val="de-DE"/>
              </w:rPr>
              <w:t>Yes, please describe: _______________________________________</w:t>
            </w:r>
          </w:p>
        </w:tc>
      </w:tr>
    </w:tbl>
    <w:p w14:paraId="308FFD29" w14:textId="77777777" w:rsidR="002A2C79" w:rsidRDefault="002A2C79">
      <w:pPr>
        <w:spacing w:after="40"/>
        <w:rPr>
          <w:lang w:val="de-DE"/>
        </w:rPr>
      </w:pPr>
    </w:p>
    <w:p w14:paraId="580B1205" w14:textId="77777777" w:rsidR="00972AE0" w:rsidRPr="00DE6179" w:rsidRDefault="00972AE0">
      <w:pPr>
        <w:spacing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44"/>
      </w:tblGrid>
      <w:tr w:rsidR="002A2C79" w:rsidRPr="00DE6179" w14:paraId="04D72AEC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EEFE2A4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6</w:t>
            </w:r>
          </w:p>
        </w:tc>
        <w:tc>
          <w:tcPr>
            <w:tcW w:w="9744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3D671C3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External Services &amp; Outsourced Processes</w:t>
            </w:r>
          </w:p>
        </w:tc>
      </w:tr>
    </w:tbl>
    <w:p w14:paraId="4D96548F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35"/>
      </w:tblGrid>
      <w:tr w:rsidR="002A2C79" w:rsidRPr="006C1FEB" w14:paraId="23FEAF4F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36CDF7" w14:textId="77777777" w:rsidR="002A2C79" w:rsidRPr="00DE6179" w:rsidRDefault="003375EC">
            <w:pPr>
              <w:rPr>
                <w:lang w:val="de-DE"/>
              </w:rPr>
            </w:pPr>
            <w:r w:rsidRPr="001F1B2D">
              <w:rPr>
                <w:b/>
                <w:sz w:val="14"/>
              </w:rPr>
              <w:t>Are any processes outsourced and do they have environmentally relevant impacts?</w:t>
            </w:r>
            <w:r w:rsidRPr="001F1B2D">
              <w:rPr>
                <w:b/>
                <w:sz w:val="14"/>
              </w:rPr>
              <w:br/>
            </w:r>
            <w:r w:rsidRPr="00DE6179">
              <w:rPr>
                <w:b/>
                <w:sz w:val="14"/>
                <w:lang w:val="de-DE"/>
              </w:rPr>
              <w:t>(e.g. disposal, transport, cleaning, logistics, production activities)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88324E" w14:textId="6B827A95" w:rsidR="002A2C79" w:rsidRPr="001F1B2D" w:rsidRDefault="00CB779C">
            <w:sdt>
              <w:sdtPr>
                <w:id w:val="449435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CB7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D4CB7" w:rsidRPr="001F1B2D">
              <w:t xml:space="preserve"> </w:t>
            </w:r>
            <w:r w:rsidR="00BD4CB7" w:rsidRPr="001F1B2D">
              <w:rPr>
                <w:sz w:val="15"/>
              </w:rPr>
              <w:t xml:space="preserve">No   </w:t>
            </w:r>
            <w:sdt>
              <w:sdtPr>
                <w:id w:val="-521707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CB7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BD4CB7" w:rsidRPr="001F1B2D">
              <w:t xml:space="preserve"> </w:t>
            </w:r>
            <w:r w:rsidR="00BD4CB7" w:rsidRPr="001F1B2D">
              <w:rPr>
                <w:sz w:val="15"/>
              </w:rPr>
              <w:t>Yes</w:t>
            </w:r>
            <w:r w:rsidR="00BD4CB7" w:rsidRPr="001F1B2D">
              <w:rPr>
                <w:sz w:val="14"/>
              </w:rPr>
              <w:t>, please specify:</w:t>
            </w:r>
            <w:r w:rsidR="00BD4CB7" w:rsidRPr="001F1B2D">
              <w:rPr>
                <w:sz w:val="14"/>
              </w:rPr>
              <w:br/>
            </w:r>
            <w:sdt>
              <w:sdtPr>
                <w:id w:val="764890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E6179" w:rsidRPr="001F1B2D">
              <w:t xml:space="preserve"> </w:t>
            </w:r>
            <w:r w:rsidR="00BD4CB7" w:rsidRPr="001F1B2D">
              <w:rPr>
                <w:sz w:val="14"/>
              </w:rPr>
              <w:t xml:space="preserve">Design and development   </w:t>
            </w:r>
            <w:sdt>
              <w:sdtPr>
                <w:id w:val="-858112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E6179" w:rsidRPr="001F1B2D">
              <w:t xml:space="preserve"> </w:t>
            </w:r>
            <w:r w:rsidR="00BD4CB7" w:rsidRPr="001F1B2D">
              <w:rPr>
                <w:sz w:val="14"/>
              </w:rPr>
              <w:t xml:space="preserve">Production   </w:t>
            </w:r>
            <w:sdt>
              <w:sdtPr>
                <w:id w:val="997614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E6179" w:rsidRPr="001F1B2D">
              <w:t xml:space="preserve"> </w:t>
            </w:r>
            <w:r w:rsidR="00BD4CB7" w:rsidRPr="001F1B2D">
              <w:rPr>
                <w:sz w:val="14"/>
              </w:rPr>
              <w:t>Surface treatment</w:t>
            </w:r>
            <w:r w:rsidR="00BD4CB7" w:rsidRPr="001F1B2D">
              <w:rPr>
                <w:sz w:val="14"/>
              </w:rPr>
              <w:br/>
            </w:r>
            <w:sdt>
              <w:sdtPr>
                <w:id w:val="1163120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E6179" w:rsidRPr="001F1B2D">
              <w:t xml:space="preserve"> </w:t>
            </w:r>
            <w:r w:rsidR="00BD4CB7" w:rsidRPr="001F1B2D">
              <w:rPr>
                <w:sz w:val="14"/>
              </w:rPr>
              <w:t xml:space="preserve">Quality control   </w:t>
            </w:r>
            <w:sdt>
              <w:sdtPr>
                <w:id w:val="934016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E6179" w:rsidRPr="001F1B2D">
              <w:t xml:space="preserve"> </w:t>
            </w:r>
            <w:r w:rsidR="00BD4CB7" w:rsidRPr="001F1B2D">
              <w:rPr>
                <w:sz w:val="14"/>
              </w:rPr>
              <w:t xml:space="preserve">Cleaning   </w:t>
            </w:r>
            <w:sdt>
              <w:sdtPr>
                <w:id w:val="-21913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E6179" w:rsidRPr="001F1B2D">
              <w:t xml:space="preserve"> </w:t>
            </w:r>
            <w:r w:rsidR="00BD4CB7" w:rsidRPr="001F1B2D">
              <w:rPr>
                <w:sz w:val="14"/>
              </w:rPr>
              <w:t xml:space="preserve">Packaging   </w:t>
            </w:r>
            <w:sdt>
              <w:sdtPr>
                <w:id w:val="-1646665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E6179" w:rsidRPr="001F1B2D">
              <w:t xml:space="preserve"> </w:t>
            </w:r>
            <w:r w:rsidR="00BD4CB7" w:rsidRPr="001F1B2D">
              <w:rPr>
                <w:sz w:val="14"/>
              </w:rPr>
              <w:t>Storage</w:t>
            </w:r>
            <w:r w:rsidR="00BD4CB7" w:rsidRPr="001F1B2D">
              <w:rPr>
                <w:sz w:val="14"/>
              </w:rPr>
              <w:br/>
            </w:r>
            <w:sdt>
              <w:sdtPr>
                <w:id w:val="2109162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E6179" w:rsidRPr="001F1B2D">
              <w:t xml:space="preserve"> </w:t>
            </w:r>
            <w:r w:rsidR="00BD4CB7" w:rsidRPr="001F1B2D">
              <w:rPr>
                <w:sz w:val="14"/>
              </w:rPr>
              <w:t xml:space="preserve">Transport   </w:t>
            </w:r>
            <w:sdt>
              <w:sdtPr>
                <w:id w:val="1316139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E6179" w:rsidRPr="001F1B2D">
              <w:t xml:space="preserve"> </w:t>
            </w:r>
            <w:r w:rsidR="00BD4CB7" w:rsidRPr="001F1B2D">
              <w:rPr>
                <w:sz w:val="14"/>
              </w:rPr>
              <w:t>Other, ......</w:t>
            </w:r>
          </w:p>
        </w:tc>
      </w:tr>
      <w:tr w:rsidR="002A2C79" w:rsidRPr="006C1FEB" w14:paraId="4DA08B4C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C981C6C" w14:textId="77777777" w:rsidR="002A2C79" w:rsidRPr="001F1B2D" w:rsidRDefault="003375EC">
            <w:r w:rsidRPr="001F1B2D">
              <w:rPr>
                <w:b/>
                <w:sz w:val="14"/>
              </w:rPr>
              <w:t>How is control over these processes ensured?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2875A4F" w14:textId="77777777" w:rsidR="002A2C79" w:rsidRPr="001F1B2D" w:rsidRDefault="002A2C79"/>
        </w:tc>
      </w:tr>
      <w:tr w:rsidR="002A2C79" w:rsidRPr="00DE6179" w14:paraId="4779D07E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30CD387" w14:textId="77777777" w:rsidR="002A2C79" w:rsidRPr="001F1B2D" w:rsidRDefault="003375EC">
            <w:r w:rsidRPr="001F1B2D">
              <w:rPr>
                <w:b/>
                <w:sz w:val="14"/>
              </w:rPr>
              <w:t>Are hazardous or environmentally critical processes performed externally?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E1BB19E" w14:textId="2D62FEDA" w:rsidR="002A2C79" w:rsidRPr="00DE6179" w:rsidRDefault="00CB779C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412208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C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BD4CB7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5"/>
                <w:lang w:val="de-DE"/>
              </w:rPr>
              <w:t xml:space="preserve">No   </w:t>
            </w:r>
            <w:sdt>
              <w:sdtPr>
                <w:rPr>
                  <w:lang w:val="de-DE"/>
                </w:rPr>
                <w:id w:val="-186751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C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BD4CB7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5"/>
                <w:lang w:val="de-DE"/>
              </w:rPr>
              <w:t>Yes</w:t>
            </w:r>
            <w:r w:rsidR="00BD4CB7" w:rsidRPr="00DE6179">
              <w:rPr>
                <w:sz w:val="14"/>
                <w:lang w:val="de-DE"/>
              </w:rPr>
              <w:t>, please describe: _______________________________________</w:t>
            </w:r>
          </w:p>
        </w:tc>
      </w:tr>
      <w:tr w:rsidR="002A2C79" w:rsidRPr="00DE6179" w14:paraId="0EBD5EA8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40404D" w14:textId="77777777" w:rsidR="002A2C79" w:rsidRPr="001F1B2D" w:rsidRDefault="003375EC">
            <w:r w:rsidRPr="001F1B2D">
              <w:rPr>
                <w:b/>
                <w:sz w:val="14"/>
              </w:rPr>
              <w:t>Do service providers have access to facilities/areas?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6EF8B3C" w14:textId="09DAF829" w:rsidR="002A2C79" w:rsidRPr="00DE6179" w:rsidRDefault="00CB779C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331914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C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BD4CB7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5"/>
                <w:lang w:val="de-DE"/>
              </w:rPr>
              <w:t xml:space="preserve">No   </w:t>
            </w:r>
            <w:sdt>
              <w:sdtPr>
                <w:rPr>
                  <w:lang w:val="de-DE"/>
                </w:rPr>
                <w:id w:val="802277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D4CB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BD4CB7" w:rsidRPr="00DE6179">
              <w:rPr>
                <w:lang w:val="de-DE"/>
              </w:rPr>
              <w:t xml:space="preserve"> </w:t>
            </w:r>
            <w:r w:rsidR="00BD4CB7" w:rsidRPr="00DE6179">
              <w:rPr>
                <w:sz w:val="15"/>
                <w:lang w:val="de-DE"/>
              </w:rPr>
              <w:t>Yes</w:t>
            </w:r>
            <w:r w:rsidR="00BD4CB7" w:rsidRPr="00DE6179">
              <w:rPr>
                <w:sz w:val="14"/>
                <w:lang w:val="de-DE"/>
              </w:rPr>
              <w:t>, please describe: _______________________________________</w:t>
            </w:r>
          </w:p>
        </w:tc>
      </w:tr>
    </w:tbl>
    <w:p w14:paraId="11E50F0D" w14:textId="77777777" w:rsidR="002A2C79" w:rsidRDefault="002A2C79">
      <w:pPr>
        <w:spacing w:after="40"/>
        <w:rPr>
          <w:lang w:val="de-DE"/>
        </w:rPr>
      </w:pPr>
    </w:p>
    <w:p w14:paraId="30D2DE2B" w14:textId="77777777" w:rsidR="00972AE0" w:rsidRPr="00DE6179" w:rsidRDefault="00972AE0">
      <w:pPr>
        <w:spacing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20"/>
      </w:tblGrid>
      <w:tr w:rsidR="002A2C79" w:rsidRPr="00DE6179" w14:paraId="09DDA342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7F2C28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7</w:t>
            </w:r>
          </w:p>
        </w:tc>
        <w:tc>
          <w:tcPr>
            <w:tcW w:w="9720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8CDCA7A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Environmental Legal &amp; Regulatory Requirements</w:t>
            </w:r>
          </w:p>
        </w:tc>
      </w:tr>
    </w:tbl>
    <w:p w14:paraId="16CCD50D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35"/>
      </w:tblGrid>
      <w:tr w:rsidR="002A2C79" w:rsidRPr="006C1FEB" w14:paraId="054F75B7" w14:textId="77777777" w:rsidTr="00DA204A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B15FE6E" w14:textId="77777777" w:rsidR="002A2C79" w:rsidRPr="001F1B2D" w:rsidRDefault="003375EC" w:rsidP="00DA204A">
            <w:r w:rsidRPr="001F1B2D">
              <w:rPr>
                <w:b/>
                <w:sz w:val="14"/>
              </w:rPr>
              <w:t>Which legal obligations apply to the company?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5CEB055" w14:textId="014B6C58" w:rsidR="002A2C79" w:rsidRPr="001F1B2D" w:rsidRDefault="00CB779C">
            <w:sdt>
              <w:sdtPr>
                <w:id w:val="-36359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E6179" w:rsidRPr="001F1B2D">
              <w:t xml:space="preserve"> </w:t>
            </w:r>
            <w:r w:rsidR="00DE6179" w:rsidRPr="001F1B2D">
              <w:rPr>
                <w:sz w:val="14"/>
              </w:rPr>
              <w:t xml:space="preserve">Environmental law   </w:t>
            </w:r>
            <w:sdt>
              <w:sdtPr>
                <w:id w:val="-1749960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E6179" w:rsidRPr="001F1B2D">
              <w:t xml:space="preserve"> </w:t>
            </w:r>
            <w:r w:rsidR="00DE6179" w:rsidRPr="001F1B2D">
              <w:rPr>
                <w:sz w:val="14"/>
              </w:rPr>
              <w:t xml:space="preserve">Waste law   </w:t>
            </w:r>
            <w:sdt>
              <w:sdtPr>
                <w:id w:val="-847019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E6179" w:rsidRPr="001F1B2D">
              <w:t xml:space="preserve"> </w:t>
            </w:r>
            <w:r w:rsidR="00DE6179" w:rsidRPr="001F1B2D">
              <w:rPr>
                <w:sz w:val="14"/>
              </w:rPr>
              <w:t>Water law</w:t>
            </w:r>
            <w:r w:rsidR="00DE6179" w:rsidRPr="001F1B2D">
              <w:rPr>
                <w:sz w:val="14"/>
              </w:rPr>
              <w:br/>
            </w:r>
            <w:sdt>
              <w:sdtPr>
                <w:id w:val="31870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E6179" w:rsidRPr="001F1B2D">
              <w:t xml:space="preserve"> </w:t>
            </w:r>
            <w:r w:rsidR="00DE6179" w:rsidRPr="001F1B2D">
              <w:rPr>
                <w:sz w:val="14"/>
              </w:rPr>
              <w:t>Emission control / permits under emission control legislation</w:t>
            </w:r>
            <w:r w:rsidR="00DE6179" w:rsidRPr="001F1B2D">
              <w:rPr>
                <w:sz w:val="14"/>
              </w:rPr>
              <w:br/>
            </w:r>
            <w:sdt>
              <w:sdtPr>
                <w:id w:val="-784957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E6179" w:rsidRPr="001F1B2D">
              <w:t xml:space="preserve"> </w:t>
            </w:r>
            <w:r w:rsidR="00DE6179" w:rsidRPr="001F1B2D">
              <w:rPr>
                <w:sz w:val="14"/>
              </w:rPr>
              <w:t xml:space="preserve">Hazardous substances regulations   </w:t>
            </w:r>
            <w:sdt>
              <w:sdtPr>
                <w:id w:val="-520617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DE6179" w:rsidRPr="001F1B2D">
              <w:t xml:space="preserve"> </w:t>
            </w:r>
            <w:r w:rsidR="00DE6179" w:rsidRPr="001F1B2D">
              <w:rPr>
                <w:sz w:val="14"/>
              </w:rPr>
              <w:t>Energy and climate requirements</w:t>
            </w:r>
          </w:p>
        </w:tc>
      </w:tr>
      <w:tr w:rsidR="002A2C79" w:rsidRPr="00DE6179" w14:paraId="4EF77F2A" w14:textId="77777777" w:rsidTr="00DA204A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4638FDF" w14:textId="77777777" w:rsidR="002A2C79" w:rsidRPr="001F1B2D" w:rsidRDefault="003375EC" w:rsidP="00DA204A">
            <w:r w:rsidRPr="001F1B2D">
              <w:rPr>
                <w:b/>
                <w:sz w:val="14"/>
              </w:rPr>
              <w:t>Are permits under BImSchG or similar regulations available (if applicable)?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A93462A" w14:textId="104E7BD3" w:rsidR="002A2C79" w:rsidRPr="00DE6179" w:rsidRDefault="00CB779C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744454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DE6179" w:rsidRPr="00DE6179">
              <w:rPr>
                <w:sz w:val="14"/>
                <w:lang w:val="de-DE"/>
              </w:rPr>
              <w:t xml:space="preserve">No   </w:t>
            </w:r>
            <w:sdt>
              <w:sdtPr>
                <w:rPr>
                  <w:lang w:val="de-DE"/>
                </w:rPr>
                <w:id w:val="2260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DE6179" w:rsidRPr="00DE6179">
              <w:rPr>
                <w:sz w:val="14"/>
                <w:lang w:val="de-DE"/>
              </w:rPr>
              <w:t xml:space="preserve">Yes   </w:t>
            </w:r>
            <w:sdt>
              <w:sdtPr>
                <w:rPr>
                  <w:lang w:val="de-DE"/>
                </w:rPr>
                <w:id w:val="-1717491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6179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DE6179" w:rsidRPr="00DE6179">
              <w:rPr>
                <w:lang w:val="de-DE"/>
              </w:rPr>
              <w:t xml:space="preserve"> </w:t>
            </w:r>
            <w:r w:rsidR="00DE6179" w:rsidRPr="00DE6179">
              <w:rPr>
                <w:sz w:val="14"/>
                <w:lang w:val="de-DE"/>
              </w:rPr>
              <w:t xml:space="preserve">not applicable </w:t>
            </w:r>
          </w:p>
        </w:tc>
      </w:tr>
      <w:tr w:rsidR="0018552F" w:rsidRPr="00DE6179" w14:paraId="483E4D27" w14:textId="77777777" w:rsidTr="00DA204A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7D65A29" w14:textId="77777777" w:rsidR="0018552F" w:rsidRPr="001F1B2D" w:rsidRDefault="0018552F" w:rsidP="00DA204A">
            <w:r w:rsidRPr="001F1B2D">
              <w:rPr>
                <w:b/>
                <w:sz w:val="14"/>
              </w:rPr>
              <w:t>Are there official requirements, notices or inspection reports?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4D7996" w14:textId="400F6603" w:rsidR="0018552F" w:rsidRPr="00DE6179" w:rsidRDefault="00CB779C" w:rsidP="0018552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122315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 xml:space="preserve">No   </w:t>
            </w:r>
            <w:sdt>
              <w:sdtPr>
                <w:rPr>
                  <w:lang w:val="de-DE"/>
                </w:rPr>
                <w:id w:val="-716424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>Yes, please specify: .............................................</w:t>
            </w:r>
          </w:p>
        </w:tc>
      </w:tr>
      <w:tr w:rsidR="0018552F" w:rsidRPr="00DE6179" w14:paraId="7DF20C99" w14:textId="77777777" w:rsidTr="00DA204A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922ACF5" w14:textId="77777777" w:rsidR="0018552F" w:rsidRPr="001F1B2D" w:rsidRDefault="0018552F" w:rsidP="00DA204A">
            <w:r w:rsidRPr="001F1B2D">
              <w:rPr>
                <w:b/>
                <w:sz w:val="14"/>
              </w:rPr>
              <w:t>Is your environmental management system externally monitored/controlled (e.g. by authorities, insurers, fire brigade ...)?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251FA09" w14:textId="033B7F87" w:rsidR="0018552F" w:rsidRPr="00DE6179" w:rsidRDefault="00CB779C" w:rsidP="0018552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648476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 xml:space="preserve">No   </w:t>
            </w:r>
            <w:sdt>
              <w:sdtPr>
                <w:rPr>
                  <w:lang w:val="de-DE"/>
                </w:rPr>
                <w:id w:val="1030451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>Yes, please specify: .............................................</w:t>
            </w:r>
          </w:p>
        </w:tc>
      </w:tr>
    </w:tbl>
    <w:p w14:paraId="707D32C8" w14:textId="77777777" w:rsidR="00972AE0" w:rsidRDefault="00972AE0">
      <w:pPr>
        <w:rPr>
          <w:lang w:val="de-DE"/>
        </w:rPr>
      </w:pPr>
    </w:p>
    <w:p w14:paraId="49DA47E9" w14:textId="0E122004" w:rsidR="002A2C79" w:rsidRPr="00DE6179" w:rsidRDefault="002A2C79">
      <w:pPr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20"/>
      </w:tblGrid>
      <w:tr w:rsidR="002A2C79" w:rsidRPr="006C1FEB" w14:paraId="17D9B33E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6059913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8</w:t>
            </w:r>
          </w:p>
        </w:tc>
        <w:tc>
          <w:tcPr>
            <w:tcW w:w="9720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FCE492B" w14:textId="77777777" w:rsidR="002A2C79" w:rsidRPr="001F1B2D" w:rsidRDefault="003375EC">
            <w:r w:rsidRPr="001F1B2D">
              <w:rPr>
                <w:b/>
                <w:sz w:val="21"/>
              </w:rPr>
              <w:t>Characteristics and Development Status of the Management System</w:t>
            </w:r>
          </w:p>
        </w:tc>
      </w:tr>
    </w:tbl>
    <w:p w14:paraId="15BE02FB" w14:textId="77777777" w:rsidR="002A2C79" w:rsidRPr="001F1B2D" w:rsidRDefault="002A2C79">
      <w:pPr>
        <w:spacing w:after="20" w:line="72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35"/>
      </w:tblGrid>
      <w:tr w:rsidR="002A2C79" w:rsidRPr="006C1FEB" w14:paraId="7CBEDF1F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85062A" w14:textId="77777777" w:rsidR="002A2C79" w:rsidRPr="001F1B2D" w:rsidRDefault="003375EC">
            <w:r w:rsidRPr="001F1B2D">
              <w:rPr>
                <w:b/>
                <w:sz w:val="14"/>
              </w:rPr>
              <w:t>Since when has the management system been in operation?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B4A4ED3" w14:textId="77777777" w:rsidR="002A2C79" w:rsidRPr="001F1B2D" w:rsidRDefault="002A2C79"/>
        </w:tc>
      </w:tr>
      <w:tr w:rsidR="002A2C79" w:rsidRPr="00DE6179" w14:paraId="4D414113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182ACBC" w14:textId="77777777" w:rsidR="002A2C79" w:rsidRPr="001F1B2D" w:rsidRDefault="003375EC">
            <w:r w:rsidRPr="001F1B2D">
              <w:rPr>
                <w:b/>
                <w:sz w:val="14"/>
              </w:rPr>
              <w:t>What is the status of the documentation?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298788" w14:textId="352E1497" w:rsidR="002A2C79" w:rsidRPr="004F4991" w:rsidRDefault="00CB779C">
            <w:sdt>
              <w:sdtPr>
                <w:id w:val="-327759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4F4991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8552F" w:rsidRPr="004F4991">
              <w:t xml:space="preserve"> </w:t>
            </w:r>
            <w:r w:rsidR="0018552F" w:rsidRPr="004F4991">
              <w:rPr>
                <w:sz w:val="14"/>
              </w:rPr>
              <w:t xml:space="preserve">Complete   </w:t>
            </w:r>
            <w:sdt>
              <w:sdtPr>
                <w:id w:val="-163328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4F4991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18552F" w:rsidRPr="004F4991">
              <w:t xml:space="preserve"> </w:t>
            </w:r>
            <w:r w:rsidR="0018552F" w:rsidRPr="004F4991">
              <w:rPr>
                <w:sz w:val="14"/>
              </w:rPr>
              <w:t>Partial, what is missing?.......</w:t>
            </w:r>
          </w:p>
        </w:tc>
      </w:tr>
      <w:tr w:rsidR="002A2C79" w:rsidRPr="00DE6179" w14:paraId="4DB034D7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B6A597B" w14:textId="77777777" w:rsidR="002A2C79" w:rsidRPr="001F1B2D" w:rsidRDefault="003375EC">
            <w:r w:rsidRPr="001F1B2D">
              <w:rPr>
                <w:b/>
                <w:sz w:val="14"/>
              </w:rPr>
              <w:t>Has an internal audit been conducted?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9F7ACE3" w14:textId="181D3CED" w:rsidR="002A2C79" w:rsidRPr="00DE6179" w:rsidRDefault="00CB779C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741787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 xml:space="preserve">No   </w:t>
            </w:r>
            <w:sdt>
              <w:sdtPr>
                <w:rPr>
                  <w:lang w:val="de-DE"/>
                </w:rPr>
                <w:id w:val="476419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>Yes, when? ……..</w:t>
            </w:r>
          </w:p>
        </w:tc>
      </w:tr>
      <w:tr w:rsidR="0018552F" w:rsidRPr="00DE6179" w14:paraId="466949D1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BE7F4AB" w14:textId="77777777" w:rsidR="0018552F" w:rsidRPr="001F1B2D" w:rsidRDefault="0018552F" w:rsidP="0018552F">
            <w:r w:rsidRPr="001F1B2D">
              <w:rPr>
                <w:b/>
                <w:sz w:val="14"/>
              </w:rPr>
              <w:t>Has a management review been conducted?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A238CA" w14:textId="48170F7E" w:rsidR="0018552F" w:rsidRPr="00DE6179" w:rsidRDefault="00CB779C" w:rsidP="0018552F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27606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 xml:space="preserve">No   </w:t>
            </w:r>
            <w:sdt>
              <w:sdtPr>
                <w:rPr>
                  <w:lang w:val="de-DE"/>
                </w:rPr>
                <w:id w:val="584658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552F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18552F" w:rsidRPr="00DE6179">
              <w:rPr>
                <w:lang w:val="de-DE"/>
              </w:rPr>
              <w:t xml:space="preserve"> </w:t>
            </w:r>
            <w:r w:rsidR="0018552F" w:rsidRPr="00DE6179">
              <w:rPr>
                <w:sz w:val="14"/>
                <w:lang w:val="de-DE"/>
              </w:rPr>
              <w:t>Yes, when? ……..</w:t>
            </w:r>
          </w:p>
        </w:tc>
      </w:tr>
      <w:tr w:rsidR="002A2C79" w:rsidRPr="006C1FEB" w14:paraId="3CB63CD6" w14:textId="77777777" w:rsidTr="00800605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041A5C0" w14:textId="77777777" w:rsidR="002A2C79" w:rsidRPr="001F1B2D" w:rsidRDefault="003375EC" w:rsidP="00800605">
            <w:r w:rsidRPr="001F1B2D">
              <w:rPr>
                <w:b/>
                <w:sz w:val="14"/>
              </w:rPr>
              <w:t>Is an integrated management system in place (e.g. ISO 9001, ISO 45001)?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18093E4" w14:textId="079D1222" w:rsidR="002A2C79" w:rsidRPr="001F1B2D" w:rsidRDefault="00CB779C">
            <w:sdt>
              <w:sdtPr>
                <w:id w:val="558282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00605" w:rsidRPr="001F1B2D">
              <w:t xml:space="preserve"> </w:t>
            </w:r>
            <w:r w:rsidR="00800605" w:rsidRPr="001F1B2D">
              <w:rPr>
                <w:sz w:val="14"/>
              </w:rPr>
              <w:t xml:space="preserve">No   </w:t>
            </w:r>
            <w:sdt>
              <w:sdtPr>
                <w:id w:val="1691105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00605" w:rsidRPr="001F1B2D">
              <w:t xml:space="preserve"> </w:t>
            </w:r>
            <w:r w:rsidR="00800605" w:rsidRPr="001F1B2D">
              <w:rPr>
                <w:sz w:val="14"/>
              </w:rPr>
              <w:t>Yes, which standards:</w:t>
            </w:r>
            <w:r w:rsidR="00800605" w:rsidRPr="001F1B2D">
              <w:rPr>
                <w:sz w:val="14"/>
              </w:rPr>
              <w:br/>
              <w:t>Depending on the degree of integration, please select which of the following criteria are met:</w:t>
            </w:r>
            <w:r w:rsidR="00800605" w:rsidRPr="001F1B2D">
              <w:rPr>
                <w:sz w:val="14"/>
              </w:rPr>
              <w:br/>
            </w:r>
            <w:sdt>
              <w:sdtPr>
                <w:id w:val="1282837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00605" w:rsidRPr="001F1B2D">
              <w:t xml:space="preserve"> </w:t>
            </w:r>
            <w:r w:rsidR="00800605" w:rsidRPr="001F1B2D">
              <w:rPr>
                <w:sz w:val="14"/>
              </w:rPr>
              <w:t>Integrated management review</w:t>
            </w:r>
            <w:r w:rsidR="00800605" w:rsidRPr="001F1B2D">
              <w:rPr>
                <w:sz w:val="14"/>
              </w:rPr>
              <w:br/>
            </w:r>
            <w:sdt>
              <w:sdtPr>
                <w:id w:val="1694269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00605" w:rsidRPr="001F1B2D">
              <w:t xml:space="preserve"> </w:t>
            </w:r>
            <w:r w:rsidR="00800605" w:rsidRPr="001F1B2D">
              <w:rPr>
                <w:sz w:val="14"/>
              </w:rPr>
              <w:t>Integrated approach to internal audits</w:t>
            </w:r>
            <w:r w:rsidR="00800605" w:rsidRPr="001F1B2D">
              <w:rPr>
                <w:sz w:val="14"/>
              </w:rPr>
              <w:br/>
            </w:r>
            <w:sdt>
              <w:sdtPr>
                <w:id w:val="362716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00605" w:rsidRPr="001F1B2D">
              <w:t xml:space="preserve"> </w:t>
            </w:r>
            <w:r w:rsidR="00800605" w:rsidRPr="001F1B2D">
              <w:rPr>
                <w:sz w:val="14"/>
              </w:rPr>
              <w:t>Integrated approach to policies and objectives</w:t>
            </w:r>
            <w:r w:rsidR="00800605" w:rsidRPr="001F1B2D">
              <w:rPr>
                <w:sz w:val="14"/>
              </w:rPr>
              <w:br/>
            </w:r>
            <w:sdt>
              <w:sdtPr>
                <w:id w:val="1289541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00605" w:rsidRPr="001F1B2D">
              <w:t xml:space="preserve"> </w:t>
            </w:r>
            <w:r w:rsidR="00800605" w:rsidRPr="001F1B2D">
              <w:rPr>
                <w:sz w:val="14"/>
              </w:rPr>
              <w:t>Integrated approach to system processes</w:t>
            </w:r>
            <w:r w:rsidR="00800605" w:rsidRPr="001F1B2D">
              <w:rPr>
                <w:sz w:val="14"/>
              </w:rPr>
              <w:br/>
            </w:r>
            <w:sdt>
              <w:sdtPr>
                <w:id w:val="-825352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00605" w:rsidRPr="001F1B2D">
              <w:t xml:space="preserve"> </w:t>
            </w:r>
            <w:r w:rsidR="00800605" w:rsidRPr="001F1B2D">
              <w:rPr>
                <w:sz w:val="14"/>
              </w:rPr>
              <w:t>Maximum possible integration of system documentation</w:t>
            </w:r>
            <w:r w:rsidR="00800605" w:rsidRPr="001F1B2D">
              <w:rPr>
                <w:sz w:val="14"/>
              </w:rPr>
              <w:br/>
            </w:r>
            <w:sdt>
              <w:sdtPr>
                <w:id w:val="-621229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00605" w:rsidRPr="001F1B2D">
              <w:t xml:space="preserve"> </w:t>
            </w:r>
            <w:r w:rsidR="00800605" w:rsidRPr="001F1B2D">
              <w:rPr>
                <w:sz w:val="14"/>
              </w:rPr>
              <w:t>Integrated approach to improvements:</w:t>
            </w:r>
            <w:r w:rsidR="00800605" w:rsidRPr="001F1B2D">
              <w:rPr>
                <w:sz w:val="14"/>
              </w:rPr>
              <w:br/>
            </w:r>
            <w:sdt>
              <w:sdtPr>
                <w:id w:val="445744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00605" w:rsidRPr="001F1B2D">
              <w:t xml:space="preserve"> </w:t>
            </w:r>
            <w:r w:rsidR="00800605" w:rsidRPr="001F1B2D">
              <w:rPr>
                <w:sz w:val="14"/>
              </w:rPr>
              <w:t>Integrated approach to planning, including risk management measures</w:t>
            </w:r>
            <w:r w:rsidR="00800605" w:rsidRPr="001F1B2D">
              <w:rPr>
                <w:sz w:val="14"/>
              </w:rPr>
              <w:br/>
            </w:r>
            <w:sdt>
              <w:sdtPr>
                <w:id w:val="965623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00605" w:rsidRPr="001F1B2D">
              <w:t xml:space="preserve"> </w:t>
            </w:r>
            <w:r w:rsidR="00800605" w:rsidRPr="001F1B2D">
              <w:rPr>
                <w:sz w:val="14"/>
              </w:rPr>
              <w:t>Uniform organizational role (management system representative) and clear responsibilities</w:t>
            </w:r>
          </w:p>
        </w:tc>
      </w:tr>
      <w:tr w:rsidR="002A2C79" w:rsidRPr="006C1FEB" w14:paraId="4033EB6D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48C1A0" w14:textId="77777777" w:rsidR="002A2C79" w:rsidRPr="001F1B2D" w:rsidRDefault="003375EC">
            <w:r w:rsidRPr="001F1B2D">
              <w:rPr>
                <w:b/>
                <w:sz w:val="14"/>
              </w:rPr>
              <w:t>Was support from an external consultant used in the development and implementation of the management system?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038DAF0" w14:textId="73EB7BCA" w:rsidR="002A2C79" w:rsidRPr="004F4991" w:rsidRDefault="00CB779C">
            <w:sdt>
              <w:sdtPr>
                <w:id w:val="-487018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4F4991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00605" w:rsidRPr="004F4991">
              <w:t xml:space="preserve"> </w:t>
            </w:r>
            <w:r w:rsidR="00800605" w:rsidRPr="004F4991">
              <w:rPr>
                <w:sz w:val="14"/>
              </w:rPr>
              <w:t>No</w:t>
            </w:r>
            <w:r w:rsidR="00800605" w:rsidRPr="004F4991">
              <w:rPr>
                <w:sz w:val="14"/>
              </w:rPr>
              <w:br/>
            </w:r>
            <w:sdt>
              <w:sdtPr>
                <w:id w:val="-187669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00605" w:rsidRPr="004F4991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800605" w:rsidRPr="004F4991">
              <w:t xml:space="preserve"> </w:t>
            </w:r>
            <w:r w:rsidR="00800605" w:rsidRPr="004F4991">
              <w:rPr>
                <w:sz w:val="14"/>
              </w:rPr>
              <w:t xml:space="preserve">Yes, which consultant provided the </w:t>
            </w:r>
            <w:proofErr w:type="gramStart"/>
            <w:r w:rsidR="00800605" w:rsidRPr="004F4991">
              <w:rPr>
                <w:sz w:val="14"/>
              </w:rPr>
              <w:t>support:…</w:t>
            </w:r>
            <w:proofErr w:type="gramEnd"/>
            <w:r w:rsidR="00800605" w:rsidRPr="004F4991">
              <w:rPr>
                <w:sz w:val="14"/>
              </w:rPr>
              <w:t>..</w:t>
            </w:r>
          </w:p>
        </w:tc>
      </w:tr>
    </w:tbl>
    <w:p w14:paraId="22DB7DF4" w14:textId="77777777" w:rsidR="002A2C79" w:rsidRDefault="002A2C79">
      <w:pPr>
        <w:spacing w:after="40"/>
      </w:pPr>
    </w:p>
    <w:p w14:paraId="35817FA2" w14:textId="77777777" w:rsidR="00972AE0" w:rsidRPr="004F4991" w:rsidRDefault="00972AE0">
      <w:pPr>
        <w:spacing w:after="40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20"/>
      </w:tblGrid>
      <w:tr w:rsidR="002A2C79" w:rsidRPr="006C1FEB" w14:paraId="5C79972D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97BCCCF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lastRenderedPageBreak/>
              <w:t>9</w:t>
            </w:r>
          </w:p>
        </w:tc>
        <w:tc>
          <w:tcPr>
            <w:tcW w:w="9720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7D6D12DD" w14:textId="77777777" w:rsidR="002A2C79" w:rsidRPr="001F1B2D" w:rsidRDefault="003375EC">
            <w:r w:rsidRPr="001F1B2D">
              <w:rPr>
                <w:b/>
                <w:sz w:val="21"/>
              </w:rPr>
              <w:t>Environmental Aspects in the Supply Chain / Life Cycle Analysis</w:t>
            </w:r>
          </w:p>
        </w:tc>
      </w:tr>
    </w:tbl>
    <w:p w14:paraId="3FA992F5" w14:textId="77777777" w:rsidR="002A2C79" w:rsidRPr="001F1B2D" w:rsidRDefault="002A2C79">
      <w:pPr>
        <w:spacing w:after="20" w:line="72" w:lineRule="auto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35"/>
      </w:tblGrid>
      <w:tr w:rsidR="002A2C79" w:rsidRPr="006C1FEB" w14:paraId="1D6ED183" w14:textId="77777777" w:rsidTr="00DA204A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7779346" w14:textId="77777777" w:rsidR="002A2C79" w:rsidRPr="001F1B2D" w:rsidRDefault="003375EC" w:rsidP="00DA204A">
            <w:r w:rsidRPr="001F1B2D">
              <w:rPr>
                <w:b/>
                <w:sz w:val="15"/>
              </w:rPr>
              <w:t>Environmental impacts from procurement, logistics, transport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159CF33" w14:textId="77777777" w:rsidR="002A2C79" w:rsidRPr="001F1B2D" w:rsidRDefault="002A2C79" w:rsidP="00DA204A"/>
        </w:tc>
      </w:tr>
      <w:tr w:rsidR="002A2C79" w:rsidRPr="006C1FEB" w14:paraId="0344896D" w14:textId="77777777" w:rsidTr="00DA204A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F685D57" w14:textId="77777777" w:rsidR="002A2C79" w:rsidRPr="001F1B2D" w:rsidRDefault="003375EC" w:rsidP="00DA204A">
            <w:r w:rsidRPr="001F1B2D">
              <w:rPr>
                <w:b/>
                <w:sz w:val="15"/>
              </w:rPr>
              <w:t>Influence on suppliers (environmental requirements, Code of Conduct)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1D1A8C6" w14:textId="77777777" w:rsidR="002A2C79" w:rsidRPr="001F1B2D" w:rsidRDefault="002A2C79" w:rsidP="00DA204A"/>
        </w:tc>
      </w:tr>
      <w:tr w:rsidR="002A2C79" w:rsidRPr="00DE6179" w14:paraId="4B5AD3B1" w14:textId="77777777" w:rsidTr="00DA204A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758D7BC" w14:textId="77777777" w:rsidR="002A2C79" w:rsidRPr="001F1B2D" w:rsidRDefault="003375EC" w:rsidP="00DA204A">
            <w:r w:rsidRPr="001F1B2D">
              <w:rPr>
                <w:b/>
                <w:sz w:val="15"/>
              </w:rPr>
              <w:t>Life cycle considerations (if available)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6594FE5" w14:textId="77777777" w:rsidR="002A2C79" w:rsidRPr="001F1B2D" w:rsidRDefault="002A2C79" w:rsidP="00DA204A"/>
        </w:tc>
      </w:tr>
      <w:tr w:rsidR="002A2C79" w:rsidRPr="00DE6179" w14:paraId="65DE95D9" w14:textId="77777777" w:rsidTr="00DA204A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677FC6C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Sustainability programs or report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41BB43E" w14:textId="77777777" w:rsidR="002A2C79" w:rsidRPr="00DE6179" w:rsidRDefault="002A2C79" w:rsidP="00DA204A">
            <w:pPr>
              <w:rPr>
                <w:lang w:val="de-DE"/>
              </w:rPr>
            </w:pPr>
          </w:p>
        </w:tc>
      </w:tr>
    </w:tbl>
    <w:p w14:paraId="27279241" w14:textId="77777777" w:rsidR="002A2C79" w:rsidRDefault="002A2C79">
      <w:pPr>
        <w:spacing w:after="40"/>
        <w:rPr>
          <w:lang w:val="de-DE"/>
        </w:rPr>
      </w:pPr>
    </w:p>
    <w:p w14:paraId="5A15A07D" w14:textId="77777777" w:rsidR="00972AE0" w:rsidRPr="00DE6179" w:rsidRDefault="00972AE0">
      <w:pPr>
        <w:spacing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20"/>
      </w:tblGrid>
      <w:tr w:rsidR="002A2C79" w:rsidRPr="00DE6179" w14:paraId="7262CC3E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229B16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10</w:t>
            </w:r>
          </w:p>
        </w:tc>
        <w:tc>
          <w:tcPr>
            <w:tcW w:w="9720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EA45BCE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Environmental Performance &amp; Monitoring</w:t>
            </w:r>
          </w:p>
        </w:tc>
      </w:tr>
    </w:tbl>
    <w:p w14:paraId="534261A1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35"/>
      </w:tblGrid>
      <w:tr w:rsidR="002A2C79" w:rsidRPr="006C1FEB" w14:paraId="4809A956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4A8481D" w14:textId="77777777" w:rsidR="002A2C79" w:rsidRPr="001F1B2D" w:rsidRDefault="003375EC">
            <w:r w:rsidRPr="001F1B2D">
              <w:rPr>
                <w:b/>
                <w:sz w:val="15"/>
              </w:rPr>
              <w:t>Are measurements or regular monitoring carried out?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6E34638" w14:textId="77777777" w:rsidR="002A2C79" w:rsidRPr="001F1B2D" w:rsidRDefault="002A2C79"/>
        </w:tc>
      </w:tr>
      <w:tr w:rsidR="002A2C79" w:rsidRPr="00DE6179" w14:paraId="6E4B68CF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5B21DA9" w14:textId="77777777" w:rsidR="002A2C79" w:rsidRPr="001F1B2D" w:rsidRDefault="003375EC">
            <w:r w:rsidRPr="001F1B2D">
              <w:rPr>
                <w:b/>
                <w:sz w:val="15"/>
              </w:rPr>
              <w:t>Waste quantities, energy data, emissions data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D28B8EF" w14:textId="77777777" w:rsidR="002A2C79" w:rsidRPr="001F1B2D" w:rsidRDefault="002A2C79"/>
        </w:tc>
      </w:tr>
      <w:tr w:rsidR="002A2C79" w:rsidRPr="00DE6179" w14:paraId="340462D6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E00D20C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Environmental objectives and programs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086F225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6C1FEB" w14:paraId="4D58CCEE" w14:textId="77777777" w:rsidTr="00A557F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7508D13" w14:textId="77777777" w:rsidR="002A2C79" w:rsidRPr="001F1B2D" w:rsidRDefault="003375EC">
            <w:r w:rsidRPr="001F1B2D">
              <w:rPr>
                <w:b/>
                <w:sz w:val="15"/>
              </w:rPr>
              <w:t>Measures to improve environmental performance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840E9DE" w14:textId="77777777" w:rsidR="002A2C79" w:rsidRPr="001F1B2D" w:rsidRDefault="002A2C79"/>
        </w:tc>
      </w:tr>
    </w:tbl>
    <w:p w14:paraId="3788ECC5" w14:textId="77777777" w:rsidR="00972AE0" w:rsidRDefault="00972AE0"/>
    <w:p w14:paraId="62BA93C9" w14:textId="1AF00288" w:rsidR="002A2C79" w:rsidRPr="001F1B2D" w:rsidRDefault="002A2C79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20"/>
      </w:tblGrid>
      <w:tr w:rsidR="002A2C79" w:rsidRPr="00DE6179" w14:paraId="25BD333E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C4713E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11</w:t>
            </w:r>
          </w:p>
        </w:tc>
        <w:tc>
          <w:tcPr>
            <w:tcW w:w="9720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D392E97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Site-specific Characteristics</w:t>
            </w:r>
          </w:p>
        </w:tc>
      </w:tr>
    </w:tbl>
    <w:p w14:paraId="6663A9F0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2"/>
        <w:gridCol w:w="1944"/>
        <w:gridCol w:w="2015"/>
        <w:gridCol w:w="1972"/>
      </w:tblGrid>
      <w:tr w:rsidR="002A2C79" w:rsidRPr="00DE6179" w14:paraId="0EFD4891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87B42EB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t>Company Name (Head Office)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BC2E5F8" w14:textId="77777777" w:rsidR="002A2C79" w:rsidRPr="00DE6179" w:rsidRDefault="002A2C79" w:rsidP="00DA204A">
            <w:pPr>
              <w:rPr>
                <w:lang w:val="de-DE"/>
              </w:rPr>
            </w:pPr>
          </w:p>
        </w:tc>
      </w:tr>
      <w:tr w:rsidR="002A2C79" w:rsidRPr="006C1FEB" w14:paraId="27911165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5D5A49D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Address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018EEE2" w14:textId="77777777" w:rsidR="002A2C79" w:rsidRPr="001F1B2D" w:rsidRDefault="003375EC" w:rsidP="00DA204A">
            <w:r w:rsidRPr="001F1B2D">
              <w:rPr>
                <w:sz w:val="14"/>
              </w:rPr>
              <w:t>«Street and house number», «City», «State/Region», «Postal code»</w:t>
            </w:r>
          </w:p>
        </w:tc>
      </w:tr>
      <w:tr w:rsidR="002A2C79" w:rsidRPr="00DE6179" w14:paraId="48F70C0E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3551980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Site Activities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F196A25" w14:textId="77777777" w:rsidR="00DA204A" w:rsidRDefault="00CB779C" w:rsidP="00DA204A">
            <w:pPr>
              <w:rPr>
                <w:sz w:val="14"/>
              </w:rPr>
            </w:pPr>
            <w:sdt>
              <w:sdtPr>
                <w:id w:val="-2103945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B72AE" w:rsidRPr="001F1B2D">
              <w:rPr>
                <w:sz w:val="14"/>
              </w:rPr>
              <w:t xml:space="preserve"> Office activities   </w:t>
            </w:r>
            <w:sdt>
              <w:sdtPr>
                <w:id w:val="57694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B72AE" w:rsidRPr="001F1B2D">
              <w:t xml:space="preserve"> </w:t>
            </w:r>
            <w:r w:rsidR="00AB72AE" w:rsidRPr="001F1B2D">
              <w:rPr>
                <w:sz w:val="14"/>
              </w:rPr>
              <w:t xml:space="preserve">Development   </w:t>
            </w:r>
            <w:sdt>
              <w:sdtPr>
                <w:id w:val="118517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B72AE" w:rsidRPr="001F1B2D">
              <w:t xml:space="preserve"> </w:t>
            </w:r>
            <w:r w:rsidR="00AB72AE" w:rsidRPr="001F1B2D">
              <w:rPr>
                <w:sz w:val="14"/>
              </w:rPr>
              <w:t>Mechanical production</w:t>
            </w:r>
            <w:r w:rsidR="00AB72AE" w:rsidRPr="001F1B2D">
              <w:rPr>
                <w:sz w:val="14"/>
              </w:rPr>
              <w:br/>
            </w:r>
            <w:sdt>
              <w:sdtPr>
                <w:id w:val="900562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B72AE" w:rsidRPr="001F1B2D">
              <w:t xml:space="preserve"> </w:t>
            </w:r>
            <w:r w:rsidR="00AB72AE" w:rsidRPr="001F1B2D">
              <w:rPr>
                <w:sz w:val="14"/>
              </w:rPr>
              <w:t xml:space="preserve">Chemical production   </w:t>
            </w:r>
            <w:sdt>
              <w:sdtPr>
                <w:id w:val="1533692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B72AE" w:rsidRPr="001F1B2D">
              <w:t xml:space="preserve"> </w:t>
            </w:r>
            <w:r w:rsidR="00AB72AE" w:rsidRPr="001F1B2D">
              <w:rPr>
                <w:sz w:val="14"/>
              </w:rPr>
              <w:t>Other production processes (please specify: .......................)</w:t>
            </w:r>
            <w:r w:rsidR="00AB72AE" w:rsidRPr="001F1B2D">
              <w:rPr>
                <w:sz w:val="14"/>
              </w:rPr>
              <w:br/>
            </w:r>
            <w:sdt>
              <w:sdtPr>
                <w:id w:val="-1040359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B72AE" w:rsidRPr="001F1B2D">
              <w:t xml:space="preserve"> </w:t>
            </w:r>
            <w:r w:rsidR="00AB72AE" w:rsidRPr="001F1B2D">
              <w:rPr>
                <w:sz w:val="14"/>
              </w:rPr>
              <w:t xml:space="preserve">Transport   </w:t>
            </w:r>
            <w:sdt>
              <w:sdtPr>
                <w:id w:val="165134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B72AE" w:rsidRPr="001F1B2D">
              <w:t xml:space="preserve"> </w:t>
            </w:r>
            <w:r w:rsidR="00AB72AE" w:rsidRPr="001F1B2D">
              <w:rPr>
                <w:sz w:val="14"/>
              </w:rPr>
              <w:t xml:space="preserve">Storage without hazardous substances   </w:t>
            </w:r>
            <w:sdt>
              <w:sdtPr>
                <w:id w:val="-97497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B72AE" w:rsidRPr="001F1B2D">
              <w:t xml:space="preserve"> </w:t>
            </w:r>
            <w:r w:rsidR="00AB72AE" w:rsidRPr="001F1B2D">
              <w:rPr>
                <w:sz w:val="14"/>
              </w:rPr>
              <w:t>Storage with hazardous substances</w:t>
            </w:r>
          </w:p>
          <w:p w14:paraId="72BFF3C0" w14:textId="0D4C9CB4" w:rsidR="002A2C79" w:rsidRPr="001F1B2D" w:rsidRDefault="00CB779C" w:rsidP="00DA204A">
            <w:sdt>
              <w:sdtPr>
                <w:id w:val="-1337374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AB72AE" w:rsidRPr="001F1B2D">
              <w:t xml:space="preserve"> </w:t>
            </w:r>
            <w:r w:rsidR="00AB72AE" w:rsidRPr="001F1B2D">
              <w:rPr>
                <w:sz w:val="14"/>
              </w:rPr>
              <w:t>Other:</w:t>
            </w:r>
          </w:p>
        </w:tc>
      </w:tr>
      <w:tr w:rsidR="002A2C79" w:rsidRPr="00DE6179" w14:paraId="7918565D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89656DE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Number of Employees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A8F5E10" w14:textId="77777777" w:rsidR="002A2C79" w:rsidRPr="001F1B2D" w:rsidRDefault="003375EC" w:rsidP="00DA204A">
            <w:r w:rsidRPr="001F1B2D">
              <w:rPr>
                <w:sz w:val="14"/>
              </w:rPr>
              <w:t>Total: ____________________     Including part-time employees: ____________________</w:t>
            </w:r>
          </w:p>
        </w:tc>
      </w:tr>
      <w:tr w:rsidR="002A2C79" w:rsidRPr="00DE6179" w14:paraId="3EEC863D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5B623B9" w14:textId="77777777" w:rsidR="002A2C79" w:rsidRPr="001F1B2D" w:rsidRDefault="003375EC" w:rsidP="00DA204A">
            <w:r w:rsidRPr="001F1B2D">
              <w:rPr>
                <w:b/>
                <w:sz w:val="14"/>
              </w:rPr>
              <w:t>Other employees performing simple activities with low environmental impact (e.g. packaging, assembly-line work)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7854674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sz w:val="14"/>
                <w:lang w:val="de-DE"/>
              </w:rPr>
              <w:t>Number: ____________________    Activity: __________________________________________</w:t>
            </w:r>
          </w:p>
        </w:tc>
      </w:tr>
      <w:tr w:rsidR="002A2C79" w:rsidRPr="00DE6179" w14:paraId="2E4834C9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2E6B18C" w14:textId="77777777" w:rsidR="002A2C79" w:rsidRPr="001F1B2D" w:rsidRDefault="003375EC" w:rsidP="00DA204A">
            <w:r w:rsidRPr="001F1B2D">
              <w:rPr>
                <w:b/>
                <w:sz w:val="14"/>
              </w:rPr>
              <w:t>Use of mobile or temporary workplaces?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736041A" w14:textId="74472FDE" w:rsidR="002A2C79" w:rsidRPr="00DE6179" w:rsidRDefault="00CB779C" w:rsidP="00DA204A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288436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 xml:space="preserve">Yes        </w:t>
            </w:r>
            <w:sdt>
              <w:sdtPr>
                <w:rPr>
                  <w:lang w:val="de-DE"/>
                </w:rPr>
                <w:id w:val="119704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>No</w:t>
            </w:r>
          </w:p>
        </w:tc>
      </w:tr>
      <w:tr w:rsidR="002A2C79" w:rsidRPr="00DE6179" w14:paraId="18C88815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31DC69B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Work Shifts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858FC01" w14:textId="1187A17D" w:rsidR="002A2C79" w:rsidRPr="00DE6179" w:rsidRDefault="00CB779C" w:rsidP="00DA204A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2026316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 xml:space="preserve">Early        </w:t>
            </w:r>
            <w:sdt>
              <w:sdtPr>
                <w:rPr>
                  <w:lang w:val="de-DE"/>
                </w:rPr>
                <w:id w:val="-82758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 xml:space="preserve">Day        </w:t>
            </w:r>
            <w:sdt>
              <w:sdtPr>
                <w:rPr>
                  <w:lang w:val="de-DE"/>
                </w:rPr>
                <w:id w:val="3403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 xml:space="preserve">Late        </w:t>
            </w:r>
            <w:sdt>
              <w:sdtPr>
                <w:rPr>
                  <w:lang w:val="de-DE"/>
                </w:rPr>
                <w:id w:val="-1318641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AB72AE" w:rsidRPr="00DE6179">
              <w:rPr>
                <w:lang w:val="de-DE"/>
              </w:rPr>
              <w:t xml:space="preserve"> </w:t>
            </w:r>
            <w:r w:rsidR="00AB72AE" w:rsidRPr="00DE6179">
              <w:rPr>
                <w:sz w:val="14"/>
                <w:lang w:val="de-DE"/>
              </w:rPr>
              <w:t>Night</w:t>
            </w:r>
          </w:p>
        </w:tc>
      </w:tr>
      <w:tr w:rsidR="002A2C79" w:rsidRPr="00DE6179" w14:paraId="075B914B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0195FAC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Shared (Cross-site) Functions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87845B7" w14:textId="77777777" w:rsidR="002A2C79" w:rsidRPr="001F1B2D" w:rsidRDefault="003375EC" w:rsidP="00DA204A">
            <w:r w:rsidRPr="001F1B2D">
              <w:rPr>
                <w:b/>
                <w:sz w:val="13"/>
              </w:rPr>
              <w:t>Yes, for this site only</w:t>
            </w:r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9175D77" w14:textId="77777777" w:rsidR="002A2C79" w:rsidRPr="001F1B2D" w:rsidRDefault="003375EC" w:rsidP="00DA204A">
            <w:r w:rsidRPr="001F1B2D">
              <w:rPr>
                <w:b/>
                <w:sz w:val="13"/>
              </w:rPr>
              <w:t>Yes, also for other sites</w:t>
            </w:r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0696BDC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No</w:t>
            </w:r>
          </w:p>
        </w:tc>
      </w:tr>
      <w:tr w:rsidR="002A2C79" w:rsidRPr="00DE6179" w14:paraId="62D208D3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EE1B0D4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Policy, Objectives, Management Review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34992E7" w14:textId="3D5DFA72" w:rsidR="002A2C79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327787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8957240" w14:textId="6B517EA5" w:rsidR="002A2C79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58463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84CBBEB" w14:textId="7B4E68C9" w:rsidR="002A2C79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0474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7291DD3C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EA97A6B" w14:textId="77777777" w:rsidR="00AB72AE" w:rsidRPr="00DE6179" w:rsidRDefault="00AB72AE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Design and Development Activities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6CA26B3" w14:textId="6C33E7E2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826509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43B73FA" w14:textId="42035D28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716782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7DCF437" w14:textId="6FD4F0BE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2077819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1B06C644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0E13F5B" w14:textId="77777777" w:rsidR="00AB72AE" w:rsidRPr="00DE6179" w:rsidRDefault="00AB72AE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Purchasing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C4869F0" w14:textId="2689B4C3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685406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114FAE6" w14:textId="3E05B014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706014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CEA13CF" w14:textId="3DCB1E96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6339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5A0F6CFB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DF0DEEA" w14:textId="77777777" w:rsidR="00AB72AE" w:rsidRPr="00DE6179" w:rsidRDefault="00AB72AE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Human Resources Management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CA4AA66" w14:textId="3B8CAD4F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523211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429DA67" w14:textId="6693BB38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816948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4AC88F8" w14:textId="33889807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2037767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11F00E09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CD4BFB0" w14:textId="77777777" w:rsidR="00AB72AE" w:rsidRPr="00DE6179" w:rsidRDefault="00AB72AE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Document Control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8CA88FF" w14:textId="1724F20B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712001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CF6721A" w14:textId="3568D7F3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58372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5845CFD" w14:textId="42060252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36356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4C878DDB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157249E" w14:textId="77777777" w:rsidR="00AB72AE" w:rsidRPr="001F1B2D" w:rsidRDefault="00AB72AE" w:rsidP="00DA204A">
            <w:r w:rsidRPr="001F1B2D">
              <w:rPr>
                <w:b/>
                <w:sz w:val="13"/>
              </w:rPr>
              <w:t>Review of Compliance with Legal Requirements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724A7D3" w14:textId="67E4C687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479153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4472F1A" w14:textId="2E3EAA41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66289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9E6F667" w14:textId="4211DEEC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800881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6737ABD2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759EC7E" w14:textId="77777777" w:rsidR="00AB72AE" w:rsidRPr="00DE6179" w:rsidRDefault="00AB72AE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Sales / Customer Service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FD260C3" w14:textId="4599D262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423633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4D6DB26" w14:textId="1AB9778A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56040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1A2377E" w14:textId="7898B12B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015807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183BADD4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DC78954" w14:textId="77777777" w:rsidR="00AB72AE" w:rsidRPr="00DE6179" w:rsidRDefault="00AB72AE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Maintenance and Facility Management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AEC46E3" w14:textId="7F598BE3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65444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5685777" w14:textId="4ABC3E2E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2125297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EF06ABC" w14:textId="257DFD95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866585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3D6BD616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488577C" w14:textId="77777777" w:rsidR="00AB72AE" w:rsidRPr="00DE6179" w:rsidRDefault="00AB72AE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Logistical Support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D91161A" w14:textId="375C59BC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348389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209A610" w14:textId="776E5C6C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897258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7345348" w14:textId="304253F4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5286049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AB72AE" w:rsidRPr="00DE6179" w14:paraId="698D1B83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D00EE2B" w14:textId="77777777" w:rsidR="00AB72AE" w:rsidRPr="001F1B2D" w:rsidRDefault="00AB72AE" w:rsidP="00DA204A">
            <w:r w:rsidRPr="001F1B2D">
              <w:rPr>
                <w:b/>
                <w:sz w:val="13"/>
              </w:rPr>
              <w:t>Planning and Conducting Internal Audits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7BDE234" w14:textId="0DAFAD9F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734208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A9BC506" w14:textId="0229F8C7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707253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4E252BE" w14:textId="515F2164" w:rsidR="00AB72AE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74095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72AE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2A2C79" w:rsidRPr="00DE6179" w14:paraId="0F44D045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5655E48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Site-specific Processes/Activities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CDEED5C" w14:textId="77777777" w:rsidR="002A2C79" w:rsidRPr="00DE6179" w:rsidRDefault="002A2C79" w:rsidP="00DA204A">
            <w:pPr>
              <w:rPr>
                <w:lang w:val="de-DE"/>
              </w:rPr>
            </w:pPr>
          </w:p>
        </w:tc>
      </w:tr>
    </w:tbl>
    <w:p w14:paraId="5DF6A5A1" w14:textId="77777777" w:rsidR="002A2C79" w:rsidRPr="001F1B2D" w:rsidRDefault="003375EC">
      <w:r w:rsidRPr="001F1B2D">
        <w:rPr>
          <w:color w:val="6C7A89"/>
          <w:sz w:val="14"/>
        </w:rPr>
        <w:t>Please copy the table and use the appropriate number (according to the number of sites).</w:t>
      </w:r>
    </w:p>
    <w:p w14:paraId="5A3D0507" w14:textId="77777777" w:rsidR="002A2C79" w:rsidRPr="001F1B2D" w:rsidRDefault="003375EC">
      <w:r w:rsidRPr="001F1B2D">
        <w:br w:type="page"/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2"/>
        <w:gridCol w:w="1944"/>
        <w:gridCol w:w="2015"/>
        <w:gridCol w:w="1972"/>
      </w:tblGrid>
      <w:tr w:rsidR="002A2C79" w:rsidRPr="00DE6179" w14:paraId="02B2E9CB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1F6BAD3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5"/>
                <w:lang w:val="de-DE"/>
              </w:rPr>
              <w:lastRenderedPageBreak/>
              <w:t>Site 1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16A3654" w14:textId="77777777" w:rsidR="002A2C79" w:rsidRPr="00DE6179" w:rsidRDefault="002A2C79" w:rsidP="00DA204A">
            <w:pPr>
              <w:rPr>
                <w:lang w:val="de-DE"/>
              </w:rPr>
            </w:pPr>
          </w:p>
        </w:tc>
      </w:tr>
      <w:tr w:rsidR="002A2C79" w:rsidRPr="006C1FEB" w14:paraId="166BCF6F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4BFC9D8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Address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CAF26AE" w14:textId="77777777" w:rsidR="002A2C79" w:rsidRPr="001F1B2D" w:rsidRDefault="003375EC" w:rsidP="00DA204A">
            <w:r w:rsidRPr="001F1B2D">
              <w:rPr>
                <w:sz w:val="14"/>
              </w:rPr>
              <w:t>«Street and house number», «City», «State/Region», «Postal code»</w:t>
            </w:r>
          </w:p>
        </w:tc>
      </w:tr>
      <w:tr w:rsidR="002A2C79" w:rsidRPr="00DE6179" w14:paraId="277CABE6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101904B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Site Activities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4096536" w14:textId="38B0495C" w:rsidR="002A2C79" w:rsidRPr="001F1B2D" w:rsidRDefault="00CB779C" w:rsidP="00DA204A">
            <w:sdt>
              <w:sdtPr>
                <w:id w:val="1030069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729A7" w:rsidRPr="001F1B2D">
              <w:rPr>
                <w:sz w:val="14"/>
              </w:rPr>
              <w:t xml:space="preserve"> Office activities   </w:t>
            </w:r>
            <w:sdt>
              <w:sdtPr>
                <w:id w:val="837586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729A7" w:rsidRPr="001F1B2D">
              <w:rPr>
                <w:sz w:val="14"/>
              </w:rPr>
              <w:t xml:space="preserve"> Development   </w:t>
            </w:r>
            <w:sdt>
              <w:sdtPr>
                <w:id w:val="80389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729A7" w:rsidRPr="001F1B2D">
              <w:rPr>
                <w:sz w:val="14"/>
              </w:rPr>
              <w:t xml:space="preserve"> Mechanical production</w:t>
            </w:r>
            <w:r w:rsidR="000729A7" w:rsidRPr="001F1B2D">
              <w:rPr>
                <w:sz w:val="14"/>
              </w:rPr>
              <w:br/>
            </w:r>
            <w:sdt>
              <w:sdtPr>
                <w:id w:val="1339653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729A7" w:rsidRPr="001F1B2D">
              <w:rPr>
                <w:sz w:val="14"/>
              </w:rPr>
              <w:t xml:space="preserve"> Chemical production   </w:t>
            </w:r>
            <w:sdt>
              <w:sdtPr>
                <w:id w:val="66535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729A7" w:rsidRPr="001F1B2D">
              <w:rPr>
                <w:sz w:val="14"/>
              </w:rPr>
              <w:t xml:space="preserve"> Other production processes (please specify: .......................)</w:t>
            </w:r>
            <w:r w:rsidR="000729A7" w:rsidRPr="001F1B2D">
              <w:rPr>
                <w:sz w:val="14"/>
              </w:rPr>
              <w:br/>
            </w:r>
            <w:sdt>
              <w:sdtPr>
                <w:id w:val="-16631486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729A7" w:rsidRPr="001F1B2D">
              <w:rPr>
                <w:sz w:val="14"/>
              </w:rPr>
              <w:t xml:space="preserve"> Transport   </w:t>
            </w:r>
            <w:sdt>
              <w:sdtPr>
                <w:id w:val="-144280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729A7" w:rsidRPr="001F1B2D">
              <w:rPr>
                <w:sz w:val="14"/>
              </w:rPr>
              <w:t xml:space="preserve"> Storage without hazardous substances   </w:t>
            </w:r>
            <w:sdt>
              <w:sdtPr>
                <w:id w:val="-483547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729A7" w:rsidRPr="001F1B2D">
              <w:rPr>
                <w:sz w:val="14"/>
              </w:rPr>
              <w:t xml:space="preserve"> Storage with hazardous substances   </w:t>
            </w:r>
            <w:sdt>
              <w:sdtPr>
                <w:id w:val="31785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1F1B2D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000729A7" w:rsidRPr="001F1B2D">
              <w:rPr>
                <w:sz w:val="14"/>
              </w:rPr>
              <w:t xml:space="preserve"> Other:</w:t>
            </w:r>
          </w:p>
        </w:tc>
      </w:tr>
      <w:tr w:rsidR="002A2C79" w:rsidRPr="00DE6179" w14:paraId="6ACCB352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4DB63F4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Number of Employees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F9679D5" w14:textId="77777777" w:rsidR="002A2C79" w:rsidRPr="001F1B2D" w:rsidRDefault="003375EC" w:rsidP="00DA204A">
            <w:r w:rsidRPr="001F1B2D">
              <w:rPr>
                <w:sz w:val="14"/>
              </w:rPr>
              <w:t>Total: ____________________     Including part-time employees: ____________________</w:t>
            </w:r>
          </w:p>
        </w:tc>
      </w:tr>
      <w:tr w:rsidR="002A2C79" w:rsidRPr="00DE6179" w14:paraId="4A698BC8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A0853EA" w14:textId="77777777" w:rsidR="002A2C79" w:rsidRPr="001F1B2D" w:rsidRDefault="003375EC" w:rsidP="00DA204A">
            <w:r w:rsidRPr="001F1B2D">
              <w:rPr>
                <w:b/>
                <w:sz w:val="14"/>
              </w:rPr>
              <w:t>Other employees performing simple activities with low environmental impact (e.g. packaging, assembly-line work)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C880D0D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sz w:val="14"/>
                <w:lang w:val="de-DE"/>
              </w:rPr>
              <w:t>Number: ____________________    Activity: __________________________________________</w:t>
            </w:r>
          </w:p>
        </w:tc>
      </w:tr>
      <w:tr w:rsidR="002A2C79" w:rsidRPr="00DE6179" w14:paraId="2203583F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E244C40" w14:textId="77777777" w:rsidR="002A2C79" w:rsidRPr="001F1B2D" w:rsidRDefault="003375EC" w:rsidP="00DA204A">
            <w:r w:rsidRPr="001F1B2D">
              <w:rPr>
                <w:b/>
                <w:sz w:val="14"/>
              </w:rPr>
              <w:t>Use of mobile or temporary workplaces?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18E0FDC" w14:textId="60E11F95" w:rsidR="002A2C79" w:rsidRPr="00DE6179" w:rsidRDefault="00CB779C" w:rsidP="00DA204A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-21219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Yes        </w:t>
            </w:r>
            <w:sdt>
              <w:sdtPr>
                <w:rPr>
                  <w:lang w:val="de-DE"/>
                </w:rPr>
                <w:id w:val="-1770003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No</w:t>
            </w:r>
          </w:p>
        </w:tc>
      </w:tr>
      <w:tr w:rsidR="002A2C79" w:rsidRPr="00DE6179" w14:paraId="38306034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55D1CE2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Work Shifts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02A0C8E" w14:textId="5F51309D" w:rsidR="002A2C79" w:rsidRPr="00DE6179" w:rsidRDefault="00CB779C" w:rsidP="00DA204A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1069069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Early        </w:t>
            </w:r>
            <w:sdt>
              <w:sdtPr>
                <w:rPr>
                  <w:lang w:val="de-DE"/>
                </w:rPr>
                <w:id w:val="-777413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Day        </w:t>
            </w:r>
            <w:sdt>
              <w:sdtPr>
                <w:rPr>
                  <w:lang w:val="de-DE"/>
                </w:rPr>
                <w:id w:val="12232513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Late        </w:t>
            </w:r>
            <w:sdt>
              <w:sdtPr>
                <w:rPr>
                  <w:lang w:val="de-DE"/>
                </w:rPr>
                <w:id w:val="176779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Night</w:t>
            </w:r>
          </w:p>
        </w:tc>
      </w:tr>
      <w:tr w:rsidR="002A2C79" w:rsidRPr="00DE6179" w14:paraId="1FADF126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2E782B5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Shared (Cross-site) Functions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68E2F18" w14:textId="77777777" w:rsidR="002A2C79" w:rsidRPr="001F1B2D" w:rsidRDefault="003375EC" w:rsidP="00DA204A">
            <w:r w:rsidRPr="001F1B2D">
              <w:rPr>
                <w:b/>
                <w:sz w:val="13"/>
              </w:rPr>
              <w:t>Yes, for this site only</w:t>
            </w:r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7B1A7A6" w14:textId="77777777" w:rsidR="002A2C79" w:rsidRPr="001F1B2D" w:rsidRDefault="003375EC" w:rsidP="00DA204A">
            <w:r w:rsidRPr="001F1B2D">
              <w:rPr>
                <w:b/>
                <w:sz w:val="13"/>
              </w:rPr>
              <w:t>Yes, also for other sites</w:t>
            </w:r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DCEEF9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57975EE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No</w:t>
            </w:r>
          </w:p>
        </w:tc>
      </w:tr>
      <w:tr w:rsidR="000729A7" w:rsidRPr="00DE6179" w14:paraId="113D1B9C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F08EF6E" w14:textId="77777777" w:rsidR="000729A7" w:rsidRPr="00DE6179" w:rsidRDefault="000729A7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Policy, Objectives, Management Review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4D64ABE" w14:textId="76B6E16C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504481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BFE378F" w14:textId="3A1E64E7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36596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2A64F4E" w14:textId="3624333E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5568178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08E1F779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058F2F4" w14:textId="77777777" w:rsidR="000729A7" w:rsidRPr="00DE6179" w:rsidRDefault="000729A7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Design and Development Activities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F6D7F31" w14:textId="2776351A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0986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6B53AB7" w14:textId="0AC52EDF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85406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19A55FF" w14:textId="74164C82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577623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3EBF0377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FDF9CA5" w14:textId="77777777" w:rsidR="000729A7" w:rsidRPr="00DE6179" w:rsidRDefault="000729A7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Purchasing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0894EEB" w14:textId="7D226D79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80343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EA55334" w14:textId="1F54144A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670683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3775D6D2" w14:textId="16882BE1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785773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5001F484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0F4C984" w14:textId="77777777" w:rsidR="000729A7" w:rsidRPr="00DE6179" w:rsidRDefault="000729A7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Human Resources Management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9E3AC44" w14:textId="5DD7DD29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572549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E5461F9" w14:textId="2ECF88B4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7981890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63F9348" w14:textId="02BB739C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610657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3E15690A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60E511A" w14:textId="77777777" w:rsidR="000729A7" w:rsidRPr="00DE6179" w:rsidRDefault="000729A7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Document Control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E4A5AE4" w14:textId="377DD7A4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31283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58DADD4" w14:textId="1A112E3F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879321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7525F0E" w14:textId="2F7E532E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76465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49353982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66B6D03" w14:textId="77777777" w:rsidR="000729A7" w:rsidRPr="001F1B2D" w:rsidRDefault="000729A7" w:rsidP="00DA204A">
            <w:r w:rsidRPr="001F1B2D">
              <w:rPr>
                <w:b/>
                <w:sz w:val="13"/>
              </w:rPr>
              <w:t>Review of Compliance with Legal Requirements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241F7C2" w14:textId="5EA4F793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409530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7CACE5A" w14:textId="09A96633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260885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A5B3CB7" w14:textId="5380B56A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757084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4B98D2FD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9EC01D3" w14:textId="77777777" w:rsidR="000729A7" w:rsidRPr="00DE6179" w:rsidRDefault="000729A7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Sales / Customer Service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E0ECE14" w14:textId="161C39A9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17912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904813F" w14:textId="40E92F2D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374993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6CDF3FA0" w14:textId="746B718B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37604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5F03520D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0E3031C" w14:textId="77777777" w:rsidR="000729A7" w:rsidRPr="00DE6179" w:rsidRDefault="000729A7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Maintenance and Facility Management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FFB22C9" w14:textId="23276ADB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200211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40725C26" w14:textId="389D349A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270979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E46038E" w14:textId="114A47C6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891460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771B7749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D6F931E" w14:textId="77777777" w:rsidR="000729A7" w:rsidRPr="00DE6179" w:rsidRDefault="000729A7" w:rsidP="00DA204A">
            <w:pPr>
              <w:rPr>
                <w:lang w:val="de-DE"/>
              </w:rPr>
            </w:pPr>
            <w:r w:rsidRPr="00DE6179">
              <w:rPr>
                <w:b/>
                <w:sz w:val="13"/>
                <w:lang w:val="de-DE"/>
              </w:rPr>
              <w:t>Logistical Support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C6BA9EF" w14:textId="03D682A4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232659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9630CF8" w14:textId="54047823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1135252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57F54316" w14:textId="2E0BAD03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-69113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0729A7" w:rsidRPr="00DE6179" w14:paraId="3FF80503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3BC129E" w14:textId="77777777" w:rsidR="000729A7" w:rsidRPr="001F1B2D" w:rsidRDefault="000729A7" w:rsidP="00DA204A">
            <w:r w:rsidRPr="001F1B2D">
              <w:rPr>
                <w:b/>
                <w:sz w:val="13"/>
              </w:rPr>
              <w:t>Planning and Conducting Internal Audits</w:t>
            </w:r>
          </w:p>
        </w:tc>
        <w:tc>
          <w:tcPr>
            <w:tcW w:w="194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11233535" w14:textId="506C3B09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2131278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201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0EBCE4D5" w14:textId="05F51664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1010563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  <w:tc>
          <w:tcPr>
            <w:tcW w:w="197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FA38A27" w14:textId="08C1D4AF" w:rsidR="000729A7" w:rsidRPr="00DE6179" w:rsidRDefault="00CB779C" w:rsidP="00DA204A">
            <w:pPr>
              <w:jc w:val="center"/>
              <w:rPr>
                <w:lang w:val="de-DE"/>
              </w:rPr>
            </w:pPr>
            <w:sdt>
              <w:sdtPr>
                <w:rPr>
                  <w:lang w:val="de-DE"/>
                </w:rPr>
                <w:id w:val="84221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</w:p>
        </w:tc>
      </w:tr>
      <w:tr w:rsidR="002A2C79" w:rsidRPr="00DE6179" w14:paraId="64873E23" w14:textId="77777777" w:rsidTr="00DA204A">
        <w:trPr>
          <w:cantSplit/>
        </w:trPr>
        <w:tc>
          <w:tcPr>
            <w:tcW w:w="4392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28E50DE5" w14:textId="77777777" w:rsidR="002A2C79" w:rsidRPr="00DE6179" w:rsidRDefault="003375EC" w:rsidP="00DA204A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Site-specific Processes/Activities</w:t>
            </w:r>
          </w:p>
        </w:tc>
        <w:tc>
          <w:tcPr>
            <w:tcW w:w="5931" w:type="dxa"/>
            <w:gridSpan w:val="3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tcMar>
              <w:top w:w="45" w:type="dxa"/>
              <w:left w:w="70" w:type="dxa"/>
              <w:bottom w:w="45" w:type="dxa"/>
              <w:right w:w="70" w:type="dxa"/>
            </w:tcMar>
          </w:tcPr>
          <w:p w14:paraId="7652E0CE" w14:textId="77777777" w:rsidR="002A2C79" w:rsidRPr="00DE6179" w:rsidRDefault="002A2C79" w:rsidP="00DA204A">
            <w:pPr>
              <w:rPr>
                <w:lang w:val="de-DE"/>
              </w:rPr>
            </w:pPr>
          </w:p>
        </w:tc>
      </w:tr>
    </w:tbl>
    <w:p w14:paraId="3367B5EF" w14:textId="77777777" w:rsidR="002A2C79" w:rsidRDefault="002A2C79">
      <w:pPr>
        <w:spacing w:after="40"/>
        <w:rPr>
          <w:lang w:val="de-DE"/>
        </w:rPr>
      </w:pPr>
    </w:p>
    <w:p w14:paraId="37DC85D5" w14:textId="77777777" w:rsidR="00972AE0" w:rsidRPr="00DE6179" w:rsidRDefault="00972AE0">
      <w:pPr>
        <w:spacing w:after="4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04"/>
        <w:gridCol w:w="9720"/>
      </w:tblGrid>
      <w:tr w:rsidR="002A2C79" w:rsidRPr="00DE6179" w14:paraId="271E03A3" w14:textId="77777777" w:rsidTr="00A557F7">
        <w:tc>
          <w:tcPr>
            <w:tcW w:w="604" w:type="dxa"/>
            <w:shd w:val="clear" w:color="auto" w:fill="0070C0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CBB56E9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b/>
                <w:color w:val="FFFFFF"/>
                <w:sz w:val="19"/>
                <w:lang w:val="de-DE"/>
              </w:rPr>
              <w:t>12</w:t>
            </w:r>
          </w:p>
        </w:tc>
        <w:tc>
          <w:tcPr>
            <w:tcW w:w="9720" w:type="dxa"/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A01EE41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21"/>
                <w:lang w:val="de-DE"/>
              </w:rPr>
              <w:t>Language / Special Requirements</w:t>
            </w:r>
          </w:p>
        </w:tc>
      </w:tr>
    </w:tbl>
    <w:p w14:paraId="457E5DC1" w14:textId="77777777" w:rsidR="002A2C79" w:rsidRPr="00DE6179" w:rsidRDefault="002A2C79">
      <w:pPr>
        <w:spacing w:after="20" w:line="72" w:lineRule="auto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89"/>
        <w:gridCol w:w="5935"/>
      </w:tblGrid>
      <w:tr w:rsidR="002A2C79" w:rsidRPr="00DE6179" w14:paraId="0B78C111" w14:textId="77777777" w:rsidTr="000729A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1BDF9147" w14:textId="77777777" w:rsidR="002A2C79" w:rsidRPr="001F1B2D" w:rsidRDefault="003375EC">
            <w:r w:rsidRPr="001F1B2D">
              <w:rPr>
                <w:b/>
                <w:sz w:val="14"/>
              </w:rPr>
              <w:t>In which language should the audit be conducted?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AD5144D" w14:textId="2EE4AD8B" w:rsidR="002A2C79" w:rsidRPr="00DE6179" w:rsidRDefault="00CB779C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741298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German      </w:t>
            </w:r>
            <w:sdt>
              <w:sdtPr>
                <w:rPr>
                  <w:lang w:val="de-DE"/>
                </w:rPr>
                <w:id w:val="-293980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English      </w:t>
            </w:r>
            <w:sdt>
              <w:sdtPr>
                <w:rPr>
                  <w:lang w:val="de-DE"/>
                </w:rPr>
                <w:id w:val="1854758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Other:</w:t>
            </w:r>
          </w:p>
        </w:tc>
      </w:tr>
      <w:tr w:rsidR="002A2C79" w:rsidRPr="00DE6179" w14:paraId="3A8896FF" w14:textId="77777777" w:rsidTr="000729A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32935CA7" w14:textId="77777777" w:rsidR="002A2C79" w:rsidRPr="001F1B2D" w:rsidRDefault="003375EC">
            <w:r w:rsidRPr="001F1B2D">
              <w:rPr>
                <w:b/>
                <w:sz w:val="14"/>
              </w:rPr>
              <w:t>Are there areas or documents relevant to the scope of certification that auditors may not enter or review due to confidentiality restrictions?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5A564457" w14:textId="6DFB3F49" w:rsidR="002A2C79" w:rsidRPr="00DE6179" w:rsidRDefault="00CB779C">
            <w:pPr>
              <w:rPr>
                <w:lang w:val="de-DE"/>
              </w:rPr>
            </w:pPr>
            <w:sdt>
              <w:sdtPr>
                <w:rPr>
                  <w:lang w:val="de-DE"/>
                </w:rPr>
                <w:id w:val="1525211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No   </w:t>
            </w:r>
            <w:sdt>
              <w:sdtPr>
                <w:rPr>
                  <w:lang w:val="de-DE"/>
                </w:rPr>
                <w:id w:val="-1650590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9A7" w:rsidRPr="00DE6179">
                  <w:rPr>
                    <w:rFonts w:ascii="MS Gothic" w:eastAsia="MS Gothic" w:hAnsi="MS Gothic"/>
                    <w:lang w:val="de-DE"/>
                  </w:rPr>
                  <w:t>☐</w:t>
                </w:r>
              </w:sdtContent>
            </w:sdt>
            <w:r w:rsidR="000729A7" w:rsidRPr="00DE6179">
              <w:rPr>
                <w:sz w:val="14"/>
                <w:lang w:val="de-DE"/>
              </w:rPr>
              <w:t xml:space="preserve"> Yes, please specify:</w:t>
            </w:r>
          </w:p>
        </w:tc>
      </w:tr>
      <w:tr w:rsidR="002A2C79" w:rsidRPr="00DE6179" w14:paraId="48555F9C" w14:textId="77777777" w:rsidTr="000729A7">
        <w:trPr>
          <w:cantSplit/>
        </w:trPr>
        <w:tc>
          <w:tcPr>
            <w:tcW w:w="4389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EAF4FB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251582DD" w14:textId="77777777" w:rsidR="002A2C79" w:rsidRPr="00DE6179" w:rsidRDefault="003375EC">
            <w:pPr>
              <w:rPr>
                <w:lang w:val="de-DE"/>
              </w:rPr>
            </w:pPr>
            <w:r w:rsidRPr="00DE6179">
              <w:rPr>
                <w:b/>
                <w:sz w:val="14"/>
                <w:lang w:val="de-DE"/>
              </w:rPr>
              <w:t>Requested Start Date</w:t>
            </w:r>
          </w:p>
        </w:tc>
        <w:tc>
          <w:tcPr>
            <w:tcW w:w="593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54A240A" w14:textId="77777777" w:rsidR="002A2C79" w:rsidRPr="00DE6179" w:rsidRDefault="002A2C79">
            <w:pPr>
              <w:rPr>
                <w:lang w:val="de-DE"/>
              </w:rPr>
            </w:pPr>
          </w:p>
        </w:tc>
      </w:tr>
    </w:tbl>
    <w:p w14:paraId="0E41C48F" w14:textId="77777777" w:rsidR="002A2C79" w:rsidRPr="00DE6179" w:rsidRDefault="002A2C79">
      <w:pPr>
        <w:spacing w:before="60" w:after="20"/>
        <w:rPr>
          <w:lang w:val="de-DE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94"/>
        <w:gridCol w:w="2195"/>
        <w:gridCol w:w="3387"/>
        <w:gridCol w:w="2548"/>
      </w:tblGrid>
      <w:tr w:rsidR="002A2C79" w:rsidRPr="00DE6179" w14:paraId="7EFB437A" w14:textId="77777777" w:rsidTr="000729A7">
        <w:tc>
          <w:tcPr>
            <w:tcW w:w="21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C1E501C" w14:textId="77777777" w:rsidR="002A2C79" w:rsidRPr="00DE6179" w:rsidRDefault="002A2C79">
            <w:pPr>
              <w:rPr>
                <w:lang w:val="de-DE"/>
              </w:rPr>
            </w:pPr>
          </w:p>
        </w:tc>
        <w:tc>
          <w:tcPr>
            <w:tcW w:w="219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1F3F175" w14:textId="77777777" w:rsidR="002A2C79" w:rsidRPr="00DE6179" w:rsidRDefault="002A2C79">
            <w:pPr>
              <w:rPr>
                <w:lang w:val="de-DE"/>
              </w:rPr>
            </w:pPr>
          </w:p>
        </w:tc>
        <w:tc>
          <w:tcPr>
            <w:tcW w:w="3387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682BA39" w14:textId="77777777" w:rsidR="002A2C79" w:rsidRPr="00DE6179" w:rsidRDefault="002A2C79">
            <w:pPr>
              <w:rPr>
                <w:lang w:val="de-DE"/>
              </w:rPr>
            </w:pPr>
          </w:p>
        </w:tc>
        <w:tc>
          <w:tcPr>
            <w:tcW w:w="2548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602ED055" w14:textId="77777777" w:rsidR="002A2C79" w:rsidRPr="00DE6179" w:rsidRDefault="002A2C79">
            <w:pPr>
              <w:rPr>
                <w:lang w:val="de-DE"/>
              </w:rPr>
            </w:pPr>
          </w:p>
        </w:tc>
      </w:tr>
      <w:tr w:rsidR="002A2C79" w:rsidRPr="00DE6179" w14:paraId="39D1D0B4" w14:textId="77777777" w:rsidTr="000729A7">
        <w:tc>
          <w:tcPr>
            <w:tcW w:w="2194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858A4D9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sz w:val="14"/>
                <w:lang w:val="de-DE"/>
              </w:rPr>
              <w:t>Place, Date</w:t>
            </w:r>
          </w:p>
        </w:tc>
        <w:tc>
          <w:tcPr>
            <w:tcW w:w="2195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BB8C052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sz w:val="14"/>
                <w:lang w:val="de-DE"/>
              </w:rPr>
              <w:t>First Name, Last Name</w:t>
            </w:r>
          </w:p>
        </w:tc>
        <w:tc>
          <w:tcPr>
            <w:tcW w:w="3387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09B6D911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sz w:val="14"/>
                <w:lang w:val="de-DE"/>
              </w:rPr>
              <w:t>Function</w:t>
            </w:r>
          </w:p>
        </w:tc>
        <w:tc>
          <w:tcPr>
            <w:tcW w:w="2548" w:type="dxa"/>
            <w:tcBorders>
              <w:top w:val="single" w:sz="5" w:space="0" w:color="82B7E3"/>
              <w:left w:val="single" w:sz="5" w:space="0" w:color="82B7E3"/>
              <w:bottom w:val="single" w:sz="5" w:space="0" w:color="82B7E3"/>
              <w:right w:val="single" w:sz="5" w:space="0" w:color="82B7E3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70" w:type="dxa"/>
            </w:tcMar>
            <w:vAlign w:val="center"/>
          </w:tcPr>
          <w:p w14:paraId="46B21B65" w14:textId="77777777" w:rsidR="002A2C79" w:rsidRPr="00DE6179" w:rsidRDefault="003375EC">
            <w:pPr>
              <w:jc w:val="center"/>
              <w:rPr>
                <w:lang w:val="de-DE"/>
              </w:rPr>
            </w:pPr>
            <w:r w:rsidRPr="00DE6179">
              <w:rPr>
                <w:sz w:val="14"/>
                <w:lang w:val="de-DE"/>
              </w:rPr>
              <w:t>Signature</w:t>
            </w:r>
          </w:p>
        </w:tc>
      </w:tr>
    </w:tbl>
    <w:p w14:paraId="41404928" w14:textId="77777777" w:rsidR="002A2C79" w:rsidRPr="001F1B2D" w:rsidRDefault="003375EC">
      <w:pPr>
        <w:spacing w:before="60"/>
      </w:pPr>
      <w:r w:rsidRPr="001F1B2D">
        <w:rPr>
          <w:b/>
        </w:rPr>
        <w:t>Please send the completed and signed form to: sales@intellcert.com</w:t>
      </w:r>
    </w:p>
    <w:sectPr w:rsidR="002A2C79" w:rsidRPr="001F1B2D" w:rsidSect="00A557F7">
      <w:headerReference w:type="default" r:id="rId8"/>
      <w:footerReference w:type="default" r:id="rId9"/>
      <w:pgSz w:w="12240" w:h="15840"/>
      <w:pgMar w:top="879" w:right="709" w:bottom="765" w:left="1134" w:header="255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FD8F6" w14:textId="77777777" w:rsidR="00CB779C" w:rsidRDefault="00CB779C">
      <w:r>
        <w:separator/>
      </w:r>
    </w:p>
  </w:endnote>
  <w:endnote w:type="continuationSeparator" w:id="0">
    <w:p w14:paraId="0CDF907F" w14:textId="77777777" w:rsidR="00CB779C" w:rsidRDefault="00CB77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924FBC" w14:textId="77777777" w:rsidR="00974B2C" w:rsidRDefault="00974B2C">
    <w:pPr>
      <w:pStyle w:val="Fuzeile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3515"/>
      <w:gridCol w:w="3515"/>
      <w:gridCol w:w="3458"/>
    </w:tblGrid>
    <w:tr w:rsidR="00974B2C" w14:paraId="13627896" w14:textId="77777777">
      <w:trPr>
        <w:jc w:val="center"/>
      </w:trPr>
      <w:tc>
        <w:tcPr>
          <w:tcW w:w="3515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3409A428" w14:textId="5C60C9FD" w:rsidR="002A2C79" w:rsidRDefault="003375EC">
          <w:r>
            <w:rPr>
              <w:color w:val="6C7A89"/>
              <w:sz w:val="14"/>
            </w:rPr>
            <w:t>IQM_</w:t>
          </w:r>
          <w:proofErr w:type="gramStart"/>
          <w:r>
            <w:rPr>
              <w:color w:val="6C7A89"/>
              <w:sz w:val="14"/>
            </w:rPr>
            <w:t>01</w:t>
          </w:r>
          <w:r w:rsidR="001F1B2D">
            <w:rPr>
              <w:color w:val="6C7A89"/>
              <w:sz w:val="14"/>
            </w:rPr>
            <w:t>12</w:t>
          </w:r>
          <w:r>
            <w:rPr>
              <w:color w:val="6C7A89"/>
              <w:sz w:val="14"/>
            </w:rPr>
            <w:t>61  |</w:t>
          </w:r>
          <w:proofErr w:type="gramEnd"/>
          <w:r>
            <w:rPr>
              <w:color w:val="6C7A89"/>
              <w:sz w:val="14"/>
            </w:rPr>
            <w:t xml:space="preserve">  Revision </w:t>
          </w:r>
          <w:proofErr w:type="gramStart"/>
          <w:r>
            <w:rPr>
              <w:color w:val="6C7A89"/>
              <w:sz w:val="14"/>
            </w:rPr>
            <w:t>01.</w:t>
          </w:r>
          <w:r w:rsidR="00E05F87">
            <w:rPr>
              <w:color w:val="6C7A89"/>
              <w:sz w:val="14"/>
            </w:rPr>
            <w:t>3</w:t>
          </w:r>
          <w:r>
            <w:rPr>
              <w:color w:val="6C7A89"/>
              <w:sz w:val="14"/>
            </w:rPr>
            <w:t>0  |</w:t>
          </w:r>
          <w:proofErr w:type="gramEnd"/>
          <w:r>
            <w:rPr>
              <w:color w:val="6C7A89"/>
              <w:sz w:val="14"/>
            </w:rPr>
            <w:t xml:space="preserve">  202</w:t>
          </w:r>
          <w:r w:rsidR="00E05F87">
            <w:rPr>
              <w:color w:val="6C7A89"/>
              <w:sz w:val="14"/>
            </w:rPr>
            <w:t>6</w:t>
          </w:r>
          <w:r>
            <w:rPr>
              <w:color w:val="6C7A89"/>
              <w:sz w:val="14"/>
            </w:rPr>
            <w:t>-</w:t>
          </w:r>
          <w:r w:rsidR="00E05F87">
            <w:rPr>
              <w:color w:val="6C7A89"/>
              <w:sz w:val="14"/>
            </w:rPr>
            <w:t>09</w:t>
          </w:r>
          <w:r>
            <w:rPr>
              <w:color w:val="6C7A89"/>
              <w:sz w:val="14"/>
            </w:rPr>
            <w:t>-</w:t>
          </w:r>
          <w:r w:rsidR="00E05F87">
            <w:rPr>
              <w:color w:val="6C7A89"/>
              <w:sz w:val="14"/>
            </w:rPr>
            <w:t>07</w:t>
          </w:r>
        </w:p>
      </w:tc>
      <w:tc>
        <w:tcPr>
          <w:tcW w:w="3515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70EB6998" w14:textId="77777777" w:rsidR="00974B2C" w:rsidRDefault="003375EC">
          <w:pPr>
            <w:jc w:val="center"/>
          </w:pPr>
          <w:r>
            <w:rPr>
              <w:color w:val="6E7B87"/>
              <w:sz w:val="14"/>
            </w:rPr>
            <w:t>intellcert is a registered trademark.</w:t>
          </w:r>
        </w:p>
      </w:tc>
      <w:tc>
        <w:tcPr>
          <w:tcW w:w="3458" w:type="dxa"/>
          <w:tcBorders>
            <w:top w:val="single" w:sz="6" w:space="0" w:color="9BBFD8"/>
            <w:left w:val="nil"/>
            <w:bottom w:val="nil"/>
            <w:right w:val="nil"/>
          </w:tcBorders>
          <w:tcMar>
            <w:top w:w="60" w:type="dxa"/>
            <w:left w:w="0" w:type="dxa"/>
            <w:bottom w:w="0" w:type="dxa"/>
            <w:right w:w="0" w:type="dxa"/>
          </w:tcMar>
        </w:tcPr>
        <w:p w14:paraId="123EEEF9" w14:textId="77777777" w:rsidR="00974B2C" w:rsidRDefault="003375EC">
          <w:pPr>
            <w:jc w:val="right"/>
          </w:pPr>
          <w:r>
            <w:rPr>
              <w:color w:val="6E7B87"/>
              <w:sz w:val="14"/>
            </w:rPr>
            <w:t xml:space="preserve">Page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1D5A8A">
            <w:rPr>
              <w:noProof/>
            </w:rPr>
            <w:t>1</w:t>
          </w:r>
          <w:r>
            <w:fldChar w:fldCharType="end"/>
          </w:r>
          <w:r>
            <w:rPr>
              <w:color w:val="6E7B87"/>
              <w:sz w:val="14"/>
            </w:rPr>
            <w:t xml:space="preserve"> of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1D5A8A">
            <w:rPr>
              <w:noProof/>
            </w:rPr>
            <w:t>2</w:t>
          </w:r>
          <w: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498765" w14:textId="77777777" w:rsidR="00CB779C" w:rsidRDefault="00CB779C">
      <w:r>
        <w:separator/>
      </w:r>
    </w:p>
  </w:footnote>
  <w:footnote w:type="continuationSeparator" w:id="0">
    <w:p w14:paraId="3A331A63" w14:textId="77777777" w:rsidR="00CB779C" w:rsidRDefault="00CB77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E43CE" w14:textId="77777777" w:rsidR="00974B2C" w:rsidRDefault="00974B2C">
    <w:pPr>
      <w:pStyle w:val="Kopfzeile"/>
    </w:pPr>
  </w:p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2835"/>
      <w:gridCol w:w="6690"/>
    </w:tblGrid>
    <w:tr w:rsidR="00974B2C" w14:paraId="556955DD" w14:textId="77777777" w:rsidTr="00C70136">
      <w:trPr>
        <w:jc w:val="center"/>
      </w:trPr>
      <w:tc>
        <w:tcPr>
          <w:tcW w:w="2835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6DDC119F" w14:textId="77777777" w:rsidR="00974B2C" w:rsidRDefault="003375EC">
          <w:r>
            <w:rPr>
              <w:noProof/>
            </w:rPr>
            <w:drawing>
              <wp:inline distT="0" distB="0" distL="0" distR="0" wp14:anchorId="051641A2" wp14:editId="41E09B4C">
                <wp:extent cx="1512000" cy="637498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ntellcert_logo_mast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2000" cy="6374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90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14:paraId="2E9CEE29" w14:textId="77777777" w:rsidR="002A2C79" w:rsidRDefault="003375EC" w:rsidP="00C70136">
          <w:pPr>
            <w:jc w:val="right"/>
          </w:pPr>
          <w:r>
            <w:rPr>
              <w:b/>
              <w:sz w:val="30"/>
            </w:rPr>
            <w:t>Service Request Form</w:t>
          </w:r>
          <w:r>
            <w:rPr>
              <w:b/>
              <w:color w:val="0070C0"/>
              <w:sz w:val="22"/>
            </w:rPr>
            <w:br/>
            <w:t>ISO 14001:2015</w:t>
          </w:r>
        </w:p>
      </w:tc>
    </w:tr>
  </w:tbl>
  <w:p w14:paraId="450FD740" w14:textId="77777777" w:rsidR="00974B2C" w:rsidRDefault="00974B2C">
    <w:pPr>
      <w:pBdr>
        <w:bottom w:val="single" w:sz="16" w:space="1" w:color="0070C0"/>
      </w:pBdr>
      <w:spacing w:after="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8979252">
    <w:abstractNumId w:val="8"/>
  </w:num>
  <w:num w:numId="2" w16cid:durableId="605116660">
    <w:abstractNumId w:val="6"/>
  </w:num>
  <w:num w:numId="3" w16cid:durableId="645167399">
    <w:abstractNumId w:val="5"/>
  </w:num>
  <w:num w:numId="4" w16cid:durableId="555510499">
    <w:abstractNumId w:val="4"/>
  </w:num>
  <w:num w:numId="5" w16cid:durableId="1819346027">
    <w:abstractNumId w:val="7"/>
  </w:num>
  <w:num w:numId="6" w16cid:durableId="337462491">
    <w:abstractNumId w:val="3"/>
  </w:num>
  <w:num w:numId="7" w16cid:durableId="118375729">
    <w:abstractNumId w:val="2"/>
  </w:num>
  <w:num w:numId="8" w16cid:durableId="800343183">
    <w:abstractNumId w:val="1"/>
  </w:num>
  <w:num w:numId="9" w16cid:durableId="954795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17BD"/>
    <w:rsid w:val="0006063C"/>
    <w:rsid w:val="000658A5"/>
    <w:rsid w:val="000729A7"/>
    <w:rsid w:val="000932F3"/>
    <w:rsid w:val="0015074B"/>
    <w:rsid w:val="0018552F"/>
    <w:rsid w:val="001D5A8A"/>
    <w:rsid w:val="001F1B2D"/>
    <w:rsid w:val="0029639D"/>
    <w:rsid w:val="002A2C79"/>
    <w:rsid w:val="00326F90"/>
    <w:rsid w:val="003375EC"/>
    <w:rsid w:val="004148A0"/>
    <w:rsid w:val="00427EB6"/>
    <w:rsid w:val="004F4991"/>
    <w:rsid w:val="005014FF"/>
    <w:rsid w:val="00635B7D"/>
    <w:rsid w:val="00683507"/>
    <w:rsid w:val="006C1FEB"/>
    <w:rsid w:val="00800605"/>
    <w:rsid w:val="008823A0"/>
    <w:rsid w:val="00972AE0"/>
    <w:rsid w:val="00974B2C"/>
    <w:rsid w:val="009D723C"/>
    <w:rsid w:val="00A557F7"/>
    <w:rsid w:val="00A751B7"/>
    <w:rsid w:val="00AA1D8D"/>
    <w:rsid w:val="00AB72AE"/>
    <w:rsid w:val="00B47730"/>
    <w:rsid w:val="00BC42CE"/>
    <w:rsid w:val="00BD4CB7"/>
    <w:rsid w:val="00C70136"/>
    <w:rsid w:val="00CB0664"/>
    <w:rsid w:val="00CB779C"/>
    <w:rsid w:val="00D5141F"/>
    <w:rsid w:val="00DA204A"/>
    <w:rsid w:val="00DE6179"/>
    <w:rsid w:val="00E05F87"/>
    <w:rsid w:val="00E4231F"/>
    <w:rsid w:val="00FC463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389DCE"/>
  <w14:defaultImageDpi w14:val="300"/>
  <w15:docId w15:val="{4D57F10A-EA27-4DEF-B0FB-438DB4686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0" w:line="240" w:lineRule="auto"/>
    </w:pPr>
    <w:rPr>
      <w:rFonts w:ascii="Arial" w:eastAsia="Arial" w:hAnsi="Arial"/>
      <w:color w:val="20364A"/>
      <w:sz w:val="1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1147</Words>
  <Characters>7231</Characters>
  <Application>Microsoft Office Word</Application>
  <DocSecurity>0</DocSecurity>
  <Lines>60</Lines>
  <Paragraphs>16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IQM_011160 Fragebogen zur Serviceanforderung ISO 9001:2015</vt:lpstr>
      <vt:lpstr/>
    </vt:vector>
  </TitlesOfParts>
  <Manager/>
  <Company/>
  <LinksUpToDate>false</LinksUpToDate>
  <CharactersWithSpaces>8362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IQM_011160 Fragebogen zur Serviceanforderung ISO 9001:2015</dc:title>
  <dc:subject>Service Request Form ISO 9001</dc:subject>
  <dc:creator>intellcert GmbH</dc:creator>
  <cp:keywords/>
  <dc:description>Modernisierte Word-Vorlage; Revision 02.00</dc:description>
  <cp:lastModifiedBy>Hamid Rezvani</cp:lastModifiedBy>
  <cp:revision>5</cp:revision>
  <dcterms:created xsi:type="dcterms:W3CDTF">2026-09-07T16:13:00Z</dcterms:created>
  <dcterms:modified xsi:type="dcterms:W3CDTF">2026-09-08T18:09:00Z</dcterms:modified>
  <cp:category/>
</cp:coreProperties>
</file>